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77113" w14:paraId="4AB1771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FC198B8" w14:textId="2BD4E3A3" w:rsidR="00377113" w:rsidRDefault="007E21AC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212DAB53" wp14:editId="4D908F42">
                  <wp:extent cx="882650" cy="1202690"/>
                  <wp:effectExtent l="0" t="0" r="0" b="0"/>
                  <wp:docPr id="1581010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010027" name="Picture 1581010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10CB53E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6F91E2AA" w14:textId="5C975B7D" w:rsidR="00377113" w:rsidRDefault="007E21AC">
            <w:pPr>
              <w:keepNext/>
            </w:pPr>
            <w:proofErr w:type="spellStart"/>
            <w:r>
              <w:t>Sălaj</w:t>
            </w:r>
            <w:proofErr w:type="spellEnd"/>
          </w:p>
        </w:tc>
      </w:tr>
      <w:tr w:rsidR="00377113" w14:paraId="264ACFF4" w14:textId="77777777">
        <w:trPr>
          <w:cantSplit/>
          <w:trHeight w:val="510"/>
        </w:trPr>
        <w:tc>
          <w:tcPr>
            <w:tcW w:w="1606" w:type="dxa"/>
            <w:vMerge/>
          </w:tcPr>
          <w:p w14:paraId="153367FB" w14:textId="77777777" w:rsidR="00377113" w:rsidRDefault="00377113"/>
        </w:tc>
        <w:tc>
          <w:tcPr>
            <w:tcW w:w="8030" w:type="dxa"/>
            <w:gridSpan w:val="3"/>
            <w:shd w:val="clear" w:color="auto" w:fill="F0F0F0"/>
          </w:tcPr>
          <w:p w14:paraId="7028D6DB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69C7851E" w14:textId="621DA0CE" w:rsidR="00377113" w:rsidRDefault="007E21AC">
            <w:pPr>
              <w:keepNext/>
            </w:pPr>
            <w:proofErr w:type="spellStart"/>
            <w:r>
              <w:t>Primăria</w:t>
            </w:r>
            <w:proofErr w:type="spellEnd"/>
            <w:r>
              <w:t xml:space="preserve"> </w:t>
            </w:r>
            <w:proofErr w:type="spellStart"/>
            <w:r>
              <w:t>Municipiului</w:t>
            </w:r>
            <w:proofErr w:type="spellEnd"/>
            <w:r>
              <w:t xml:space="preserve"> </w:t>
            </w:r>
            <w:proofErr w:type="spellStart"/>
            <w:r>
              <w:t>Zalău</w:t>
            </w:r>
            <w:proofErr w:type="spellEnd"/>
          </w:p>
        </w:tc>
      </w:tr>
      <w:tr w:rsidR="00377113" w14:paraId="352BEBB2" w14:textId="77777777">
        <w:trPr>
          <w:cantSplit/>
          <w:trHeight w:val="510"/>
        </w:trPr>
        <w:tc>
          <w:tcPr>
            <w:tcW w:w="1606" w:type="dxa"/>
            <w:vMerge/>
          </w:tcPr>
          <w:p w14:paraId="1F188761" w14:textId="77777777" w:rsidR="00377113" w:rsidRDefault="00377113"/>
        </w:tc>
        <w:tc>
          <w:tcPr>
            <w:tcW w:w="2409" w:type="dxa"/>
            <w:shd w:val="clear" w:color="auto" w:fill="F0F0F0"/>
          </w:tcPr>
          <w:p w14:paraId="0B0E4F83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(CIF)</w:t>
            </w:r>
          </w:p>
          <w:p w14:paraId="3F0CFBB4" w14:textId="541427A6" w:rsidR="00377113" w:rsidRPr="00343BBA" w:rsidRDefault="007E21AC">
            <w:pPr>
              <w:keepNext/>
              <w:rPr>
                <w:lang w:val="fr-FR"/>
              </w:rPr>
            </w:pPr>
            <w:r w:rsidRPr="007E21AC">
              <w:t>4291786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020FB2F" w14:textId="77777777" w:rsidR="00377113" w:rsidRPr="007E21AC" w:rsidRDefault="00000000">
            <w:pPr>
              <w:keepNext/>
            </w:pPr>
            <w:proofErr w:type="spellStart"/>
            <w:r w:rsidRPr="007E21AC">
              <w:rPr>
                <w:b/>
                <w:color w:val="0D5F78"/>
              </w:rPr>
              <w:t>Adresa</w:t>
            </w:r>
            <w:proofErr w:type="spellEnd"/>
            <w:r w:rsidRPr="007E21AC">
              <w:rPr>
                <w:b/>
                <w:color w:val="0D5F78"/>
              </w:rPr>
              <w:t xml:space="preserve"> </w:t>
            </w:r>
            <w:proofErr w:type="spellStart"/>
            <w:r w:rsidRPr="007E21AC">
              <w:rPr>
                <w:b/>
                <w:color w:val="0D5F78"/>
              </w:rPr>
              <w:t>oficială</w:t>
            </w:r>
            <w:proofErr w:type="spellEnd"/>
          </w:p>
          <w:p w14:paraId="39F0B2BA" w14:textId="77777777" w:rsidR="007E21AC" w:rsidRPr="007E21AC" w:rsidRDefault="007E21AC" w:rsidP="007E21AC">
            <w:pPr>
              <w:keepNext/>
            </w:pPr>
            <w:proofErr w:type="spellStart"/>
            <w:r w:rsidRPr="007E21AC">
              <w:t>Piața</w:t>
            </w:r>
            <w:proofErr w:type="spellEnd"/>
            <w:r w:rsidRPr="007E21AC">
              <w:t xml:space="preserve"> Iuliu Maniu, nr. 3, tel. 0260 610550, e-mail: primaria@zalausj.ro</w:t>
            </w:r>
          </w:p>
          <w:p w14:paraId="118EFA7B" w14:textId="77777777" w:rsidR="00377113" w:rsidRPr="007E21AC" w:rsidRDefault="00377113">
            <w:pPr>
              <w:keepNext/>
            </w:pPr>
          </w:p>
        </w:tc>
      </w:tr>
      <w:tr w:rsidR="00377113" w14:paraId="44A91E8A" w14:textId="77777777">
        <w:trPr>
          <w:cantSplit/>
          <w:trHeight w:val="510"/>
        </w:trPr>
        <w:tc>
          <w:tcPr>
            <w:tcW w:w="1606" w:type="dxa"/>
            <w:vMerge/>
          </w:tcPr>
          <w:p w14:paraId="70FDC92D" w14:textId="77777777" w:rsidR="00377113" w:rsidRDefault="00377113"/>
        </w:tc>
        <w:tc>
          <w:tcPr>
            <w:tcW w:w="4818" w:type="dxa"/>
            <w:gridSpan w:val="2"/>
            <w:shd w:val="clear" w:color="auto" w:fill="F0F0F0"/>
          </w:tcPr>
          <w:p w14:paraId="531BC86B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6BE4A17C" w14:textId="77777777" w:rsidR="00377113" w:rsidRDefault="0037711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D14127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61592AF" w14:textId="77777777" w:rsidR="00377113" w:rsidRDefault="00377113">
            <w:pPr>
              <w:keepNext/>
            </w:pPr>
          </w:p>
        </w:tc>
      </w:tr>
      <w:tr w:rsidR="00377113" w:rsidRPr="00004412" w14:paraId="138A1B77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7055B3E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343BBA">
              <w:rPr>
                <w:i/>
                <w:color w:val="595959"/>
                <w:lang w:val="fr-FR"/>
              </w:rPr>
              <w:t>se</w:t>
            </w:r>
            <w:proofErr w:type="gram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scrie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în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000000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r w:rsidRPr="00343BB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63ECC5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43BB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sector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343BBA">
              <w:rPr>
                <w:lang w:val="fr-FR"/>
              </w:rPr>
              <w:t>Cererea</w:t>
            </w:r>
            <w:proofErr w:type="spellEnd"/>
            <w:r w:rsidRPr="00343BBA">
              <w:rPr>
                <w:lang w:val="fr-FR"/>
              </w:rPr>
              <w:t xml:space="preserve"> va fi </w:t>
            </w:r>
            <w:proofErr w:type="spellStart"/>
            <w:r w:rsidRPr="00343BBA">
              <w:rPr>
                <w:lang w:val="fr-FR"/>
              </w:rPr>
              <w:t>transmisă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către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președintele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consiliului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județean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general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de </w:t>
            </w:r>
            <w:proofErr w:type="spellStart"/>
            <w:r w:rsidRPr="00343BBA">
              <w:rPr>
                <w:lang w:val="fr-FR"/>
              </w:rPr>
              <w:t>sector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sau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municipiului</w:t>
            </w:r>
            <w:proofErr w:type="spellEnd"/>
            <w:r w:rsidRPr="00343BBA">
              <w:rPr>
                <w:lang w:val="fr-FR"/>
              </w:rPr>
              <w:t xml:space="preserve"> / </w:t>
            </w:r>
            <w:proofErr w:type="spellStart"/>
            <w:r w:rsidRPr="00343BBA">
              <w:rPr>
                <w:lang w:val="fr-FR"/>
              </w:rPr>
              <w:t>orașului</w:t>
            </w:r>
            <w:proofErr w:type="spellEnd"/>
            <w:r w:rsidRPr="00343BBA">
              <w:rPr>
                <w:lang w:val="fr-FR"/>
              </w:rPr>
              <w:t xml:space="preserve"> / </w:t>
            </w:r>
            <w:proofErr w:type="spellStart"/>
            <w:r w:rsidRPr="00343BBA">
              <w:rPr>
                <w:lang w:val="fr-FR"/>
              </w:rPr>
              <w:t>comunei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după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caz</w:t>
            </w:r>
            <w:proofErr w:type="spellEnd"/>
            <w:r w:rsidRPr="00343BBA">
              <w:rPr>
                <w:lang w:val="fr-FR"/>
              </w:rPr>
              <w:t>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000000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000000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temeiul</w:t>
      </w:r>
      <w:proofErr w:type="spellEnd"/>
      <w:r>
        <w:rPr>
          <w:sz w:val="18"/>
        </w:rPr>
        <w:t xml:space="preserve"> art. 257 </w:t>
      </w:r>
      <w:proofErr w:type="spellStart"/>
      <w:r>
        <w:rPr>
          <w:sz w:val="18"/>
        </w:rPr>
        <w:t>alin</w:t>
      </w:r>
      <w:proofErr w:type="spellEnd"/>
      <w:r>
        <w:rPr>
          <w:sz w:val="18"/>
        </w:rPr>
        <w:t xml:space="preserve">. (17)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21143514" w14:textId="77777777" w:rsidR="00004412" w:rsidRDefault="00000000">
      <w:pPr>
        <w:spacing w:before="80" w:after="60"/>
        <w:jc w:val="center"/>
        <w:rPr>
          <w:b/>
          <w:color w:val="000000"/>
          <w:sz w:val="18"/>
          <w:lang w:val="fr-FR"/>
        </w:rPr>
      </w:pPr>
      <w:proofErr w:type="spellStart"/>
      <w:proofErr w:type="gramStart"/>
      <w:r w:rsidRPr="00004412">
        <w:rPr>
          <w:sz w:val="18"/>
          <w:lang w:val="fr-FR"/>
        </w:rPr>
        <w:t>solicit</w:t>
      </w:r>
      <w:proofErr w:type="spellEnd"/>
      <w:proofErr w:type="gramEnd"/>
      <w:r w:rsidRPr="00004412">
        <w:rPr>
          <w:sz w:val="18"/>
          <w:lang w:val="fr-FR"/>
        </w:rPr>
        <w:t xml:space="preserve"> </w:t>
      </w:r>
      <w:proofErr w:type="spellStart"/>
      <w:r w:rsidRPr="00004412">
        <w:rPr>
          <w:sz w:val="18"/>
          <w:lang w:val="fr-FR"/>
        </w:rPr>
        <w:t>prelungirea</w:t>
      </w:r>
      <w:proofErr w:type="spellEnd"/>
      <w:r w:rsidRPr="00004412">
        <w:rPr>
          <w:sz w:val="18"/>
          <w:lang w:val="fr-FR"/>
        </w:rPr>
        <w:t xml:space="preserve"> </w:t>
      </w:r>
      <w:proofErr w:type="spellStart"/>
      <w:r w:rsidRPr="00004412">
        <w:rPr>
          <w:sz w:val="18"/>
          <w:lang w:val="fr-FR"/>
        </w:rPr>
        <w:t>valabilității</w:t>
      </w:r>
      <w:proofErr w:type="spellEnd"/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000000">
            <w:proofErr w:type="spellStart"/>
            <w:r>
              <w:rPr>
                <w:b/>
                <w:color w:val="0D5F78"/>
              </w:rPr>
              <w:t>Prelungirea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solicitată</w:t>
            </w:r>
            <w:proofErr w:type="spellEnd"/>
            <w:r>
              <w:rPr>
                <w:b/>
                <w:color w:val="0D5F78"/>
              </w:rPr>
              <w:t xml:space="preserve">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000000">
            <w:proofErr w:type="spellStart"/>
            <w:r>
              <w:rPr>
                <w:b/>
                <w:color w:val="0D5F78"/>
              </w:rPr>
              <w:t>până</w:t>
            </w:r>
            <w:proofErr w:type="spellEnd"/>
            <w:r>
              <w:rPr>
                <w:b/>
                <w:color w:val="0D5F78"/>
              </w:rPr>
              <w:t xml:space="preserve">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r w:rsidRPr="00343BBA">
              <w:rPr>
                <w:b/>
                <w:color w:val="0D5F78"/>
                <w:lang w:val="fr-FR"/>
              </w:rPr>
              <w:t>Număr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cadastral</w:t>
            </w:r>
          </w:p>
          <w:p w14:paraId="34F88BB8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43BB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în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</w:t>
            </w:r>
            <w:proofErr w:type="spellStart"/>
            <w:r w:rsidRPr="00343BBA">
              <w:rPr>
                <w:sz w:val="16"/>
                <w:lang w:val="fr-FR"/>
              </w:rPr>
              <w:t>certificatul</w:t>
            </w:r>
            <w:proofErr w:type="spellEnd"/>
            <w:r w:rsidRPr="00343BBA">
              <w:rPr>
                <w:sz w:val="16"/>
                <w:lang w:val="fr-FR"/>
              </w:rPr>
              <w:t xml:space="preserve"> de </w:t>
            </w:r>
            <w:proofErr w:type="spellStart"/>
            <w:r w:rsidRPr="00343BBA">
              <w:rPr>
                <w:sz w:val="16"/>
                <w:lang w:val="fr-FR"/>
              </w:rPr>
              <w:t>urbanism</w:t>
            </w:r>
            <w:proofErr w:type="spellEnd"/>
            <w:r w:rsidRPr="00343BBA">
              <w:rPr>
                <w:sz w:val="16"/>
                <w:lang w:val="fr-FR"/>
              </w:rPr>
              <w:t xml:space="preserve"> (</w:t>
            </w:r>
            <w:proofErr w:type="spellStart"/>
            <w:r w:rsidRPr="00343BBA">
              <w:rPr>
                <w:sz w:val="16"/>
                <w:lang w:val="fr-FR"/>
              </w:rPr>
              <w:t>în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gramStart"/>
            <w:r w:rsidRPr="00343BBA">
              <w:rPr>
                <w:sz w:val="16"/>
                <w:lang w:val="fr-FR"/>
              </w:rPr>
              <w:t xml:space="preserve">original)   </w:t>
            </w:r>
            <w:proofErr w:type="gramEnd"/>
            <w:r w:rsidRPr="00343BBA">
              <w:rPr>
                <w:sz w:val="16"/>
                <w:lang w:val="fr-FR"/>
              </w:rPr>
              <w:t xml:space="preserve">  ☐ </w:t>
            </w:r>
            <w:proofErr w:type="spellStart"/>
            <w:r w:rsidRPr="00343BBA">
              <w:rPr>
                <w:sz w:val="16"/>
                <w:lang w:val="fr-FR"/>
              </w:rPr>
              <w:t>documentul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privind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achitarea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taxei</w:t>
            </w:r>
            <w:proofErr w:type="spellEnd"/>
            <w:r w:rsidRPr="00343BBA">
              <w:rPr>
                <w:sz w:val="16"/>
                <w:lang w:val="fr-FR"/>
              </w:rPr>
              <w:t xml:space="preserve">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000000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5D75" w14:textId="77777777" w:rsidR="001271A4" w:rsidRDefault="001271A4">
      <w:r>
        <w:separator/>
      </w:r>
    </w:p>
  </w:endnote>
  <w:endnote w:type="continuationSeparator" w:id="0">
    <w:p w14:paraId="543DD8AE" w14:textId="77777777" w:rsidR="001271A4" w:rsidRDefault="001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959F" w14:textId="77777777" w:rsidR="00377113" w:rsidRDefault="00000000">
    <w:pPr>
      <w:pStyle w:val="Footer"/>
      <w:tabs>
        <w:tab w:val="right" w:pos="9639"/>
      </w:tabs>
    </w:pPr>
    <w:r>
      <w:rPr>
        <w:color w:val="595959"/>
      </w:rPr>
      <w:t xml:space="preserve">F_CU_03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47788" w14:textId="77777777" w:rsidR="001271A4" w:rsidRDefault="001271A4">
      <w:r>
        <w:separator/>
      </w:r>
    </w:p>
  </w:footnote>
  <w:footnote w:type="continuationSeparator" w:id="0">
    <w:p w14:paraId="557558BA" w14:textId="77777777" w:rsidR="001271A4" w:rsidRDefault="00127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464934">
    <w:abstractNumId w:val="8"/>
  </w:num>
  <w:num w:numId="2" w16cid:durableId="120267155">
    <w:abstractNumId w:val="6"/>
  </w:num>
  <w:num w:numId="3" w16cid:durableId="1421946025">
    <w:abstractNumId w:val="5"/>
  </w:num>
  <w:num w:numId="4" w16cid:durableId="75251532">
    <w:abstractNumId w:val="4"/>
  </w:num>
  <w:num w:numId="5" w16cid:durableId="742339271">
    <w:abstractNumId w:val="7"/>
  </w:num>
  <w:num w:numId="6" w16cid:durableId="488985948">
    <w:abstractNumId w:val="3"/>
  </w:num>
  <w:num w:numId="7" w16cid:durableId="904994438">
    <w:abstractNumId w:val="2"/>
  </w:num>
  <w:num w:numId="8" w16cid:durableId="372006337">
    <w:abstractNumId w:val="1"/>
  </w:num>
  <w:num w:numId="9" w16cid:durableId="582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412"/>
    <w:rsid w:val="00034616"/>
    <w:rsid w:val="0006063C"/>
    <w:rsid w:val="001271A4"/>
    <w:rsid w:val="0015074B"/>
    <w:rsid w:val="00200236"/>
    <w:rsid w:val="0029639D"/>
    <w:rsid w:val="00326F90"/>
    <w:rsid w:val="00343BBA"/>
    <w:rsid w:val="00377113"/>
    <w:rsid w:val="006C103E"/>
    <w:rsid w:val="007E21AC"/>
    <w:rsid w:val="00AA1D8D"/>
    <w:rsid w:val="00B47730"/>
    <w:rsid w:val="00CB0664"/>
    <w:rsid w:val="00CD60E9"/>
    <w:rsid w:val="00EA27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2026-09-02T05:46:00Z</dcterms:modified>
  <cp:category/>
</cp:coreProperties>
</file>