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Ind w:w="0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405BCD" w:rsidRPr="00405BCD" w14:paraId="2528462F" w14:textId="77777777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2C90A508" w14:textId="77777777" w:rsidR="00405BCD" w:rsidRPr="00405BCD" w:rsidRDefault="00405BCD" w:rsidP="00405BCD">
            <w:pPr>
              <w:keepNext/>
              <w:jc w:val="center"/>
            </w:pPr>
            <w:r w:rsidRPr="00405BCD">
              <w:rPr>
                <w:noProof/>
              </w:rPr>
              <w:drawing>
                <wp:inline distT="0" distB="0" distL="0" distR="0" wp14:anchorId="1A54BD38" wp14:editId="3FEBDAF8">
                  <wp:extent cx="884555" cy="11995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4417FE32" w14:textId="77777777" w:rsidR="00405BCD" w:rsidRPr="00405BCD" w:rsidRDefault="00405BCD" w:rsidP="00405BCD">
            <w:pPr>
              <w:keepNext/>
            </w:pPr>
            <w:proofErr w:type="spellStart"/>
            <w:r w:rsidRPr="00405BCD">
              <w:rPr>
                <w:b/>
                <w:color w:val="0D5F78"/>
              </w:rPr>
              <w:t>Județul</w:t>
            </w:r>
            <w:proofErr w:type="spellEnd"/>
          </w:p>
          <w:p w14:paraId="677F9948" w14:textId="77777777" w:rsidR="00405BCD" w:rsidRPr="00405BCD" w:rsidRDefault="00405BCD" w:rsidP="00405BCD">
            <w:pPr>
              <w:keepNext/>
            </w:pPr>
            <w:proofErr w:type="spellStart"/>
            <w:r w:rsidRPr="00405BCD">
              <w:t>Sălaj</w:t>
            </w:r>
            <w:proofErr w:type="spellEnd"/>
          </w:p>
        </w:tc>
      </w:tr>
      <w:tr w:rsidR="00405BCD" w:rsidRPr="00405BCD" w14:paraId="3B0D80D3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1519498D" w14:textId="77777777" w:rsidR="00405BCD" w:rsidRPr="00405BCD" w:rsidRDefault="00405BCD" w:rsidP="00405BCD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06275CD9" w14:textId="77777777" w:rsidR="00405BCD" w:rsidRPr="00405BCD" w:rsidRDefault="00405BCD" w:rsidP="00405BCD">
            <w:pPr>
              <w:keepNext/>
            </w:pPr>
            <w:proofErr w:type="spellStart"/>
            <w:r w:rsidRPr="00405BCD">
              <w:rPr>
                <w:b/>
                <w:color w:val="0D5F78"/>
              </w:rPr>
              <w:t>Autoritatea</w:t>
            </w:r>
            <w:proofErr w:type="spellEnd"/>
            <w:r w:rsidRPr="00405BCD">
              <w:rPr>
                <w:b/>
                <w:color w:val="0D5F78"/>
              </w:rPr>
              <w:t xml:space="preserve"> </w:t>
            </w:r>
            <w:proofErr w:type="spellStart"/>
            <w:r w:rsidRPr="00405BCD">
              <w:rPr>
                <w:b/>
                <w:color w:val="0D5F78"/>
              </w:rPr>
              <w:t>administrației</w:t>
            </w:r>
            <w:proofErr w:type="spellEnd"/>
            <w:r w:rsidRPr="00405BCD">
              <w:rPr>
                <w:b/>
                <w:color w:val="0D5F78"/>
              </w:rPr>
              <w:t xml:space="preserve"> </w:t>
            </w:r>
            <w:proofErr w:type="spellStart"/>
            <w:r w:rsidRPr="00405BCD">
              <w:rPr>
                <w:b/>
                <w:color w:val="0D5F78"/>
              </w:rPr>
              <w:t>publice</w:t>
            </w:r>
            <w:proofErr w:type="spellEnd"/>
          </w:p>
          <w:p w14:paraId="2F21B445" w14:textId="77777777" w:rsidR="00405BCD" w:rsidRPr="00405BCD" w:rsidRDefault="00405BCD" w:rsidP="00405BCD">
            <w:pPr>
              <w:keepNext/>
            </w:pPr>
            <w:proofErr w:type="spellStart"/>
            <w:r w:rsidRPr="00405BCD">
              <w:t>Primăria</w:t>
            </w:r>
            <w:proofErr w:type="spellEnd"/>
            <w:r w:rsidRPr="00405BCD">
              <w:t xml:space="preserve"> </w:t>
            </w:r>
            <w:proofErr w:type="spellStart"/>
            <w:r w:rsidRPr="00405BCD">
              <w:t>Municipiului</w:t>
            </w:r>
            <w:proofErr w:type="spellEnd"/>
            <w:r w:rsidRPr="00405BCD">
              <w:t xml:space="preserve"> </w:t>
            </w:r>
            <w:proofErr w:type="spellStart"/>
            <w:r w:rsidRPr="00405BCD">
              <w:t>Zalău</w:t>
            </w:r>
            <w:proofErr w:type="spellEnd"/>
          </w:p>
        </w:tc>
      </w:tr>
      <w:tr w:rsidR="00405BCD" w:rsidRPr="00405BCD" w14:paraId="6A97F50B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1013FC9E" w14:textId="77777777" w:rsidR="00405BCD" w:rsidRPr="00405BCD" w:rsidRDefault="00405BCD" w:rsidP="00405BCD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9CEE455" w14:textId="77777777" w:rsidR="00405BCD" w:rsidRPr="00405BCD" w:rsidRDefault="00405BCD" w:rsidP="00405BCD">
            <w:pPr>
              <w:keepNext/>
              <w:rPr>
                <w:lang w:val="fr-FR"/>
              </w:rPr>
            </w:pPr>
            <w:r w:rsidRPr="00405BCD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405BCD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405B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405BCD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405BCD">
              <w:rPr>
                <w:b/>
                <w:color w:val="0D5F78"/>
                <w:lang w:val="fr-FR"/>
              </w:rPr>
              <w:t xml:space="preserve"> (CIF)</w:t>
            </w:r>
          </w:p>
          <w:p w14:paraId="411A6DCA" w14:textId="77777777" w:rsidR="00405BCD" w:rsidRPr="00405BCD" w:rsidRDefault="00405BCD" w:rsidP="00405BCD">
            <w:pPr>
              <w:keepNext/>
              <w:rPr>
                <w:lang w:val="fr-FR"/>
              </w:rPr>
            </w:pPr>
            <w:r w:rsidRPr="00405BCD">
              <w:t>4291786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2DF2C137" w14:textId="77777777" w:rsidR="00405BCD" w:rsidRPr="00405BCD" w:rsidRDefault="00405BCD" w:rsidP="00405BCD">
            <w:pPr>
              <w:keepNext/>
            </w:pPr>
            <w:proofErr w:type="spellStart"/>
            <w:r w:rsidRPr="00405BCD">
              <w:rPr>
                <w:b/>
                <w:color w:val="0D5F78"/>
              </w:rPr>
              <w:t>Adresa</w:t>
            </w:r>
            <w:proofErr w:type="spellEnd"/>
            <w:r w:rsidRPr="00405BCD">
              <w:rPr>
                <w:b/>
                <w:color w:val="0D5F78"/>
              </w:rPr>
              <w:t xml:space="preserve"> </w:t>
            </w:r>
            <w:proofErr w:type="spellStart"/>
            <w:r w:rsidRPr="00405BCD">
              <w:rPr>
                <w:b/>
                <w:color w:val="0D5F78"/>
              </w:rPr>
              <w:t>oficială</w:t>
            </w:r>
            <w:proofErr w:type="spellEnd"/>
          </w:p>
          <w:p w14:paraId="54EB24DC" w14:textId="77777777" w:rsidR="00405BCD" w:rsidRPr="00405BCD" w:rsidRDefault="00405BCD" w:rsidP="00405BCD">
            <w:pPr>
              <w:keepNext/>
            </w:pPr>
            <w:proofErr w:type="spellStart"/>
            <w:r w:rsidRPr="00405BCD">
              <w:t>Piața</w:t>
            </w:r>
            <w:proofErr w:type="spellEnd"/>
            <w:r w:rsidRPr="00405BCD">
              <w:t xml:space="preserve"> Iuliu Maniu, nr. 3, tel. 0260 610550, e-mail: primaria@zalausj.ro</w:t>
            </w:r>
          </w:p>
          <w:p w14:paraId="5BF1E982" w14:textId="77777777" w:rsidR="00405BCD" w:rsidRPr="00405BCD" w:rsidRDefault="00405BCD" w:rsidP="00405BCD">
            <w:pPr>
              <w:keepNext/>
            </w:pPr>
          </w:p>
        </w:tc>
      </w:tr>
      <w:tr w:rsidR="00405BCD" w:rsidRPr="00405BCD" w14:paraId="503EF9A2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62A09883" w14:textId="77777777" w:rsidR="00405BCD" w:rsidRPr="00405BCD" w:rsidRDefault="00405BCD" w:rsidP="00405BCD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4607BA8C" w14:textId="77777777" w:rsidR="00405BCD" w:rsidRPr="00405BCD" w:rsidRDefault="00405BCD" w:rsidP="00405BCD">
            <w:pPr>
              <w:keepNext/>
            </w:pPr>
            <w:proofErr w:type="spellStart"/>
            <w:r w:rsidRPr="00405BCD">
              <w:rPr>
                <w:b/>
                <w:color w:val="0D5F78"/>
              </w:rPr>
              <w:t>Număr</w:t>
            </w:r>
            <w:proofErr w:type="spellEnd"/>
            <w:r w:rsidRPr="00405BCD">
              <w:rPr>
                <w:b/>
                <w:color w:val="0D5F78"/>
              </w:rPr>
              <w:t xml:space="preserve"> de </w:t>
            </w:r>
            <w:proofErr w:type="spellStart"/>
            <w:r w:rsidRPr="00405BCD">
              <w:rPr>
                <w:b/>
                <w:color w:val="0D5F78"/>
              </w:rPr>
              <w:t>înregistrare</w:t>
            </w:r>
            <w:proofErr w:type="spellEnd"/>
          </w:p>
          <w:p w14:paraId="318C6859" w14:textId="77777777" w:rsidR="00405BCD" w:rsidRPr="00405BCD" w:rsidRDefault="00405BCD" w:rsidP="00405BCD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728BEFDA" w14:textId="77777777" w:rsidR="00405BCD" w:rsidRPr="00405BCD" w:rsidRDefault="00405BCD" w:rsidP="00405BCD">
            <w:pPr>
              <w:keepNext/>
            </w:pPr>
            <w:r w:rsidRPr="00405BCD">
              <w:rPr>
                <w:b/>
                <w:color w:val="0D5F78"/>
              </w:rPr>
              <w:t>Data</w:t>
            </w:r>
          </w:p>
          <w:p w14:paraId="7D7D7002" w14:textId="77777777" w:rsidR="00405BCD" w:rsidRPr="00405BCD" w:rsidRDefault="00405BCD" w:rsidP="00405BCD">
            <w:pPr>
              <w:keepNext/>
            </w:pPr>
          </w:p>
        </w:tc>
      </w:tr>
      <w:tr w:rsidR="00405BCD" w:rsidRPr="00405BCD" w14:paraId="3F7F866C" w14:textId="77777777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1AFB8DE7" w14:textId="77777777" w:rsidR="00405BCD" w:rsidRPr="00405BCD" w:rsidRDefault="00405BCD" w:rsidP="00405BCD">
            <w:pPr>
              <w:rPr>
                <w:lang w:val="fr-FR"/>
              </w:rPr>
            </w:pPr>
            <w:r w:rsidRPr="00405BCD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405BCD">
              <w:rPr>
                <w:i/>
                <w:color w:val="595959"/>
                <w:lang w:val="fr-FR"/>
              </w:rPr>
              <w:t>se</w:t>
            </w:r>
            <w:proofErr w:type="gramEnd"/>
            <w:r w:rsidRPr="00405B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405BCD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405BCD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405BCD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405BCD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405BCD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405BCD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405BCD">
              <w:rPr>
                <w:i/>
                <w:color w:val="595959"/>
                <w:lang w:val="fr-FR"/>
              </w:rPr>
              <w:t>scrie</w:t>
            </w:r>
            <w:proofErr w:type="spellEnd"/>
            <w:r w:rsidRPr="00405B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405BCD">
              <w:rPr>
                <w:i/>
                <w:color w:val="595959"/>
                <w:lang w:val="fr-FR"/>
              </w:rPr>
              <w:t>în</w:t>
            </w:r>
            <w:proofErr w:type="spellEnd"/>
            <w:r w:rsidRPr="00405B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405BCD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405B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405BCD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FB5BB70" w14:textId="77777777" w:rsidR="00E25052" w:rsidRPr="00F801F2" w:rsidRDefault="00E25052">
      <w:pPr>
        <w:spacing w:line="168" w:lineRule="auto"/>
        <w:rPr>
          <w:lang w:val="fr-FR"/>
        </w:rPr>
      </w:pPr>
    </w:p>
    <w:p w14:paraId="19E46984" w14:textId="77777777" w:rsidR="00E25052" w:rsidRPr="0021562A" w:rsidRDefault="00000000">
      <w:pPr>
        <w:spacing w:before="140" w:after="40"/>
        <w:jc w:val="center"/>
        <w:rPr>
          <w:sz w:val="28"/>
          <w:szCs w:val="28"/>
        </w:rPr>
      </w:pPr>
      <w:r w:rsidRPr="0021562A">
        <w:rPr>
          <w:b/>
          <w:sz w:val="28"/>
          <w:szCs w:val="28"/>
        </w:rPr>
        <w:t>CERERE</w:t>
      </w:r>
    </w:p>
    <w:p w14:paraId="6AB0BEC6" w14:textId="77777777" w:rsidR="00E25052" w:rsidRDefault="00E2505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4E6B3EF6" w14:textId="77777777">
        <w:trPr>
          <w:cantSplit/>
        </w:trPr>
        <w:tc>
          <w:tcPr>
            <w:tcW w:w="9636" w:type="dxa"/>
            <w:shd w:val="clear" w:color="auto" w:fill="F4F4F4"/>
          </w:tcPr>
          <w:p w14:paraId="19939942" w14:textId="77777777" w:rsidR="00E2505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E25052" w:rsidRPr="0021562A" w14:paraId="5266118B" w14:textId="77777777">
        <w:trPr>
          <w:cantSplit/>
          <w:trHeight w:val="510"/>
        </w:trPr>
        <w:tc>
          <w:tcPr>
            <w:tcW w:w="9636" w:type="dxa"/>
          </w:tcPr>
          <w:p w14:paraId="035B2FDF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r w:rsidRPr="00F801F2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5C4842F2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F801F2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comunei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sector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B3D1BF3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</w:tr>
      <w:tr w:rsidR="00E25052" w:rsidRPr="0021562A" w14:paraId="31B205BA" w14:textId="77777777">
        <w:trPr>
          <w:cantSplit/>
        </w:trPr>
        <w:tc>
          <w:tcPr>
            <w:tcW w:w="9636" w:type="dxa"/>
            <w:shd w:val="clear" w:color="auto" w:fill="F4F4F4"/>
          </w:tcPr>
          <w:p w14:paraId="30BBDA4A" w14:textId="77777777" w:rsidR="00E25052" w:rsidRPr="00F801F2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F801F2">
              <w:rPr>
                <w:lang w:val="fr-FR"/>
              </w:rPr>
              <w:t>Cererea</w:t>
            </w:r>
            <w:proofErr w:type="spellEnd"/>
            <w:r w:rsidRPr="00F801F2">
              <w:rPr>
                <w:lang w:val="fr-FR"/>
              </w:rPr>
              <w:t xml:space="preserve"> va fi </w:t>
            </w:r>
            <w:proofErr w:type="spellStart"/>
            <w:r w:rsidRPr="00F801F2">
              <w:rPr>
                <w:lang w:val="fr-FR"/>
              </w:rPr>
              <w:t>transmisă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către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președintele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consiliului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județean</w:t>
            </w:r>
            <w:proofErr w:type="spellEnd"/>
            <w:r w:rsidRPr="00F801F2">
              <w:rPr>
                <w:lang w:val="fr-FR"/>
              </w:rPr>
              <w:t xml:space="preserve">, </w:t>
            </w:r>
            <w:proofErr w:type="spellStart"/>
            <w:r w:rsidRPr="00F801F2">
              <w:rPr>
                <w:lang w:val="fr-FR"/>
              </w:rPr>
              <w:t>primarul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general</w:t>
            </w:r>
            <w:proofErr w:type="spellEnd"/>
            <w:r w:rsidRPr="00F801F2">
              <w:rPr>
                <w:lang w:val="fr-FR"/>
              </w:rPr>
              <w:t xml:space="preserve">, </w:t>
            </w:r>
            <w:proofErr w:type="spellStart"/>
            <w:r w:rsidRPr="00F801F2">
              <w:rPr>
                <w:lang w:val="fr-FR"/>
              </w:rPr>
              <w:t>primarul</w:t>
            </w:r>
            <w:proofErr w:type="spellEnd"/>
            <w:r w:rsidRPr="00F801F2">
              <w:rPr>
                <w:lang w:val="fr-FR"/>
              </w:rPr>
              <w:t xml:space="preserve"> de </w:t>
            </w:r>
            <w:proofErr w:type="spellStart"/>
            <w:r w:rsidRPr="00F801F2">
              <w:rPr>
                <w:lang w:val="fr-FR"/>
              </w:rPr>
              <w:t>sector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sau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primarul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municipiului</w:t>
            </w:r>
            <w:proofErr w:type="spellEnd"/>
            <w:r w:rsidRPr="00F801F2">
              <w:rPr>
                <w:lang w:val="fr-FR"/>
              </w:rPr>
              <w:t xml:space="preserve"> / </w:t>
            </w:r>
            <w:proofErr w:type="spellStart"/>
            <w:r w:rsidRPr="00F801F2">
              <w:rPr>
                <w:lang w:val="fr-FR"/>
              </w:rPr>
              <w:t>orașului</w:t>
            </w:r>
            <w:proofErr w:type="spellEnd"/>
            <w:r w:rsidRPr="00F801F2">
              <w:rPr>
                <w:lang w:val="fr-FR"/>
              </w:rPr>
              <w:t xml:space="preserve"> / </w:t>
            </w:r>
            <w:proofErr w:type="spellStart"/>
            <w:r w:rsidRPr="00F801F2">
              <w:rPr>
                <w:lang w:val="fr-FR"/>
              </w:rPr>
              <w:t>comunei</w:t>
            </w:r>
            <w:proofErr w:type="spellEnd"/>
            <w:r w:rsidRPr="00F801F2">
              <w:rPr>
                <w:lang w:val="fr-FR"/>
              </w:rPr>
              <w:t xml:space="preserve">, </w:t>
            </w:r>
            <w:proofErr w:type="spellStart"/>
            <w:r w:rsidRPr="00F801F2">
              <w:rPr>
                <w:lang w:val="fr-FR"/>
              </w:rPr>
              <w:t>după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caz</w:t>
            </w:r>
            <w:proofErr w:type="spellEnd"/>
            <w:r w:rsidRPr="00F801F2">
              <w:rPr>
                <w:lang w:val="fr-FR"/>
              </w:rPr>
              <w:t>.</w:t>
            </w:r>
          </w:p>
        </w:tc>
      </w:tr>
    </w:tbl>
    <w:p w14:paraId="159276EE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E25052" w14:paraId="47E632B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E95171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E25052" w14:paraId="21404F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53582E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50ECD17B" w14:textId="77777777" w:rsidR="00E25052" w:rsidRDefault="00E25052">
            <w:pPr>
              <w:keepNext/>
            </w:pPr>
          </w:p>
        </w:tc>
        <w:tc>
          <w:tcPr>
            <w:tcW w:w="4015" w:type="dxa"/>
            <w:gridSpan w:val="3"/>
          </w:tcPr>
          <w:p w14:paraId="282D408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B11B457" w14:textId="77777777" w:rsidR="00E25052" w:rsidRDefault="00E25052">
            <w:pPr>
              <w:keepNext/>
            </w:pPr>
          </w:p>
        </w:tc>
      </w:tr>
      <w:tr w:rsidR="00E25052" w14:paraId="6FE196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240506" w14:textId="77777777" w:rsidR="00E25052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E25052" w14:paraId="1CFA562A" w14:textId="77777777">
        <w:trPr>
          <w:cantSplit/>
          <w:trHeight w:val="510"/>
        </w:trPr>
        <w:tc>
          <w:tcPr>
            <w:tcW w:w="1606" w:type="dxa"/>
          </w:tcPr>
          <w:p w14:paraId="3C51554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742791D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C2D16F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8D6DBDF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5"/>
          </w:tcPr>
          <w:p w14:paraId="05BDC14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BAC43F0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7AB7402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24FC92" w14:textId="77777777" w:rsidR="00E25052" w:rsidRDefault="00E25052">
            <w:pPr>
              <w:keepNext/>
            </w:pPr>
          </w:p>
        </w:tc>
      </w:tr>
      <w:tr w:rsidR="00E25052" w14:paraId="03A5B23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C85D07" w14:textId="77777777" w:rsidR="00E25052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E25052" w14:paraId="3D40E3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6B34F5D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7F852A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4"/>
          </w:tcPr>
          <w:p w14:paraId="7C882037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0D48E3B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0553940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0822E8F" w14:textId="77777777" w:rsidR="00E25052" w:rsidRDefault="00E25052">
            <w:pPr>
              <w:keepNext/>
            </w:pPr>
          </w:p>
        </w:tc>
      </w:tr>
      <w:tr w:rsidR="00E25052" w14:paraId="5609577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612D9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1E58F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B47B93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99A8499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7DDA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E160ACF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EA9678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3F6DA4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0209D0C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E35CB99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0D0785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8A54738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37AA103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23D5598" w14:textId="77777777" w:rsidR="00E25052" w:rsidRDefault="00E25052">
            <w:pPr>
              <w:keepNext/>
            </w:pPr>
          </w:p>
        </w:tc>
      </w:tr>
      <w:tr w:rsidR="00E25052" w14:paraId="1046CBC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F6E9494" w14:textId="77777777" w:rsidR="00E25052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E25052" w14:paraId="3B92CD5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7038AB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2DEDAC5B" w14:textId="77777777" w:rsidR="00E25052" w:rsidRDefault="00E25052">
            <w:pPr>
              <w:keepNext/>
            </w:pPr>
          </w:p>
        </w:tc>
        <w:tc>
          <w:tcPr>
            <w:tcW w:w="5621" w:type="dxa"/>
            <w:gridSpan w:val="5"/>
          </w:tcPr>
          <w:p w14:paraId="11F9EE0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C2D93FB" w14:textId="77777777" w:rsidR="00E25052" w:rsidRDefault="00E25052">
            <w:pPr>
              <w:keepNext/>
            </w:pPr>
          </w:p>
        </w:tc>
      </w:tr>
      <w:tr w:rsidR="00E25052" w14:paraId="3F330FF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9DB5AB2" w14:textId="77777777" w:rsidR="00E25052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E25052" w14:paraId="25D89C0C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24F86481" w14:textId="77777777" w:rsidR="00E25052" w:rsidRDefault="00000000">
            <w:r>
              <w:rPr>
                <w:b/>
                <w:color w:val="0D5F78"/>
              </w:rPr>
              <w:t>În calitate de reprezentant al</w:t>
            </w:r>
          </w:p>
          <w:p w14:paraId="6834604F" w14:textId="77777777" w:rsidR="00E25052" w:rsidRDefault="00E25052"/>
        </w:tc>
        <w:tc>
          <w:tcPr>
            <w:tcW w:w="3212" w:type="dxa"/>
            <w:gridSpan w:val="2"/>
          </w:tcPr>
          <w:p w14:paraId="3C5FA06C" w14:textId="77777777" w:rsidR="00E25052" w:rsidRDefault="00000000">
            <w:r>
              <w:rPr>
                <w:b/>
                <w:color w:val="0D5F78"/>
              </w:rPr>
              <w:t>CUI / CIF</w:t>
            </w:r>
          </w:p>
          <w:p w14:paraId="3B9A3463" w14:textId="77777777" w:rsidR="00E25052" w:rsidRDefault="00E25052"/>
        </w:tc>
      </w:tr>
    </w:tbl>
    <w:p w14:paraId="01E74949" w14:textId="77777777" w:rsidR="00E25052" w:rsidRDefault="00E25052">
      <w:pPr>
        <w:spacing w:line="168" w:lineRule="auto"/>
      </w:pPr>
    </w:p>
    <w:p w14:paraId="20F32F97" w14:textId="77777777" w:rsidR="00E25052" w:rsidRDefault="00000000">
      <w:pPr>
        <w:spacing w:before="80" w:after="60"/>
        <w:jc w:val="center"/>
      </w:pPr>
      <w:r>
        <w:rPr>
          <w:sz w:val="18"/>
        </w:rPr>
        <w:t>în conformitate cu prevederile Legii nr. 169/2026 privind Codul amenajării teritoriului, urbanismului și construcțiilor,</w:t>
      </w:r>
    </w:p>
    <w:p w14:paraId="2C7584EF" w14:textId="77777777" w:rsidR="00E25052" w:rsidRDefault="00000000">
      <w:pPr>
        <w:spacing w:before="80" w:after="60"/>
        <w:jc w:val="center"/>
      </w:pPr>
      <w:r>
        <w:rPr>
          <w:sz w:val="18"/>
        </w:rPr>
        <w:t>solicit emiterea</w:t>
      </w:r>
    </w:p>
    <w:p w14:paraId="33797D79" w14:textId="77777777" w:rsidR="00E25052" w:rsidRPr="0021562A" w:rsidRDefault="00000000">
      <w:pPr>
        <w:spacing w:after="160"/>
        <w:jc w:val="center"/>
        <w:rPr>
          <w:lang w:val="fr-FR"/>
        </w:rPr>
      </w:pPr>
      <w:r w:rsidRPr="0021562A">
        <w:rPr>
          <w:b/>
          <w:sz w:val="20"/>
          <w:lang w:val="fr-FR"/>
        </w:rPr>
        <w:t>CERTIFICATULUI DE URBANISM DE INFORMARE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E25052" w14:paraId="697264C9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6CF4AB8" w14:textId="77777777" w:rsidR="00E25052" w:rsidRDefault="00000000">
            <w:pPr>
              <w:keepNext/>
            </w:pPr>
            <w:r w:rsidRPr="0021562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E25052" w14:paraId="37608D06" w14:textId="77777777">
        <w:trPr>
          <w:cantSplit/>
        </w:trPr>
        <w:tc>
          <w:tcPr>
            <w:tcW w:w="9636" w:type="dxa"/>
            <w:gridSpan w:val="6"/>
          </w:tcPr>
          <w:p w14:paraId="64915B18" w14:textId="77777777" w:rsidR="00E25052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E25052" w14:paraId="3B00AF9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0EE8D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6D07226C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5C06A6B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1BF54F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242BC6F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E7C20BC" w14:textId="77777777" w:rsidR="00E25052" w:rsidRDefault="00E25052">
            <w:pPr>
              <w:keepNext/>
            </w:pPr>
          </w:p>
        </w:tc>
      </w:tr>
      <w:tr w:rsidR="00E25052" w14:paraId="0F03DFAC" w14:textId="77777777">
        <w:trPr>
          <w:cantSplit/>
          <w:trHeight w:val="510"/>
        </w:trPr>
        <w:tc>
          <w:tcPr>
            <w:tcW w:w="1606" w:type="dxa"/>
          </w:tcPr>
          <w:p w14:paraId="245C8E1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C3F395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3"/>
          </w:tcPr>
          <w:p w14:paraId="31644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FBE06C3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816659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E454520" w14:textId="77777777" w:rsidR="00E25052" w:rsidRDefault="00E25052">
            <w:pPr>
              <w:keepNext/>
            </w:pPr>
          </w:p>
        </w:tc>
        <w:tc>
          <w:tcPr>
            <w:tcW w:w="2409" w:type="dxa"/>
          </w:tcPr>
          <w:p w14:paraId="0279B79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284E2F7" w14:textId="77777777" w:rsidR="00E25052" w:rsidRDefault="00E25052">
            <w:pPr>
              <w:keepNext/>
            </w:pPr>
          </w:p>
        </w:tc>
      </w:tr>
      <w:tr w:rsidR="00E25052" w14:paraId="425A2D34" w14:textId="77777777">
        <w:trPr>
          <w:cantSplit/>
          <w:trHeight w:val="510"/>
        </w:trPr>
        <w:tc>
          <w:tcPr>
            <w:tcW w:w="9636" w:type="dxa"/>
            <w:gridSpan w:val="6"/>
          </w:tcPr>
          <w:p w14:paraId="22A88DF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375B3DAF" w14:textId="77777777" w:rsidR="00E25052" w:rsidRDefault="00E25052">
            <w:pPr>
              <w:keepNext/>
            </w:pPr>
          </w:p>
        </w:tc>
      </w:tr>
      <w:tr w:rsidR="00E25052" w14:paraId="3956AF3E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884FA6F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r w:rsidRPr="00F801F2">
              <w:rPr>
                <w:b/>
                <w:color w:val="0D5F78"/>
                <w:lang w:val="fr-FR"/>
              </w:rPr>
              <w:t>Număr</w:t>
            </w:r>
            <w:proofErr w:type="spellEnd"/>
            <w:r w:rsidRPr="00F801F2">
              <w:rPr>
                <w:b/>
                <w:color w:val="0D5F78"/>
                <w:lang w:val="fr-FR"/>
              </w:rPr>
              <w:t xml:space="preserve"> cadastral</w:t>
            </w:r>
          </w:p>
          <w:p w14:paraId="4088464C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F801F2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în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e-Terra</w:t>
            </w:r>
          </w:p>
          <w:p w14:paraId="46FDA082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0B037F5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38AD22" w14:textId="77777777" w:rsidR="00E25052" w:rsidRDefault="00E25052">
            <w:pPr>
              <w:keepNext/>
            </w:pPr>
          </w:p>
        </w:tc>
      </w:tr>
      <w:tr w:rsidR="00E25052" w:rsidRPr="0021562A" w14:paraId="50F3FA21" w14:textId="77777777">
        <w:trPr>
          <w:cantSplit/>
        </w:trPr>
        <w:tc>
          <w:tcPr>
            <w:tcW w:w="9636" w:type="dxa"/>
            <w:gridSpan w:val="6"/>
          </w:tcPr>
          <w:p w14:paraId="656FF020" w14:textId="77777777" w:rsidR="00F8517F" w:rsidRPr="0021562A" w:rsidRDefault="00000000">
            <w:pPr>
              <w:rPr>
                <w:sz w:val="16"/>
                <w:lang w:val="fr-FR"/>
              </w:rPr>
            </w:pPr>
            <w:r w:rsidRPr="0021562A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21562A">
              <w:rPr>
                <w:sz w:val="16"/>
                <w:lang w:val="fr-FR"/>
              </w:rPr>
              <w:t>funciară</w:t>
            </w:r>
            <w:proofErr w:type="spellEnd"/>
            <w:r w:rsidRPr="0021562A">
              <w:rPr>
                <w:sz w:val="16"/>
                <w:lang w:val="fr-FR"/>
              </w:rPr>
              <w:t xml:space="preserve"> </w:t>
            </w:r>
            <w:proofErr w:type="spellStart"/>
            <w:r w:rsidRPr="0021562A">
              <w:rPr>
                <w:sz w:val="16"/>
                <w:lang w:val="fr-FR"/>
              </w:rPr>
              <w:t>actualizat</w:t>
            </w:r>
            <w:proofErr w:type="spellEnd"/>
            <w:r w:rsidRPr="0021562A">
              <w:rPr>
                <w:sz w:val="16"/>
                <w:lang w:val="fr-FR"/>
              </w:rPr>
              <w:t xml:space="preserve">, </w:t>
            </w:r>
            <w:proofErr w:type="spellStart"/>
            <w:r w:rsidRPr="0021562A">
              <w:rPr>
                <w:sz w:val="16"/>
                <w:lang w:val="fr-FR"/>
              </w:rPr>
              <w:t>anexat</w:t>
            </w:r>
            <w:proofErr w:type="spellEnd"/>
            <w:r w:rsidRPr="0021562A">
              <w:rPr>
                <w:sz w:val="16"/>
                <w:lang w:val="fr-FR"/>
              </w:rPr>
              <w:t xml:space="preserve">     </w:t>
            </w:r>
          </w:p>
          <w:p w14:paraId="4D8DB8B6" w14:textId="6B074625" w:rsidR="00E25052" w:rsidRPr="00F8517F" w:rsidRDefault="00000000">
            <w:pPr>
              <w:rPr>
                <w:lang w:val="fr-FR"/>
              </w:rPr>
            </w:pPr>
            <w:r w:rsidRPr="00F8517F">
              <w:rPr>
                <w:sz w:val="16"/>
                <w:lang w:val="fr-FR"/>
              </w:rPr>
              <w:t xml:space="preserve">☐ plan de </w:t>
            </w:r>
            <w:proofErr w:type="spellStart"/>
            <w:r w:rsidRPr="00F8517F">
              <w:rPr>
                <w:sz w:val="16"/>
                <w:lang w:val="fr-FR"/>
              </w:rPr>
              <w:t>încadrare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în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zonă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în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sistem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Stereo</w:t>
            </w:r>
            <w:proofErr w:type="spellEnd"/>
            <w:r w:rsidRPr="00F8517F">
              <w:rPr>
                <w:sz w:val="16"/>
                <w:lang w:val="fr-FR"/>
              </w:rPr>
              <w:t xml:space="preserve"> 70, </w:t>
            </w:r>
            <w:proofErr w:type="spellStart"/>
            <w:r w:rsidRPr="00F8517F">
              <w:rPr>
                <w:sz w:val="16"/>
                <w:lang w:val="fr-FR"/>
              </w:rPr>
              <w:t>anexat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eliberat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, la </w:t>
            </w:r>
            <w:proofErr w:type="spellStart"/>
            <w:r w:rsidR="00F8517F" w:rsidRPr="00F8517F">
              <w:rPr>
                <w:sz w:val="16"/>
                <w:lang w:val="fr-FR"/>
              </w:rPr>
              <w:t>cerere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, de </w:t>
            </w:r>
            <w:proofErr w:type="spellStart"/>
            <w:r w:rsidR="00F8517F" w:rsidRPr="00F8517F">
              <w:rPr>
                <w:sz w:val="16"/>
                <w:lang w:val="fr-FR"/>
              </w:rPr>
              <w:t>către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Agenția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Națională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de </w:t>
            </w:r>
            <w:proofErr w:type="spellStart"/>
            <w:r w:rsidR="00F8517F" w:rsidRPr="00F8517F">
              <w:rPr>
                <w:sz w:val="16"/>
                <w:lang w:val="fr-FR"/>
              </w:rPr>
              <w:t>Cadastru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și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Publicitate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Imobiliară</w:t>
            </w:r>
            <w:proofErr w:type="spellEnd"/>
          </w:p>
        </w:tc>
      </w:tr>
    </w:tbl>
    <w:p w14:paraId="3ACF9FED" w14:textId="77777777" w:rsidR="00E25052" w:rsidRPr="00F8517F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3F3C9144" w14:textId="77777777">
        <w:trPr>
          <w:cantSplit/>
        </w:trPr>
        <w:tc>
          <w:tcPr>
            <w:tcW w:w="9636" w:type="dxa"/>
            <w:shd w:val="clear" w:color="auto" w:fill="F4F4F4"/>
          </w:tcPr>
          <w:p w14:paraId="4A371C11" w14:textId="77777777" w:rsidR="00E25052" w:rsidRDefault="00000000">
            <w:pPr>
              <w:keepNext/>
            </w:pPr>
            <w:r w:rsidRPr="00F8517F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E25052" w:rsidRPr="0021562A" w14:paraId="6A6C031B" w14:textId="77777777">
        <w:trPr>
          <w:cantSplit/>
        </w:trPr>
        <w:tc>
          <w:tcPr>
            <w:tcW w:w="9636" w:type="dxa"/>
          </w:tcPr>
          <w:p w14:paraId="119DB66C" w14:textId="77777777" w:rsidR="00E25052" w:rsidRPr="00F801F2" w:rsidRDefault="00000000">
            <w:pPr>
              <w:rPr>
                <w:lang w:val="fr-FR"/>
              </w:rPr>
            </w:pPr>
            <w:r w:rsidRPr="00F801F2">
              <w:rPr>
                <w:sz w:val="16"/>
                <w:lang w:val="fr-FR"/>
              </w:rPr>
              <w:t xml:space="preserve"> ☐ </w:t>
            </w:r>
            <w:proofErr w:type="spellStart"/>
            <w:r w:rsidRPr="00F801F2">
              <w:rPr>
                <w:sz w:val="16"/>
                <w:lang w:val="fr-FR"/>
              </w:rPr>
              <w:t>în</w:t>
            </w:r>
            <w:proofErr w:type="spellEnd"/>
            <w:r w:rsidRPr="00F801F2">
              <w:rPr>
                <w:sz w:val="16"/>
                <w:lang w:val="fr-FR"/>
              </w:rPr>
              <w:t xml:space="preserve"> format </w:t>
            </w:r>
            <w:proofErr w:type="spellStart"/>
            <w:r w:rsidRPr="00F801F2">
              <w:rPr>
                <w:sz w:val="16"/>
                <w:lang w:val="fr-FR"/>
              </w:rPr>
              <w:t>scris</w:t>
            </w:r>
            <w:proofErr w:type="spellEnd"/>
            <w:r w:rsidRPr="00F801F2">
              <w:rPr>
                <w:sz w:val="16"/>
                <w:lang w:val="fr-FR"/>
              </w:rPr>
              <w:t xml:space="preserve">, prin </w:t>
            </w:r>
            <w:proofErr w:type="spellStart"/>
            <w:r w:rsidRPr="00F801F2">
              <w:rPr>
                <w:sz w:val="16"/>
                <w:lang w:val="fr-FR"/>
              </w:rPr>
              <w:t>poștă</w:t>
            </w:r>
            <w:proofErr w:type="spellEnd"/>
            <w:r w:rsidRPr="00F801F2">
              <w:rPr>
                <w:sz w:val="16"/>
                <w:lang w:val="fr-FR"/>
              </w:rPr>
              <w:t xml:space="preserve">     ☐ </w:t>
            </w:r>
            <w:proofErr w:type="spellStart"/>
            <w:r w:rsidRPr="00F801F2">
              <w:rPr>
                <w:sz w:val="16"/>
                <w:lang w:val="fr-FR"/>
              </w:rPr>
              <w:t>în</w:t>
            </w:r>
            <w:proofErr w:type="spellEnd"/>
            <w:r w:rsidRPr="00F801F2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F801F2">
              <w:rPr>
                <w:sz w:val="16"/>
                <w:lang w:val="fr-FR"/>
              </w:rPr>
              <w:t>adresa</w:t>
            </w:r>
            <w:proofErr w:type="spellEnd"/>
            <w:r w:rsidRPr="00F801F2">
              <w:rPr>
                <w:sz w:val="16"/>
                <w:lang w:val="fr-FR"/>
              </w:rPr>
              <w:t xml:space="preserve"> </w:t>
            </w:r>
            <w:proofErr w:type="gramStart"/>
            <w:r w:rsidRPr="00F801F2">
              <w:rPr>
                <w:sz w:val="16"/>
                <w:lang w:val="fr-FR"/>
              </w:rPr>
              <w:t>de e-mail</w:t>
            </w:r>
            <w:proofErr w:type="gramEnd"/>
            <w:r w:rsidRPr="00F801F2">
              <w:rPr>
                <w:sz w:val="16"/>
                <w:lang w:val="fr-FR"/>
              </w:rPr>
              <w:t xml:space="preserve"> </w:t>
            </w:r>
            <w:proofErr w:type="spellStart"/>
            <w:r w:rsidRPr="00F801F2">
              <w:rPr>
                <w:sz w:val="16"/>
                <w:lang w:val="fr-FR"/>
              </w:rPr>
              <w:t>indicată</w:t>
            </w:r>
            <w:proofErr w:type="spellEnd"/>
            <w:r w:rsidRPr="00F801F2">
              <w:rPr>
                <w:sz w:val="16"/>
                <w:lang w:val="fr-FR"/>
              </w:rPr>
              <w:t xml:space="preserve">     ☐ </w:t>
            </w:r>
            <w:proofErr w:type="spellStart"/>
            <w:r w:rsidRPr="00F801F2">
              <w:rPr>
                <w:sz w:val="16"/>
                <w:lang w:val="fr-FR"/>
              </w:rPr>
              <w:t>ridicare</w:t>
            </w:r>
            <w:proofErr w:type="spellEnd"/>
            <w:r w:rsidRPr="00F801F2">
              <w:rPr>
                <w:sz w:val="16"/>
                <w:lang w:val="fr-FR"/>
              </w:rPr>
              <w:t xml:space="preserve"> de la </w:t>
            </w:r>
            <w:proofErr w:type="spellStart"/>
            <w:r w:rsidRPr="00F801F2">
              <w:rPr>
                <w:sz w:val="16"/>
                <w:lang w:val="fr-FR"/>
              </w:rPr>
              <w:t>sediul</w:t>
            </w:r>
            <w:proofErr w:type="spellEnd"/>
            <w:r w:rsidRPr="00F801F2">
              <w:rPr>
                <w:sz w:val="16"/>
                <w:lang w:val="fr-FR"/>
              </w:rPr>
              <w:t xml:space="preserve"> </w:t>
            </w:r>
            <w:proofErr w:type="spellStart"/>
            <w:r w:rsidRPr="00F801F2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4CC013A6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E25052" w14:paraId="526375A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BEB645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E25052" w14:paraId="7763C7E2" w14:textId="77777777">
        <w:trPr>
          <w:cantSplit/>
          <w:trHeight w:val="510"/>
        </w:trPr>
        <w:tc>
          <w:tcPr>
            <w:tcW w:w="1606" w:type="dxa"/>
          </w:tcPr>
          <w:p w14:paraId="4CA50917" w14:textId="77777777" w:rsidR="00E25052" w:rsidRDefault="00000000">
            <w:r>
              <w:rPr>
                <w:b/>
                <w:color w:val="0D5F78"/>
              </w:rPr>
              <w:t>Data</w:t>
            </w:r>
          </w:p>
          <w:p w14:paraId="725AA280" w14:textId="77777777" w:rsidR="00E25052" w:rsidRDefault="00E25052"/>
        </w:tc>
        <w:tc>
          <w:tcPr>
            <w:tcW w:w="4818" w:type="dxa"/>
          </w:tcPr>
          <w:p w14:paraId="1A18FEF7" w14:textId="77777777" w:rsidR="00E25052" w:rsidRDefault="00000000">
            <w:r>
              <w:rPr>
                <w:b/>
                <w:color w:val="0D5F78"/>
              </w:rPr>
              <w:t>Solicitantul</w:t>
            </w:r>
          </w:p>
          <w:p w14:paraId="4BFA03F3" w14:textId="77777777" w:rsidR="00E25052" w:rsidRDefault="00E25052"/>
        </w:tc>
        <w:tc>
          <w:tcPr>
            <w:tcW w:w="3212" w:type="dxa"/>
          </w:tcPr>
          <w:p w14:paraId="51766049" w14:textId="77777777" w:rsidR="00E25052" w:rsidRDefault="00000000">
            <w:r>
              <w:rPr>
                <w:b/>
                <w:color w:val="0D5F78"/>
              </w:rPr>
              <w:t>Semnătura</w:t>
            </w:r>
          </w:p>
          <w:p w14:paraId="4558B6A6" w14:textId="77777777" w:rsidR="00E25052" w:rsidRDefault="00E25052"/>
        </w:tc>
      </w:tr>
    </w:tbl>
    <w:p w14:paraId="49F8112D" w14:textId="77777777" w:rsidR="00E25052" w:rsidRDefault="00E25052">
      <w:pPr>
        <w:spacing w:line="168" w:lineRule="auto"/>
      </w:pPr>
    </w:p>
    <w:p w14:paraId="242D1965" w14:textId="77777777" w:rsidR="00F8517F" w:rsidRPr="00F8517F" w:rsidRDefault="00F8517F" w:rsidP="00F8517F"/>
    <w:p w14:paraId="7207E8D0" w14:textId="77777777" w:rsidR="00F8517F" w:rsidRDefault="00F8517F" w:rsidP="00F8517F"/>
    <w:p w14:paraId="7E180354" w14:textId="7A449F41" w:rsidR="00F8517F" w:rsidRPr="00F8517F" w:rsidRDefault="00F8517F" w:rsidP="00F8517F">
      <w:pPr>
        <w:tabs>
          <w:tab w:val="left" w:pos="3005"/>
        </w:tabs>
      </w:pPr>
      <w:r>
        <w:tab/>
      </w:r>
    </w:p>
    <w:sectPr w:rsidR="00F8517F" w:rsidRPr="00F8517F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D146" w14:textId="77777777" w:rsidR="00925A91" w:rsidRDefault="00925A91">
      <w:r>
        <w:separator/>
      </w:r>
    </w:p>
  </w:endnote>
  <w:endnote w:type="continuationSeparator" w:id="0">
    <w:p w14:paraId="52920F7D" w14:textId="77777777" w:rsidR="00925A91" w:rsidRDefault="0092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1E53" w14:textId="180E0261" w:rsidR="00E25052" w:rsidRDefault="00F801F2">
    <w:pPr>
      <w:pStyle w:val="Footer"/>
      <w:tabs>
        <w:tab w:val="right" w:pos="9639"/>
      </w:tabs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8C37B" w14:textId="77777777" w:rsidR="00925A91" w:rsidRDefault="00925A91">
      <w:r>
        <w:separator/>
      </w:r>
    </w:p>
  </w:footnote>
  <w:footnote w:type="continuationSeparator" w:id="0">
    <w:p w14:paraId="1A1FE2D5" w14:textId="77777777" w:rsidR="00925A91" w:rsidRDefault="00925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7F69" w14:textId="77777777" w:rsidR="00F8517F" w:rsidRPr="00F8517F" w:rsidRDefault="00F8517F" w:rsidP="00F8517F">
    <w:pPr>
      <w:pStyle w:val="Header"/>
      <w:rPr>
        <w:b/>
        <w:bCs/>
        <w:i/>
        <w:iCs/>
        <w:color w:val="595959"/>
        <w:sz w:val="24"/>
        <w:szCs w:val="24"/>
        <w:u w:val="single"/>
      </w:rPr>
    </w:pPr>
    <w:proofErr w:type="spellStart"/>
    <w:r w:rsidRPr="00F8517F">
      <w:rPr>
        <w:b/>
        <w:bCs/>
        <w:i/>
        <w:iCs/>
        <w:color w:val="595959"/>
        <w:sz w:val="24"/>
        <w:szCs w:val="24"/>
        <w:u w:val="single"/>
      </w:rPr>
      <w:t>Anexa</w:t>
    </w:r>
    <w:proofErr w:type="spellEnd"/>
    <w:r w:rsidRPr="00F8517F">
      <w:rPr>
        <w:b/>
        <w:bCs/>
        <w:i/>
        <w:iCs/>
        <w:color w:val="595959"/>
        <w:sz w:val="24"/>
        <w:szCs w:val="24"/>
        <w:u w:val="single"/>
      </w:rPr>
      <w:t xml:space="preserve"> nr.1  </w:t>
    </w:r>
  </w:p>
  <w:p w14:paraId="30A11B91" w14:textId="654108AB" w:rsidR="00F8517F" w:rsidRPr="00F8517F" w:rsidRDefault="00F8517F" w:rsidP="00F8517F">
    <w:pPr>
      <w:pStyle w:val="Header"/>
      <w:rPr>
        <w:b/>
        <w:bCs/>
        <w:color w:val="595959"/>
      </w:rPr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9901959">
    <w:abstractNumId w:val="8"/>
  </w:num>
  <w:num w:numId="2" w16cid:durableId="1763795687">
    <w:abstractNumId w:val="6"/>
  </w:num>
  <w:num w:numId="3" w16cid:durableId="1089348912">
    <w:abstractNumId w:val="5"/>
  </w:num>
  <w:num w:numId="4" w16cid:durableId="1038360754">
    <w:abstractNumId w:val="4"/>
  </w:num>
  <w:num w:numId="5" w16cid:durableId="226697112">
    <w:abstractNumId w:val="7"/>
  </w:num>
  <w:num w:numId="6" w16cid:durableId="1274440642">
    <w:abstractNumId w:val="3"/>
  </w:num>
  <w:num w:numId="7" w16cid:durableId="1036154305">
    <w:abstractNumId w:val="2"/>
  </w:num>
  <w:num w:numId="8" w16cid:durableId="233055514">
    <w:abstractNumId w:val="1"/>
  </w:num>
  <w:num w:numId="9" w16cid:durableId="5998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7C5"/>
    <w:rsid w:val="000F55B4"/>
    <w:rsid w:val="0015074B"/>
    <w:rsid w:val="0021562A"/>
    <w:rsid w:val="0029639D"/>
    <w:rsid w:val="00326F90"/>
    <w:rsid w:val="00405BCD"/>
    <w:rsid w:val="006C103E"/>
    <w:rsid w:val="00763A7C"/>
    <w:rsid w:val="00861954"/>
    <w:rsid w:val="00925A91"/>
    <w:rsid w:val="009B5021"/>
    <w:rsid w:val="00AA1D8D"/>
    <w:rsid w:val="00B16250"/>
    <w:rsid w:val="00B47730"/>
    <w:rsid w:val="00CB0664"/>
    <w:rsid w:val="00E25052"/>
    <w:rsid w:val="00E61A6B"/>
    <w:rsid w:val="00F801F2"/>
    <w:rsid w:val="00F851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3986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405BCD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2</cp:revision>
  <dcterms:created xsi:type="dcterms:W3CDTF">2013-12-23T23:15:00Z</dcterms:created>
  <dcterms:modified xsi:type="dcterms:W3CDTF">2026-09-02T06:05:00Z</dcterms:modified>
  <cp:category/>
</cp:coreProperties>
</file>