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W w:w="0" w:type="auto"/>
        <w:tblInd w:w="0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2409"/>
        <w:gridCol w:w="2409"/>
        <w:gridCol w:w="3212"/>
      </w:tblGrid>
      <w:tr w:rsidR="0076603E" w:rsidRPr="0076603E" w14:paraId="7D99B434" w14:textId="77777777">
        <w:trPr>
          <w:cantSplit/>
          <w:trHeight w:val="510"/>
        </w:trPr>
        <w:tc>
          <w:tcPr>
            <w:tcW w:w="1606" w:type="dxa"/>
            <w:vMerge w:val="restart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vAlign w:val="center"/>
            <w:hideMark/>
          </w:tcPr>
          <w:p w14:paraId="4828D1CF" w14:textId="77777777" w:rsidR="0076603E" w:rsidRPr="0076603E" w:rsidRDefault="0076603E" w:rsidP="0076603E">
            <w:pPr>
              <w:keepNext/>
              <w:jc w:val="center"/>
            </w:pPr>
            <w:r w:rsidRPr="0076603E">
              <w:rPr>
                <w:noProof/>
              </w:rPr>
              <w:drawing>
                <wp:inline distT="0" distB="0" distL="0" distR="0" wp14:anchorId="4B6D53AB" wp14:editId="3C2FA9A7">
                  <wp:extent cx="884555" cy="1199515"/>
                  <wp:effectExtent l="0" t="0" r="0" b="63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4555" cy="1199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30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0F0F0"/>
            <w:hideMark/>
          </w:tcPr>
          <w:p w14:paraId="6105C42B" w14:textId="77777777" w:rsidR="0076603E" w:rsidRPr="0076603E" w:rsidRDefault="0076603E" w:rsidP="0076603E">
            <w:pPr>
              <w:keepNext/>
            </w:pPr>
            <w:proofErr w:type="spellStart"/>
            <w:r w:rsidRPr="0076603E">
              <w:rPr>
                <w:b/>
                <w:color w:val="0D5F78"/>
              </w:rPr>
              <w:t>Județul</w:t>
            </w:r>
            <w:proofErr w:type="spellEnd"/>
          </w:p>
          <w:p w14:paraId="35439AE3" w14:textId="77777777" w:rsidR="0076603E" w:rsidRPr="0076603E" w:rsidRDefault="0076603E" w:rsidP="0076603E">
            <w:pPr>
              <w:keepNext/>
            </w:pPr>
            <w:proofErr w:type="spellStart"/>
            <w:r w:rsidRPr="0076603E">
              <w:t>Sălaj</w:t>
            </w:r>
            <w:proofErr w:type="spellEnd"/>
          </w:p>
        </w:tc>
      </w:tr>
      <w:tr w:rsidR="0076603E" w:rsidRPr="0076603E" w14:paraId="4721AEE5" w14:textId="77777777">
        <w:trPr>
          <w:cantSplit/>
          <w:trHeight w:val="510"/>
        </w:trPr>
        <w:tc>
          <w:tcPr>
            <w:tcW w:w="9636" w:type="dxa"/>
            <w:vMerge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vAlign w:val="center"/>
            <w:hideMark/>
          </w:tcPr>
          <w:p w14:paraId="0CA32282" w14:textId="77777777" w:rsidR="0076603E" w:rsidRPr="0076603E" w:rsidRDefault="0076603E" w:rsidP="0076603E"/>
        </w:tc>
        <w:tc>
          <w:tcPr>
            <w:tcW w:w="8030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0F0F0"/>
            <w:hideMark/>
          </w:tcPr>
          <w:p w14:paraId="696F9331" w14:textId="77777777" w:rsidR="0076603E" w:rsidRPr="0076603E" w:rsidRDefault="0076603E" w:rsidP="0076603E">
            <w:pPr>
              <w:keepNext/>
            </w:pPr>
            <w:proofErr w:type="spellStart"/>
            <w:r w:rsidRPr="0076603E">
              <w:rPr>
                <w:b/>
                <w:color w:val="0D5F78"/>
              </w:rPr>
              <w:t>Autoritatea</w:t>
            </w:r>
            <w:proofErr w:type="spellEnd"/>
            <w:r w:rsidRPr="0076603E">
              <w:rPr>
                <w:b/>
                <w:color w:val="0D5F78"/>
              </w:rPr>
              <w:t xml:space="preserve"> </w:t>
            </w:r>
            <w:proofErr w:type="spellStart"/>
            <w:r w:rsidRPr="0076603E">
              <w:rPr>
                <w:b/>
                <w:color w:val="0D5F78"/>
              </w:rPr>
              <w:t>administrației</w:t>
            </w:r>
            <w:proofErr w:type="spellEnd"/>
            <w:r w:rsidRPr="0076603E">
              <w:rPr>
                <w:b/>
                <w:color w:val="0D5F78"/>
              </w:rPr>
              <w:t xml:space="preserve"> </w:t>
            </w:r>
            <w:proofErr w:type="spellStart"/>
            <w:r w:rsidRPr="0076603E">
              <w:rPr>
                <w:b/>
                <w:color w:val="0D5F78"/>
              </w:rPr>
              <w:t>publice</w:t>
            </w:r>
            <w:proofErr w:type="spellEnd"/>
          </w:p>
          <w:p w14:paraId="786EA0F4" w14:textId="77777777" w:rsidR="0076603E" w:rsidRPr="0076603E" w:rsidRDefault="0076603E" w:rsidP="0076603E">
            <w:pPr>
              <w:keepNext/>
            </w:pPr>
            <w:proofErr w:type="spellStart"/>
            <w:r w:rsidRPr="0076603E">
              <w:t>Primăria</w:t>
            </w:r>
            <w:proofErr w:type="spellEnd"/>
            <w:r w:rsidRPr="0076603E">
              <w:t xml:space="preserve"> </w:t>
            </w:r>
            <w:proofErr w:type="spellStart"/>
            <w:r w:rsidRPr="0076603E">
              <w:t>Municipiului</w:t>
            </w:r>
            <w:proofErr w:type="spellEnd"/>
            <w:r w:rsidRPr="0076603E">
              <w:t xml:space="preserve"> </w:t>
            </w:r>
            <w:proofErr w:type="spellStart"/>
            <w:r w:rsidRPr="0076603E">
              <w:t>Zalău</w:t>
            </w:r>
            <w:proofErr w:type="spellEnd"/>
          </w:p>
        </w:tc>
      </w:tr>
      <w:tr w:rsidR="0076603E" w:rsidRPr="0076603E" w14:paraId="74C38747" w14:textId="77777777">
        <w:trPr>
          <w:cantSplit/>
          <w:trHeight w:val="510"/>
        </w:trPr>
        <w:tc>
          <w:tcPr>
            <w:tcW w:w="9636" w:type="dxa"/>
            <w:vMerge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vAlign w:val="center"/>
            <w:hideMark/>
          </w:tcPr>
          <w:p w14:paraId="723F6393" w14:textId="77777777" w:rsidR="0076603E" w:rsidRPr="0076603E" w:rsidRDefault="0076603E" w:rsidP="0076603E"/>
        </w:tc>
        <w:tc>
          <w:tcPr>
            <w:tcW w:w="2409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0F0F0"/>
            <w:hideMark/>
          </w:tcPr>
          <w:p w14:paraId="04DBFD2F" w14:textId="77777777" w:rsidR="0076603E" w:rsidRPr="0076603E" w:rsidRDefault="0076603E" w:rsidP="0076603E">
            <w:pPr>
              <w:keepNext/>
              <w:rPr>
                <w:lang w:val="fr-FR"/>
              </w:rPr>
            </w:pPr>
            <w:r w:rsidRPr="0076603E">
              <w:rPr>
                <w:b/>
                <w:color w:val="0D5F78"/>
                <w:lang w:val="fr-FR"/>
              </w:rPr>
              <w:t xml:space="preserve">Cod de </w:t>
            </w:r>
            <w:proofErr w:type="spellStart"/>
            <w:r w:rsidRPr="0076603E">
              <w:rPr>
                <w:b/>
                <w:color w:val="0D5F78"/>
                <w:lang w:val="fr-FR"/>
              </w:rPr>
              <w:t>identificare</w:t>
            </w:r>
            <w:proofErr w:type="spellEnd"/>
            <w:r w:rsidRPr="0076603E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76603E">
              <w:rPr>
                <w:b/>
                <w:color w:val="0D5F78"/>
                <w:lang w:val="fr-FR"/>
              </w:rPr>
              <w:t>fiscală</w:t>
            </w:r>
            <w:proofErr w:type="spellEnd"/>
            <w:r w:rsidRPr="0076603E">
              <w:rPr>
                <w:b/>
                <w:color w:val="0D5F78"/>
                <w:lang w:val="fr-FR"/>
              </w:rPr>
              <w:t xml:space="preserve"> (CIF)</w:t>
            </w:r>
          </w:p>
          <w:p w14:paraId="068CB471" w14:textId="77777777" w:rsidR="0076603E" w:rsidRPr="0076603E" w:rsidRDefault="0076603E" w:rsidP="0076603E">
            <w:pPr>
              <w:keepNext/>
              <w:rPr>
                <w:lang w:val="fr-FR"/>
              </w:rPr>
            </w:pPr>
            <w:r w:rsidRPr="0076603E">
              <w:t>4291786</w:t>
            </w:r>
          </w:p>
        </w:tc>
        <w:tc>
          <w:tcPr>
            <w:tcW w:w="5621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0F0F0"/>
          </w:tcPr>
          <w:p w14:paraId="5EF307A6" w14:textId="77777777" w:rsidR="0076603E" w:rsidRPr="0076603E" w:rsidRDefault="0076603E" w:rsidP="0076603E">
            <w:pPr>
              <w:keepNext/>
            </w:pPr>
            <w:proofErr w:type="spellStart"/>
            <w:r w:rsidRPr="0076603E">
              <w:rPr>
                <w:b/>
                <w:color w:val="0D5F78"/>
              </w:rPr>
              <w:t>Adresa</w:t>
            </w:r>
            <w:proofErr w:type="spellEnd"/>
            <w:r w:rsidRPr="0076603E">
              <w:rPr>
                <w:b/>
                <w:color w:val="0D5F78"/>
              </w:rPr>
              <w:t xml:space="preserve"> </w:t>
            </w:r>
            <w:proofErr w:type="spellStart"/>
            <w:r w:rsidRPr="0076603E">
              <w:rPr>
                <w:b/>
                <w:color w:val="0D5F78"/>
              </w:rPr>
              <w:t>oficială</w:t>
            </w:r>
            <w:proofErr w:type="spellEnd"/>
          </w:p>
          <w:p w14:paraId="2C7958C7" w14:textId="77777777" w:rsidR="0076603E" w:rsidRPr="0076603E" w:rsidRDefault="0076603E" w:rsidP="0076603E">
            <w:pPr>
              <w:keepNext/>
            </w:pPr>
            <w:proofErr w:type="spellStart"/>
            <w:r w:rsidRPr="0076603E">
              <w:t>Piața</w:t>
            </w:r>
            <w:proofErr w:type="spellEnd"/>
            <w:r w:rsidRPr="0076603E">
              <w:t xml:space="preserve"> Iuliu Maniu, nr. 3, tel. 0260 610550, e-mail: primaria@zalausj.ro</w:t>
            </w:r>
          </w:p>
          <w:p w14:paraId="464F8C3B" w14:textId="77777777" w:rsidR="0076603E" w:rsidRPr="0076603E" w:rsidRDefault="0076603E" w:rsidP="0076603E">
            <w:pPr>
              <w:keepNext/>
            </w:pPr>
          </w:p>
        </w:tc>
      </w:tr>
      <w:tr w:rsidR="0076603E" w:rsidRPr="0076603E" w14:paraId="39D85677" w14:textId="77777777">
        <w:trPr>
          <w:cantSplit/>
          <w:trHeight w:val="510"/>
        </w:trPr>
        <w:tc>
          <w:tcPr>
            <w:tcW w:w="9636" w:type="dxa"/>
            <w:vMerge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vAlign w:val="center"/>
            <w:hideMark/>
          </w:tcPr>
          <w:p w14:paraId="0C299273" w14:textId="77777777" w:rsidR="0076603E" w:rsidRPr="0076603E" w:rsidRDefault="0076603E" w:rsidP="0076603E"/>
        </w:tc>
        <w:tc>
          <w:tcPr>
            <w:tcW w:w="4818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0F0F0"/>
          </w:tcPr>
          <w:p w14:paraId="31E40FBC" w14:textId="77777777" w:rsidR="0076603E" w:rsidRPr="0076603E" w:rsidRDefault="0076603E" w:rsidP="0076603E">
            <w:pPr>
              <w:keepNext/>
            </w:pPr>
            <w:proofErr w:type="spellStart"/>
            <w:r w:rsidRPr="0076603E">
              <w:rPr>
                <w:b/>
                <w:color w:val="0D5F78"/>
              </w:rPr>
              <w:t>Număr</w:t>
            </w:r>
            <w:proofErr w:type="spellEnd"/>
            <w:r w:rsidRPr="0076603E">
              <w:rPr>
                <w:b/>
                <w:color w:val="0D5F78"/>
              </w:rPr>
              <w:t xml:space="preserve"> de </w:t>
            </w:r>
            <w:proofErr w:type="spellStart"/>
            <w:r w:rsidRPr="0076603E">
              <w:rPr>
                <w:b/>
                <w:color w:val="0D5F78"/>
              </w:rPr>
              <w:t>înregistrare</w:t>
            </w:r>
            <w:proofErr w:type="spellEnd"/>
          </w:p>
          <w:p w14:paraId="153C5D7E" w14:textId="77777777" w:rsidR="0076603E" w:rsidRPr="0076603E" w:rsidRDefault="0076603E" w:rsidP="0076603E">
            <w:pPr>
              <w:keepNext/>
            </w:pPr>
          </w:p>
        </w:tc>
        <w:tc>
          <w:tcPr>
            <w:tcW w:w="3212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0F0F0"/>
          </w:tcPr>
          <w:p w14:paraId="47DB551C" w14:textId="77777777" w:rsidR="0076603E" w:rsidRPr="0076603E" w:rsidRDefault="0076603E" w:rsidP="0076603E">
            <w:pPr>
              <w:keepNext/>
            </w:pPr>
            <w:r w:rsidRPr="0076603E">
              <w:rPr>
                <w:b/>
                <w:color w:val="0D5F78"/>
              </w:rPr>
              <w:t>Data</w:t>
            </w:r>
          </w:p>
          <w:p w14:paraId="445CDEB3" w14:textId="77777777" w:rsidR="0076603E" w:rsidRPr="0076603E" w:rsidRDefault="0076603E" w:rsidP="0076603E">
            <w:pPr>
              <w:keepNext/>
            </w:pPr>
          </w:p>
        </w:tc>
      </w:tr>
      <w:tr w:rsidR="0076603E" w:rsidRPr="0076603E" w14:paraId="4CB15DEE" w14:textId="77777777">
        <w:trPr>
          <w:cantSplit/>
        </w:trPr>
        <w:tc>
          <w:tcPr>
            <w:tcW w:w="9636" w:type="dxa"/>
            <w:gridSpan w:val="4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0F0F0"/>
            <w:hideMark/>
          </w:tcPr>
          <w:p w14:paraId="3B79DA1D" w14:textId="77777777" w:rsidR="0076603E" w:rsidRPr="0076603E" w:rsidRDefault="0076603E" w:rsidP="0076603E">
            <w:pPr>
              <w:rPr>
                <w:lang w:val="fr-FR"/>
              </w:rPr>
            </w:pPr>
            <w:r w:rsidRPr="0076603E">
              <w:rPr>
                <w:i/>
                <w:color w:val="595959"/>
                <w:lang w:val="fr-FR"/>
              </w:rPr>
              <w:t xml:space="preserve"> </w:t>
            </w:r>
            <w:proofErr w:type="gramStart"/>
            <w:r w:rsidRPr="0076603E">
              <w:rPr>
                <w:i/>
                <w:color w:val="595959"/>
                <w:lang w:val="fr-FR"/>
              </w:rPr>
              <w:t>se</w:t>
            </w:r>
            <w:proofErr w:type="gramEnd"/>
            <w:r w:rsidRPr="0076603E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76603E">
              <w:rPr>
                <w:i/>
                <w:color w:val="595959"/>
                <w:lang w:val="fr-FR"/>
              </w:rPr>
              <w:t>completează</w:t>
            </w:r>
            <w:proofErr w:type="spellEnd"/>
            <w:r w:rsidRPr="0076603E">
              <w:rPr>
                <w:i/>
                <w:color w:val="595959"/>
                <w:lang w:val="fr-FR"/>
              </w:rPr>
              <w:t xml:space="preserve"> de </w:t>
            </w:r>
            <w:proofErr w:type="spellStart"/>
            <w:r w:rsidRPr="0076603E">
              <w:rPr>
                <w:i/>
                <w:color w:val="595959"/>
                <w:lang w:val="fr-FR"/>
              </w:rPr>
              <w:t>autoritate</w:t>
            </w:r>
            <w:proofErr w:type="spellEnd"/>
            <w:r w:rsidRPr="0076603E">
              <w:rPr>
                <w:i/>
                <w:color w:val="595959"/>
                <w:lang w:val="fr-FR"/>
              </w:rPr>
              <w:t xml:space="preserve"> — </w:t>
            </w:r>
            <w:proofErr w:type="spellStart"/>
            <w:r w:rsidRPr="0076603E">
              <w:rPr>
                <w:i/>
                <w:color w:val="595959"/>
                <w:lang w:val="fr-FR"/>
              </w:rPr>
              <w:t>solicitantul</w:t>
            </w:r>
            <w:proofErr w:type="spellEnd"/>
            <w:r w:rsidRPr="0076603E">
              <w:rPr>
                <w:i/>
                <w:color w:val="595959"/>
                <w:lang w:val="fr-FR"/>
              </w:rPr>
              <w:t xml:space="preserve"> nu </w:t>
            </w:r>
            <w:proofErr w:type="spellStart"/>
            <w:r w:rsidRPr="0076603E">
              <w:rPr>
                <w:i/>
                <w:color w:val="595959"/>
                <w:lang w:val="fr-FR"/>
              </w:rPr>
              <w:t>scrie</w:t>
            </w:r>
            <w:proofErr w:type="spellEnd"/>
            <w:r w:rsidRPr="0076603E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76603E">
              <w:rPr>
                <w:i/>
                <w:color w:val="595959"/>
                <w:lang w:val="fr-FR"/>
              </w:rPr>
              <w:t>în</w:t>
            </w:r>
            <w:proofErr w:type="spellEnd"/>
            <w:r w:rsidRPr="0076603E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76603E">
              <w:rPr>
                <w:i/>
                <w:color w:val="595959"/>
                <w:lang w:val="fr-FR"/>
              </w:rPr>
              <w:t>această</w:t>
            </w:r>
            <w:proofErr w:type="spellEnd"/>
            <w:r w:rsidRPr="0076603E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76603E">
              <w:rPr>
                <w:i/>
                <w:color w:val="595959"/>
                <w:lang w:val="fr-FR"/>
              </w:rPr>
              <w:t>zonă</w:t>
            </w:r>
            <w:proofErr w:type="spellEnd"/>
          </w:p>
        </w:tc>
      </w:tr>
    </w:tbl>
    <w:p w14:paraId="118016BF" w14:textId="77777777" w:rsidR="00BD4241" w:rsidRPr="00A256C2" w:rsidRDefault="00BD4241">
      <w:pPr>
        <w:spacing w:line="168" w:lineRule="auto"/>
        <w:rPr>
          <w:lang w:val="fr-FR"/>
        </w:rPr>
      </w:pPr>
    </w:p>
    <w:p w14:paraId="79F54518" w14:textId="77777777" w:rsidR="00BD4241" w:rsidRPr="00850B64" w:rsidRDefault="00000000">
      <w:pPr>
        <w:spacing w:before="140" w:after="40"/>
        <w:jc w:val="center"/>
        <w:rPr>
          <w:sz w:val="28"/>
          <w:szCs w:val="28"/>
        </w:rPr>
      </w:pPr>
      <w:r w:rsidRPr="00850B64">
        <w:rPr>
          <w:b/>
          <w:sz w:val="28"/>
          <w:szCs w:val="28"/>
        </w:rPr>
        <w:t>CERERE</w:t>
      </w:r>
    </w:p>
    <w:p w14:paraId="5168B443" w14:textId="77777777" w:rsidR="00BD4241" w:rsidRDefault="00BD4241">
      <w:pPr>
        <w:spacing w:after="60"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BD4241" w14:paraId="5B8127F4" w14:textId="77777777">
        <w:trPr>
          <w:cantSplit/>
        </w:trPr>
        <w:tc>
          <w:tcPr>
            <w:tcW w:w="9636" w:type="dxa"/>
            <w:shd w:val="clear" w:color="auto" w:fill="F4F4F4"/>
          </w:tcPr>
          <w:p w14:paraId="38D842A3" w14:textId="77777777" w:rsidR="00BD4241" w:rsidRDefault="00000000">
            <w:pPr>
              <w:keepNext/>
            </w:pPr>
            <w:r>
              <w:rPr>
                <w:b/>
                <w:sz w:val="16"/>
              </w:rPr>
              <w:t xml:space="preserve"> 1. </w:t>
            </w:r>
            <w:r>
              <w:rPr>
                <w:b/>
                <w:color w:val="000000"/>
                <w:sz w:val="18"/>
              </w:rPr>
              <w:t>CĂTRE</w:t>
            </w:r>
          </w:p>
        </w:tc>
      </w:tr>
      <w:tr w:rsidR="00BD4241" w:rsidRPr="00917520" w14:paraId="224D3884" w14:textId="77777777">
        <w:trPr>
          <w:cantSplit/>
          <w:trHeight w:val="510"/>
        </w:trPr>
        <w:tc>
          <w:tcPr>
            <w:tcW w:w="9636" w:type="dxa"/>
          </w:tcPr>
          <w:p w14:paraId="04E69316" w14:textId="77777777" w:rsidR="00BD4241" w:rsidRPr="00A256C2" w:rsidRDefault="00000000">
            <w:pPr>
              <w:keepNext/>
              <w:rPr>
                <w:lang w:val="fr-FR"/>
              </w:rPr>
            </w:pPr>
            <w:proofErr w:type="spellStart"/>
            <w:r w:rsidRPr="00A256C2">
              <w:rPr>
                <w:b/>
                <w:color w:val="0D5F78"/>
                <w:lang w:val="fr-FR"/>
              </w:rPr>
              <w:t>Instituția</w:t>
            </w:r>
            <w:proofErr w:type="spellEnd"/>
          </w:p>
          <w:p w14:paraId="1CA5657F" w14:textId="77777777" w:rsidR="00BD4241" w:rsidRPr="00A256C2" w:rsidRDefault="00000000">
            <w:pPr>
              <w:keepNext/>
              <w:rPr>
                <w:lang w:val="fr-FR"/>
              </w:rPr>
            </w:pPr>
            <w:proofErr w:type="spellStart"/>
            <w:proofErr w:type="gramStart"/>
            <w:r w:rsidRPr="00A256C2">
              <w:rPr>
                <w:i/>
                <w:color w:val="7A7A7A"/>
                <w:lang w:val="fr-FR"/>
              </w:rPr>
              <w:t>primăria</w:t>
            </w:r>
            <w:proofErr w:type="spellEnd"/>
            <w:proofErr w:type="gramEnd"/>
            <w:r w:rsidRPr="00A256C2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A256C2">
              <w:rPr>
                <w:i/>
                <w:color w:val="7A7A7A"/>
                <w:lang w:val="fr-FR"/>
              </w:rPr>
              <w:t>municipiului</w:t>
            </w:r>
            <w:proofErr w:type="spellEnd"/>
            <w:r w:rsidRPr="00A256C2">
              <w:rPr>
                <w:i/>
                <w:color w:val="7A7A7A"/>
                <w:lang w:val="fr-FR"/>
              </w:rPr>
              <w:t xml:space="preserve"> / </w:t>
            </w:r>
            <w:proofErr w:type="spellStart"/>
            <w:r w:rsidRPr="00A256C2">
              <w:rPr>
                <w:i/>
                <w:color w:val="7A7A7A"/>
                <w:lang w:val="fr-FR"/>
              </w:rPr>
              <w:t>orașului</w:t>
            </w:r>
            <w:proofErr w:type="spellEnd"/>
            <w:r w:rsidRPr="00A256C2">
              <w:rPr>
                <w:i/>
                <w:color w:val="7A7A7A"/>
                <w:lang w:val="fr-FR"/>
              </w:rPr>
              <w:t xml:space="preserve"> / </w:t>
            </w:r>
            <w:proofErr w:type="spellStart"/>
            <w:r w:rsidRPr="00A256C2">
              <w:rPr>
                <w:i/>
                <w:color w:val="7A7A7A"/>
                <w:lang w:val="fr-FR"/>
              </w:rPr>
              <w:t>comunei</w:t>
            </w:r>
            <w:proofErr w:type="spellEnd"/>
            <w:r w:rsidRPr="00A256C2">
              <w:rPr>
                <w:i/>
                <w:color w:val="7A7A7A"/>
                <w:lang w:val="fr-FR"/>
              </w:rPr>
              <w:t xml:space="preserve"> · </w:t>
            </w:r>
            <w:proofErr w:type="spellStart"/>
            <w:r w:rsidRPr="00A256C2">
              <w:rPr>
                <w:i/>
                <w:color w:val="7A7A7A"/>
                <w:lang w:val="fr-FR"/>
              </w:rPr>
              <w:t>primăria</w:t>
            </w:r>
            <w:proofErr w:type="spellEnd"/>
            <w:r w:rsidRPr="00A256C2">
              <w:rPr>
                <w:i/>
                <w:color w:val="7A7A7A"/>
                <w:lang w:val="fr-FR"/>
              </w:rPr>
              <w:t xml:space="preserve"> de </w:t>
            </w:r>
            <w:proofErr w:type="spellStart"/>
            <w:r w:rsidRPr="00A256C2">
              <w:rPr>
                <w:i/>
                <w:color w:val="7A7A7A"/>
                <w:lang w:val="fr-FR"/>
              </w:rPr>
              <w:t>sector</w:t>
            </w:r>
            <w:proofErr w:type="spellEnd"/>
            <w:r w:rsidRPr="00A256C2">
              <w:rPr>
                <w:i/>
                <w:color w:val="7A7A7A"/>
                <w:lang w:val="fr-FR"/>
              </w:rPr>
              <w:t xml:space="preserve"> · </w:t>
            </w:r>
            <w:proofErr w:type="spellStart"/>
            <w:r w:rsidRPr="00A256C2">
              <w:rPr>
                <w:i/>
                <w:color w:val="7A7A7A"/>
                <w:lang w:val="fr-FR"/>
              </w:rPr>
              <w:t>consiliul</w:t>
            </w:r>
            <w:proofErr w:type="spellEnd"/>
            <w:r w:rsidRPr="00A256C2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A256C2">
              <w:rPr>
                <w:i/>
                <w:color w:val="7A7A7A"/>
                <w:lang w:val="fr-FR"/>
              </w:rPr>
              <w:t>județean</w:t>
            </w:r>
            <w:proofErr w:type="spellEnd"/>
          </w:p>
          <w:p w14:paraId="10337CF3" w14:textId="77777777" w:rsidR="00BD4241" w:rsidRPr="00A256C2" w:rsidRDefault="00BD4241">
            <w:pPr>
              <w:keepNext/>
              <w:rPr>
                <w:lang w:val="fr-FR"/>
              </w:rPr>
            </w:pPr>
          </w:p>
        </w:tc>
      </w:tr>
      <w:tr w:rsidR="00BD4241" w:rsidRPr="00917520" w14:paraId="046C4EE0" w14:textId="77777777">
        <w:trPr>
          <w:cantSplit/>
        </w:trPr>
        <w:tc>
          <w:tcPr>
            <w:tcW w:w="9636" w:type="dxa"/>
            <w:shd w:val="clear" w:color="auto" w:fill="F4F4F4"/>
          </w:tcPr>
          <w:p w14:paraId="077DE950" w14:textId="77777777" w:rsidR="00BD4241" w:rsidRPr="00A256C2" w:rsidRDefault="00000000">
            <w:pPr>
              <w:spacing w:line="228" w:lineRule="auto"/>
              <w:rPr>
                <w:lang w:val="fr-FR"/>
              </w:rPr>
            </w:pPr>
            <w:proofErr w:type="spellStart"/>
            <w:r w:rsidRPr="00A256C2">
              <w:rPr>
                <w:lang w:val="fr-FR"/>
              </w:rPr>
              <w:t>Cererea</w:t>
            </w:r>
            <w:proofErr w:type="spellEnd"/>
            <w:r w:rsidRPr="00A256C2">
              <w:rPr>
                <w:lang w:val="fr-FR"/>
              </w:rPr>
              <w:t xml:space="preserve"> va fi </w:t>
            </w:r>
            <w:proofErr w:type="spellStart"/>
            <w:r w:rsidRPr="00A256C2">
              <w:rPr>
                <w:lang w:val="fr-FR"/>
              </w:rPr>
              <w:t>transmisă</w:t>
            </w:r>
            <w:proofErr w:type="spellEnd"/>
            <w:r w:rsidRPr="00A256C2">
              <w:rPr>
                <w:lang w:val="fr-FR"/>
              </w:rPr>
              <w:t xml:space="preserve"> </w:t>
            </w:r>
            <w:proofErr w:type="spellStart"/>
            <w:r w:rsidRPr="00A256C2">
              <w:rPr>
                <w:lang w:val="fr-FR"/>
              </w:rPr>
              <w:t>către</w:t>
            </w:r>
            <w:proofErr w:type="spellEnd"/>
            <w:r w:rsidRPr="00A256C2">
              <w:rPr>
                <w:lang w:val="fr-FR"/>
              </w:rPr>
              <w:t xml:space="preserve"> </w:t>
            </w:r>
            <w:proofErr w:type="spellStart"/>
            <w:r w:rsidRPr="00A256C2">
              <w:rPr>
                <w:lang w:val="fr-FR"/>
              </w:rPr>
              <w:t>președintele</w:t>
            </w:r>
            <w:proofErr w:type="spellEnd"/>
            <w:r w:rsidRPr="00A256C2">
              <w:rPr>
                <w:lang w:val="fr-FR"/>
              </w:rPr>
              <w:t xml:space="preserve"> </w:t>
            </w:r>
            <w:proofErr w:type="spellStart"/>
            <w:r w:rsidRPr="00A256C2">
              <w:rPr>
                <w:lang w:val="fr-FR"/>
              </w:rPr>
              <w:t>consiliului</w:t>
            </w:r>
            <w:proofErr w:type="spellEnd"/>
            <w:r w:rsidRPr="00A256C2">
              <w:rPr>
                <w:lang w:val="fr-FR"/>
              </w:rPr>
              <w:t xml:space="preserve"> </w:t>
            </w:r>
            <w:proofErr w:type="spellStart"/>
            <w:r w:rsidRPr="00A256C2">
              <w:rPr>
                <w:lang w:val="fr-FR"/>
              </w:rPr>
              <w:t>județean</w:t>
            </w:r>
            <w:proofErr w:type="spellEnd"/>
            <w:r w:rsidRPr="00A256C2">
              <w:rPr>
                <w:lang w:val="fr-FR"/>
              </w:rPr>
              <w:t xml:space="preserve">, </w:t>
            </w:r>
            <w:proofErr w:type="spellStart"/>
            <w:r w:rsidRPr="00A256C2">
              <w:rPr>
                <w:lang w:val="fr-FR"/>
              </w:rPr>
              <w:t>primarul</w:t>
            </w:r>
            <w:proofErr w:type="spellEnd"/>
            <w:r w:rsidRPr="00A256C2">
              <w:rPr>
                <w:lang w:val="fr-FR"/>
              </w:rPr>
              <w:t xml:space="preserve"> </w:t>
            </w:r>
            <w:proofErr w:type="spellStart"/>
            <w:r w:rsidRPr="00A256C2">
              <w:rPr>
                <w:lang w:val="fr-FR"/>
              </w:rPr>
              <w:t>general</w:t>
            </w:r>
            <w:proofErr w:type="spellEnd"/>
            <w:r w:rsidRPr="00A256C2">
              <w:rPr>
                <w:lang w:val="fr-FR"/>
              </w:rPr>
              <w:t xml:space="preserve">, </w:t>
            </w:r>
            <w:proofErr w:type="spellStart"/>
            <w:r w:rsidRPr="00A256C2">
              <w:rPr>
                <w:lang w:val="fr-FR"/>
              </w:rPr>
              <w:t>primarul</w:t>
            </w:r>
            <w:proofErr w:type="spellEnd"/>
            <w:r w:rsidRPr="00A256C2">
              <w:rPr>
                <w:lang w:val="fr-FR"/>
              </w:rPr>
              <w:t xml:space="preserve"> de </w:t>
            </w:r>
            <w:proofErr w:type="spellStart"/>
            <w:r w:rsidRPr="00A256C2">
              <w:rPr>
                <w:lang w:val="fr-FR"/>
              </w:rPr>
              <w:t>sector</w:t>
            </w:r>
            <w:proofErr w:type="spellEnd"/>
            <w:r w:rsidRPr="00A256C2">
              <w:rPr>
                <w:lang w:val="fr-FR"/>
              </w:rPr>
              <w:t xml:space="preserve"> </w:t>
            </w:r>
            <w:proofErr w:type="spellStart"/>
            <w:r w:rsidRPr="00A256C2">
              <w:rPr>
                <w:lang w:val="fr-FR"/>
              </w:rPr>
              <w:t>sau</w:t>
            </w:r>
            <w:proofErr w:type="spellEnd"/>
            <w:r w:rsidRPr="00A256C2">
              <w:rPr>
                <w:lang w:val="fr-FR"/>
              </w:rPr>
              <w:t xml:space="preserve"> </w:t>
            </w:r>
            <w:proofErr w:type="spellStart"/>
            <w:r w:rsidRPr="00A256C2">
              <w:rPr>
                <w:lang w:val="fr-FR"/>
              </w:rPr>
              <w:t>primarul</w:t>
            </w:r>
            <w:proofErr w:type="spellEnd"/>
            <w:r w:rsidRPr="00A256C2">
              <w:rPr>
                <w:lang w:val="fr-FR"/>
              </w:rPr>
              <w:t xml:space="preserve"> </w:t>
            </w:r>
            <w:proofErr w:type="spellStart"/>
            <w:r w:rsidRPr="00A256C2">
              <w:rPr>
                <w:lang w:val="fr-FR"/>
              </w:rPr>
              <w:t>municipiului</w:t>
            </w:r>
            <w:proofErr w:type="spellEnd"/>
            <w:r w:rsidRPr="00A256C2">
              <w:rPr>
                <w:lang w:val="fr-FR"/>
              </w:rPr>
              <w:t xml:space="preserve"> / </w:t>
            </w:r>
            <w:proofErr w:type="spellStart"/>
            <w:r w:rsidRPr="00A256C2">
              <w:rPr>
                <w:lang w:val="fr-FR"/>
              </w:rPr>
              <w:t>orașului</w:t>
            </w:r>
            <w:proofErr w:type="spellEnd"/>
            <w:r w:rsidRPr="00A256C2">
              <w:rPr>
                <w:lang w:val="fr-FR"/>
              </w:rPr>
              <w:t xml:space="preserve"> / </w:t>
            </w:r>
            <w:proofErr w:type="spellStart"/>
            <w:r w:rsidRPr="00A256C2">
              <w:rPr>
                <w:lang w:val="fr-FR"/>
              </w:rPr>
              <w:t>comunei</w:t>
            </w:r>
            <w:proofErr w:type="spellEnd"/>
            <w:r w:rsidRPr="00A256C2">
              <w:rPr>
                <w:lang w:val="fr-FR"/>
              </w:rPr>
              <w:t xml:space="preserve">, </w:t>
            </w:r>
            <w:proofErr w:type="spellStart"/>
            <w:r w:rsidRPr="00A256C2">
              <w:rPr>
                <w:lang w:val="fr-FR"/>
              </w:rPr>
              <w:t>după</w:t>
            </w:r>
            <w:proofErr w:type="spellEnd"/>
            <w:r w:rsidRPr="00A256C2">
              <w:rPr>
                <w:lang w:val="fr-FR"/>
              </w:rPr>
              <w:t xml:space="preserve"> </w:t>
            </w:r>
            <w:proofErr w:type="spellStart"/>
            <w:r w:rsidRPr="00A256C2">
              <w:rPr>
                <w:lang w:val="fr-FR"/>
              </w:rPr>
              <w:t>caz</w:t>
            </w:r>
            <w:proofErr w:type="spellEnd"/>
            <w:r w:rsidRPr="00A256C2">
              <w:rPr>
                <w:lang w:val="fr-FR"/>
              </w:rPr>
              <w:t>.</w:t>
            </w:r>
          </w:p>
        </w:tc>
      </w:tr>
    </w:tbl>
    <w:p w14:paraId="4A1A8C50" w14:textId="77777777" w:rsidR="00BD4241" w:rsidRPr="00A256C2" w:rsidRDefault="00BD4241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803"/>
        <w:gridCol w:w="803"/>
        <w:gridCol w:w="803"/>
        <w:gridCol w:w="803"/>
        <w:gridCol w:w="1606"/>
        <w:gridCol w:w="1606"/>
      </w:tblGrid>
      <w:tr w:rsidR="00BD4241" w14:paraId="6254D53F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7785C7F4" w14:textId="77777777" w:rsidR="00BD4241" w:rsidRDefault="00000000">
            <w:pPr>
              <w:keepNext/>
            </w:pPr>
            <w:r w:rsidRPr="00A256C2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2. </w:t>
            </w:r>
            <w:r>
              <w:rPr>
                <w:b/>
                <w:color w:val="000000"/>
                <w:sz w:val="18"/>
              </w:rPr>
              <w:t>SOLICITANTUL</w:t>
            </w:r>
          </w:p>
        </w:tc>
      </w:tr>
      <w:tr w:rsidR="00BD4241" w14:paraId="7C34C75B" w14:textId="77777777">
        <w:trPr>
          <w:cantSplit/>
          <w:trHeight w:val="510"/>
        </w:trPr>
        <w:tc>
          <w:tcPr>
            <w:tcW w:w="5621" w:type="dxa"/>
            <w:gridSpan w:val="5"/>
          </w:tcPr>
          <w:p w14:paraId="6B85CA98" w14:textId="77777777" w:rsidR="00BD4241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Nume</w:t>
            </w:r>
            <w:proofErr w:type="spellEnd"/>
            <w:r>
              <w:rPr>
                <w:b/>
                <w:color w:val="0D5F78"/>
              </w:rPr>
              <w:t xml:space="preserve"> și </w:t>
            </w:r>
            <w:proofErr w:type="spellStart"/>
            <w:r>
              <w:rPr>
                <w:b/>
                <w:color w:val="0D5F78"/>
              </w:rPr>
              <w:t>prenume</w:t>
            </w:r>
            <w:proofErr w:type="spellEnd"/>
          </w:p>
          <w:p w14:paraId="06BA1AF7" w14:textId="77777777" w:rsidR="00BD4241" w:rsidRDefault="00BD4241">
            <w:pPr>
              <w:keepNext/>
            </w:pPr>
          </w:p>
        </w:tc>
        <w:tc>
          <w:tcPr>
            <w:tcW w:w="4015" w:type="dxa"/>
            <w:gridSpan w:val="3"/>
          </w:tcPr>
          <w:p w14:paraId="2CA91F04" w14:textId="77777777" w:rsidR="00BD4241" w:rsidRDefault="00000000">
            <w:pPr>
              <w:keepNext/>
            </w:pPr>
            <w:r>
              <w:rPr>
                <w:b/>
                <w:color w:val="0D5F78"/>
              </w:rPr>
              <w:t>CNP</w:t>
            </w:r>
          </w:p>
          <w:p w14:paraId="6F17B983" w14:textId="77777777" w:rsidR="00BD4241" w:rsidRDefault="00BD4241">
            <w:pPr>
              <w:keepNext/>
            </w:pPr>
          </w:p>
        </w:tc>
      </w:tr>
      <w:tr w:rsidR="00BD4241" w14:paraId="59B3BBBA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0FD0D623" w14:textId="77777777" w:rsidR="00BD4241" w:rsidRDefault="00000000">
            <w:pPr>
              <w:keepNext/>
            </w:pPr>
            <w:r>
              <w:rPr>
                <w:sz w:val="16"/>
              </w:rPr>
              <w:t xml:space="preserve"> Act de </w:t>
            </w:r>
            <w:proofErr w:type="spellStart"/>
            <w:r>
              <w:rPr>
                <w:sz w:val="16"/>
              </w:rPr>
              <w:t>identitate</w:t>
            </w:r>
            <w:proofErr w:type="spellEnd"/>
          </w:p>
        </w:tc>
      </w:tr>
      <w:tr w:rsidR="00BD4241" w14:paraId="642D4D2F" w14:textId="77777777">
        <w:trPr>
          <w:cantSplit/>
          <w:trHeight w:val="510"/>
        </w:trPr>
        <w:tc>
          <w:tcPr>
            <w:tcW w:w="1606" w:type="dxa"/>
          </w:tcPr>
          <w:p w14:paraId="5F35C58E" w14:textId="77777777" w:rsidR="00BD4241" w:rsidRDefault="00000000">
            <w:pPr>
              <w:keepNext/>
            </w:pPr>
            <w:r>
              <w:rPr>
                <w:b/>
                <w:color w:val="0D5F78"/>
              </w:rPr>
              <w:t>Seria</w:t>
            </w:r>
          </w:p>
          <w:p w14:paraId="2CE8C383" w14:textId="77777777" w:rsidR="00BD4241" w:rsidRDefault="00BD4241">
            <w:pPr>
              <w:keepNext/>
            </w:pPr>
          </w:p>
        </w:tc>
        <w:tc>
          <w:tcPr>
            <w:tcW w:w="1606" w:type="dxa"/>
          </w:tcPr>
          <w:p w14:paraId="78A133C8" w14:textId="77777777" w:rsidR="00BD4241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Numărul</w:t>
            </w:r>
            <w:proofErr w:type="spellEnd"/>
          </w:p>
          <w:p w14:paraId="5B4C6C87" w14:textId="77777777" w:rsidR="00BD4241" w:rsidRDefault="00BD4241">
            <w:pPr>
              <w:keepNext/>
            </w:pPr>
          </w:p>
        </w:tc>
        <w:tc>
          <w:tcPr>
            <w:tcW w:w="4818" w:type="dxa"/>
            <w:gridSpan w:val="5"/>
          </w:tcPr>
          <w:p w14:paraId="1DEC4E0A" w14:textId="77777777" w:rsidR="00BD4241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Eliberat</w:t>
            </w:r>
            <w:proofErr w:type="spellEnd"/>
            <w:r>
              <w:rPr>
                <w:b/>
                <w:color w:val="0D5F78"/>
              </w:rPr>
              <w:t xml:space="preserve"> de</w:t>
            </w:r>
          </w:p>
          <w:p w14:paraId="0D7A84B1" w14:textId="77777777" w:rsidR="00BD4241" w:rsidRDefault="00BD4241">
            <w:pPr>
              <w:keepNext/>
            </w:pPr>
          </w:p>
        </w:tc>
        <w:tc>
          <w:tcPr>
            <w:tcW w:w="1606" w:type="dxa"/>
          </w:tcPr>
          <w:p w14:paraId="3041307A" w14:textId="77777777" w:rsidR="00BD4241" w:rsidRDefault="00000000">
            <w:pPr>
              <w:keepNext/>
            </w:pPr>
            <w:r>
              <w:rPr>
                <w:b/>
                <w:color w:val="0D5F78"/>
              </w:rPr>
              <w:t>La data</w:t>
            </w:r>
          </w:p>
          <w:p w14:paraId="4FED784F" w14:textId="77777777" w:rsidR="00BD4241" w:rsidRDefault="00BD4241">
            <w:pPr>
              <w:keepNext/>
            </w:pPr>
          </w:p>
        </w:tc>
      </w:tr>
      <w:tr w:rsidR="00BD4241" w14:paraId="71F40872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38F6DFCA" w14:textId="77777777" w:rsidR="00BD4241" w:rsidRDefault="00000000">
            <w:pPr>
              <w:keepNext/>
            </w:pPr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Domiciliul</w:t>
            </w:r>
            <w:proofErr w:type="spellEnd"/>
          </w:p>
        </w:tc>
      </w:tr>
      <w:tr w:rsidR="00BD4241" w14:paraId="3933B7C8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39F4E2DE" w14:textId="77777777" w:rsidR="00BD4241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Județul</w:t>
            </w:r>
            <w:proofErr w:type="spellEnd"/>
          </w:p>
          <w:p w14:paraId="02B03665" w14:textId="77777777" w:rsidR="00BD4241" w:rsidRDefault="00BD4241">
            <w:pPr>
              <w:keepNext/>
            </w:pPr>
          </w:p>
        </w:tc>
        <w:tc>
          <w:tcPr>
            <w:tcW w:w="3212" w:type="dxa"/>
            <w:gridSpan w:val="4"/>
          </w:tcPr>
          <w:p w14:paraId="3D2368B4" w14:textId="77777777" w:rsidR="00BD4241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Municipiul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orașul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comuna</w:t>
            </w:r>
            <w:proofErr w:type="spellEnd"/>
          </w:p>
          <w:p w14:paraId="12749B16" w14:textId="77777777" w:rsidR="00BD4241" w:rsidRDefault="00BD4241">
            <w:pPr>
              <w:keepNext/>
            </w:pPr>
          </w:p>
        </w:tc>
        <w:tc>
          <w:tcPr>
            <w:tcW w:w="3212" w:type="dxa"/>
            <w:gridSpan w:val="2"/>
          </w:tcPr>
          <w:p w14:paraId="1E6E4F5F" w14:textId="77777777" w:rsidR="00BD4241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Satul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sectorul</w:t>
            </w:r>
            <w:proofErr w:type="spellEnd"/>
          </w:p>
          <w:p w14:paraId="08E7A1B8" w14:textId="77777777" w:rsidR="00BD4241" w:rsidRDefault="00BD4241">
            <w:pPr>
              <w:keepNext/>
            </w:pPr>
          </w:p>
        </w:tc>
      </w:tr>
      <w:tr w:rsidR="00BD4241" w14:paraId="207F9BCC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101E4661" w14:textId="77777777" w:rsidR="00BD4241" w:rsidRDefault="00000000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747EBF17" w14:textId="77777777" w:rsidR="00BD4241" w:rsidRDefault="00BD4241">
            <w:pPr>
              <w:keepNext/>
            </w:pPr>
          </w:p>
        </w:tc>
        <w:tc>
          <w:tcPr>
            <w:tcW w:w="803" w:type="dxa"/>
          </w:tcPr>
          <w:p w14:paraId="3D75DCFA" w14:textId="77777777" w:rsidR="00BD4241" w:rsidRDefault="00000000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6DAB33F7" w14:textId="77777777" w:rsidR="00BD4241" w:rsidRDefault="00BD4241">
            <w:pPr>
              <w:keepNext/>
            </w:pPr>
          </w:p>
        </w:tc>
        <w:tc>
          <w:tcPr>
            <w:tcW w:w="803" w:type="dxa"/>
          </w:tcPr>
          <w:p w14:paraId="5BF58011" w14:textId="77777777" w:rsidR="00BD4241" w:rsidRDefault="00000000">
            <w:pPr>
              <w:keepNext/>
            </w:pPr>
            <w:r>
              <w:rPr>
                <w:b/>
                <w:color w:val="0D5F78"/>
              </w:rPr>
              <w:t>Sc.</w:t>
            </w:r>
          </w:p>
          <w:p w14:paraId="743EF765" w14:textId="77777777" w:rsidR="00BD4241" w:rsidRDefault="00BD4241">
            <w:pPr>
              <w:keepNext/>
            </w:pPr>
          </w:p>
        </w:tc>
        <w:tc>
          <w:tcPr>
            <w:tcW w:w="803" w:type="dxa"/>
          </w:tcPr>
          <w:p w14:paraId="2EA5DB1F" w14:textId="77777777" w:rsidR="00BD4241" w:rsidRDefault="00000000">
            <w:pPr>
              <w:keepNext/>
            </w:pPr>
            <w:r>
              <w:rPr>
                <w:b/>
                <w:color w:val="0D5F78"/>
              </w:rPr>
              <w:t>Et.</w:t>
            </w:r>
          </w:p>
          <w:p w14:paraId="2BD410CD" w14:textId="77777777" w:rsidR="00BD4241" w:rsidRDefault="00BD4241">
            <w:pPr>
              <w:keepNext/>
            </w:pPr>
          </w:p>
        </w:tc>
        <w:tc>
          <w:tcPr>
            <w:tcW w:w="803" w:type="dxa"/>
          </w:tcPr>
          <w:p w14:paraId="01954877" w14:textId="77777777" w:rsidR="00BD4241" w:rsidRDefault="00000000">
            <w:pPr>
              <w:keepNext/>
            </w:pPr>
            <w:r>
              <w:rPr>
                <w:b/>
                <w:color w:val="0D5F78"/>
              </w:rPr>
              <w:t>Ap.</w:t>
            </w:r>
          </w:p>
          <w:p w14:paraId="5709B55A" w14:textId="77777777" w:rsidR="00BD4241" w:rsidRDefault="00BD4241">
            <w:pPr>
              <w:keepNext/>
            </w:pPr>
          </w:p>
        </w:tc>
        <w:tc>
          <w:tcPr>
            <w:tcW w:w="1606" w:type="dxa"/>
          </w:tcPr>
          <w:p w14:paraId="2A7F1969" w14:textId="77777777" w:rsidR="00BD4241" w:rsidRDefault="00000000">
            <w:pPr>
              <w:keepNext/>
            </w:pPr>
            <w:r>
              <w:rPr>
                <w:b/>
                <w:color w:val="0D5F78"/>
              </w:rPr>
              <w:t xml:space="preserve">Cod </w:t>
            </w:r>
            <w:proofErr w:type="spellStart"/>
            <w:r>
              <w:rPr>
                <w:b/>
                <w:color w:val="0D5F78"/>
              </w:rPr>
              <w:t>poștal</w:t>
            </w:r>
            <w:proofErr w:type="spellEnd"/>
          </w:p>
          <w:p w14:paraId="68FE9CAC" w14:textId="77777777" w:rsidR="00BD4241" w:rsidRDefault="00BD4241">
            <w:pPr>
              <w:keepNext/>
            </w:pPr>
          </w:p>
        </w:tc>
        <w:tc>
          <w:tcPr>
            <w:tcW w:w="1606" w:type="dxa"/>
          </w:tcPr>
          <w:p w14:paraId="0ACD4FEC" w14:textId="77777777" w:rsidR="00BD4241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Țara</w:t>
            </w:r>
            <w:proofErr w:type="spellEnd"/>
          </w:p>
          <w:p w14:paraId="017FD79F" w14:textId="77777777" w:rsidR="00BD4241" w:rsidRDefault="00BD4241">
            <w:pPr>
              <w:keepNext/>
            </w:pPr>
          </w:p>
        </w:tc>
      </w:tr>
      <w:tr w:rsidR="00BD4241" w14:paraId="45AD70AC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5A889AF4" w14:textId="77777777" w:rsidR="00BD4241" w:rsidRDefault="00000000">
            <w:pPr>
              <w:keepNext/>
            </w:pPr>
            <w:r>
              <w:rPr>
                <w:sz w:val="16"/>
              </w:rPr>
              <w:t xml:space="preserve"> Date de contact</w:t>
            </w:r>
          </w:p>
        </w:tc>
      </w:tr>
      <w:tr w:rsidR="00BD4241" w14:paraId="0056C1DA" w14:textId="77777777">
        <w:trPr>
          <w:cantSplit/>
          <w:trHeight w:val="510"/>
        </w:trPr>
        <w:tc>
          <w:tcPr>
            <w:tcW w:w="4015" w:type="dxa"/>
            <w:gridSpan w:val="3"/>
          </w:tcPr>
          <w:p w14:paraId="29C8598B" w14:textId="77777777" w:rsidR="00BD4241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Telefon</w:t>
            </w:r>
            <w:proofErr w:type="spellEnd"/>
            <w:r>
              <w:rPr>
                <w:b/>
                <w:color w:val="0D5F78"/>
              </w:rPr>
              <w:t xml:space="preserve"> / fax</w:t>
            </w:r>
          </w:p>
          <w:p w14:paraId="061FE1EC" w14:textId="77777777" w:rsidR="00BD4241" w:rsidRDefault="00BD4241">
            <w:pPr>
              <w:keepNext/>
            </w:pPr>
          </w:p>
        </w:tc>
        <w:tc>
          <w:tcPr>
            <w:tcW w:w="5621" w:type="dxa"/>
            <w:gridSpan w:val="5"/>
          </w:tcPr>
          <w:p w14:paraId="102AC599" w14:textId="77777777" w:rsidR="00BD4241" w:rsidRDefault="00000000">
            <w:pPr>
              <w:keepNext/>
            </w:pPr>
            <w:r>
              <w:rPr>
                <w:b/>
                <w:color w:val="0D5F78"/>
              </w:rPr>
              <w:t>E-mail</w:t>
            </w:r>
          </w:p>
          <w:p w14:paraId="53EB2E29" w14:textId="77777777" w:rsidR="00BD4241" w:rsidRDefault="00BD4241">
            <w:pPr>
              <w:keepNext/>
            </w:pPr>
          </w:p>
        </w:tc>
      </w:tr>
      <w:tr w:rsidR="00BD4241" w14:paraId="03BDA35B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1B576B57" w14:textId="77777777" w:rsidR="00BD4241" w:rsidRDefault="00000000">
            <w:pPr>
              <w:keepNext/>
            </w:pPr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Reprezentare</w:t>
            </w:r>
            <w:proofErr w:type="spellEnd"/>
          </w:p>
        </w:tc>
      </w:tr>
      <w:tr w:rsidR="00BD4241" w14:paraId="652BC137" w14:textId="77777777">
        <w:trPr>
          <w:cantSplit/>
          <w:trHeight w:val="510"/>
        </w:trPr>
        <w:tc>
          <w:tcPr>
            <w:tcW w:w="6424" w:type="dxa"/>
            <w:gridSpan w:val="6"/>
          </w:tcPr>
          <w:p w14:paraId="1D308525" w14:textId="77777777" w:rsidR="00BD4241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În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calitate</w:t>
            </w:r>
            <w:proofErr w:type="spellEnd"/>
            <w:r>
              <w:rPr>
                <w:b/>
                <w:color w:val="0D5F78"/>
              </w:rPr>
              <w:t xml:space="preserve"> de </w:t>
            </w:r>
            <w:proofErr w:type="spellStart"/>
            <w:r>
              <w:rPr>
                <w:b/>
                <w:color w:val="0D5F78"/>
              </w:rPr>
              <w:t>reprezentant</w:t>
            </w:r>
            <w:proofErr w:type="spellEnd"/>
            <w:r>
              <w:rPr>
                <w:b/>
                <w:color w:val="0D5F78"/>
              </w:rPr>
              <w:t xml:space="preserve"> al</w:t>
            </w:r>
          </w:p>
          <w:p w14:paraId="6970A0EC" w14:textId="77777777" w:rsidR="00BD4241" w:rsidRDefault="00BD4241">
            <w:pPr>
              <w:keepNext/>
            </w:pPr>
          </w:p>
        </w:tc>
        <w:tc>
          <w:tcPr>
            <w:tcW w:w="3212" w:type="dxa"/>
            <w:gridSpan w:val="2"/>
          </w:tcPr>
          <w:p w14:paraId="20DA7EB0" w14:textId="77777777" w:rsidR="00BD4241" w:rsidRDefault="00000000">
            <w:pPr>
              <w:keepNext/>
            </w:pPr>
            <w:r>
              <w:rPr>
                <w:b/>
                <w:color w:val="0D5F78"/>
              </w:rPr>
              <w:t>CUI / CIF</w:t>
            </w:r>
          </w:p>
          <w:p w14:paraId="793AF090" w14:textId="77777777" w:rsidR="00BD4241" w:rsidRDefault="00BD4241">
            <w:pPr>
              <w:keepNext/>
            </w:pPr>
          </w:p>
        </w:tc>
      </w:tr>
      <w:tr w:rsidR="00BD4241" w:rsidRPr="00917520" w14:paraId="53ABF932" w14:textId="77777777">
        <w:trPr>
          <w:cantSplit/>
        </w:trPr>
        <w:tc>
          <w:tcPr>
            <w:tcW w:w="9636" w:type="dxa"/>
            <w:gridSpan w:val="8"/>
          </w:tcPr>
          <w:p w14:paraId="5AA05364" w14:textId="77777777" w:rsidR="00BD4241" w:rsidRPr="00A256C2" w:rsidRDefault="00000000">
            <w:pPr>
              <w:rPr>
                <w:lang w:val="fr-FR"/>
              </w:rPr>
            </w:pPr>
            <w:r w:rsidRPr="00A256C2">
              <w:rPr>
                <w:sz w:val="16"/>
                <w:lang w:val="fr-FR"/>
              </w:rPr>
              <w:t xml:space="preserve"> ☐ </w:t>
            </w:r>
            <w:proofErr w:type="spellStart"/>
            <w:r w:rsidRPr="00A256C2">
              <w:rPr>
                <w:sz w:val="16"/>
                <w:lang w:val="fr-FR"/>
              </w:rPr>
              <w:t>titular</w:t>
            </w:r>
            <w:proofErr w:type="spellEnd"/>
            <w:r w:rsidRPr="00A256C2">
              <w:rPr>
                <w:sz w:val="16"/>
                <w:lang w:val="fr-FR"/>
              </w:rPr>
              <w:t xml:space="preserve"> al </w:t>
            </w:r>
            <w:proofErr w:type="spellStart"/>
            <w:r w:rsidRPr="00A256C2">
              <w:rPr>
                <w:sz w:val="16"/>
                <w:lang w:val="fr-FR"/>
              </w:rPr>
              <w:t>dreptului</w:t>
            </w:r>
            <w:proofErr w:type="spellEnd"/>
            <w:r w:rsidRPr="00A256C2">
              <w:rPr>
                <w:sz w:val="16"/>
                <w:lang w:val="fr-FR"/>
              </w:rPr>
              <w:t xml:space="preserve"> de </w:t>
            </w:r>
            <w:proofErr w:type="spellStart"/>
            <w:r w:rsidRPr="00A256C2">
              <w:rPr>
                <w:sz w:val="16"/>
                <w:lang w:val="fr-FR"/>
              </w:rPr>
              <w:t>proprietate</w:t>
            </w:r>
            <w:proofErr w:type="spellEnd"/>
            <w:r w:rsidRPr="00A256C2">
              <w:rPr>
                <w:sz w:val="16"/>
                <w:lang w:val="fr-FR"/>
              </w:rPr>
              <w:t xml:space="preserve">     ☐ </w:t>
            </w:r>
            <w:proofErr w:type="spellStart"/>
            <w:r w:rsidRPr="00A256C2">
              <w:rPr>
                <w:sz w:val="16"/>
                <w:lang w:val="fr-FR"/>
              </w:rPr>
              <w:t>împuternicit</w:t>
            </w:r>
            <w:proofErr w:type="spellEnd"/>
            <w:r w:rsidRPr="00A256C2">
              <w:rPr>
                <w:sz w:val="16"/>
                <w:lang w:val="fr-FR"/>
              </w:rPr>
              <w:t xml:space="preserve"> al </w:t>
            </w:r>
            <w:proofErr w:type="spellStart"/>
            <w:r w:rsidRPr="00A256C2">
              <w:rPr>
                <w:sz w:val="16"/>
                <w:lang w:val="fr-FR"/>
              </w:rPr>
              <w:t>titularului</w:t>
            </w:r>
            <w:proofErr w:type="spellEnd"/>
          </w:p>
        </w:tc>
      </w:tr>
    </w:tbl>
    <w:p w14:paraId="0783D327" w14:textId="77777777" w:rsidR="00BD4241" w:rsidRPr="00A256C2" w:rsidRDefault="00BD4241">
      <w:pPr>
        <w:spacing w:line="168" w:lineRule="auto"/>
        <w:rPr>
          <w:lang w:val="fr-FR"/>
        </w:rPr>
      </w:pPr>
    </w:p>
    <w:p w14:paraId="6748266E" w14:textId="77777777" w:rsidR="00BD4241" w:rsidRPr="00232B9E" w:rsidRDefault="00000000">
      <w:pPr>
        <w:spacing w:before="80" w:after="60"/>
        <w:jc w:val="center"/>
        <w:rPr>
          <w:lang w:val="fr-FR"/>
        </w:rPr>
      </w:pPr>
      <w:proofErr w:type="spellStart"/>
      <w:proofErr w:type="gramStart"/>
      <w:r w:rsidRPr="00232B9E">
        <w:rPr>
          <w:sz w:val="18"/>
          <w:lang w:val="fr-FR"/>
        </w:rPr>
        <w:t>în</w:t>
      </w:r>
      <w:proofErr w:type="spellEnd"/>
      <w:proofErr w:type="gramEnd"/>
      <w:r w:rsidRPr="00232B9E">
        <w:rPr>
          <w:sz w:val="18"/>
          <w:lang w:val="fr-FR"/>
        </w:rPr>
        <w:t xml:space="preserve"> </w:t>
      </w:r>
      <w:proofErr w:type="spellStart"/>
      <w:r w:rsidRPr="00232B9E">
        <w:rPr>
          <w:sz w:val="18"/>
          <w:lang w:val="fr-FR"/>
        </w:rPr>
        <w:t>conformitate</w:t>
      </w:r>
      <w:proofErr w:type="spellEnd"/>
      <w:r w:rsidRPr="00232B9E">
        <w:rPr>
          <w:sz w:val="18"/>
          <w:lang w:val="fr-FR"/>
        </w:rPr>
        <w:t xml:space="preserve"> </w:t>
      </w:r>
      <w:proofErr w:type="spellStart"/>
      <w:r w:rsidRPr="00232B9E">
        <w:rPr>
          <w:sz w:val="18"/>
          <w:lang w:val="fr-FR"/>
        </w:rPr>
        <w:t>cu</w:t>
      </w:r>
      <w:proofErr w:type="spellEnd"/>
      <w:r w:rsidRPr="00232B9E">
        <w:rPr>
          <w:sz w:val="18"/>
          <w:lang w:val="fr-FR"/>
        </w:rPr>
        <w:t xml:space="preserve"> </w:t>
      </w:r>
      <w:proofErr w:type="spellStart"/>
      <w:r w:rsidRPr="00232B9E">
        <w:rPr>
          <w:sz w:val="18"/>
          <w:lang w:val="fr-FR"/>
        </w:rPr>
        <w:t>prevederile</w:t>
      </w:r>
      <w:proofErr w:type="spellEnd"/>
      <w:r w:rsidRPr="00232B9E">
        <w:rPr>
          <w:sz w:val="18"/>
          <w:lang w:val="fr-FR"/>
        </w:rPr>
        <w:t xml:space="preserve"> </w:t>
      </w:r>
      <w:proofErr w:type="spellStart"/>
      <w:r w:rsidRPr="00232B9E">
        <w:rPr>
          <w:sz w:val="18"/>
          <w:lang w:val="fr-FR"/>
        </w:rPr>
        <w:t>Legii</w:t>
      </w:r>
      <w:proofErr w:type="spellEnd"/>
      <w:r w:rsidRPr="00232B9E">
        <w:rPr>
          <w:sz w:val="18"/>
          <w:lang w:val="fr-FR"/>
        </w:rPr>
        <w:t xml:space="preserve"> nr. 169/2026 </w:t>
      </w:r>
      <w:proofErr w:type="spellStart"/>
      <w:r w:rsidRPr="00232B9E">
        <w:rPr>
          <w:sz w:val="18"/>
          <w:lang w:val="fr-FR"/>
        </w:rPr>
        <w:t>privind</w:t>
      </w:r>
      <w:proofErr w:type="spellEnd"/>
      <w:r w:rsidRPr="00232B9E">
        <w:rPr>
          <w:sz w:val="18"/>
          <w:lang w:val="fr-FR"/>
        </w:rPr>
        <w:t xml:space="preserve"> </w:t>
      </w:r>
      <w:proofErr w:type="spellStart"/>
      <w:r w:rsidRPr="00232B9E">
        <w:rPr>
          <w:sz w:val="18"/>
          <w:lang w:val="fr-FR"/>
        </w:rPr>
        <w:t>Codul</w:t>
      </w:r>
      <w:proofErr w:type="spellEnd"/>
      <w:r w:rsidRPr="00232B9E">
        <w:rPr>
          <w:sz w:val="18"/>
          <w:lang w:val="fr-FR"/>
        </w:rPr>
        <w:t xml:space="preserve"> </w:t>
      </w:r>
      <w:proofErr w:type="spellStart"/>
      <w:r w:rsidRPr="00232B9E">
        <w:rPr>
          <w:sz w:val="18"/>
          <w:lang w:val="fr-FR"/>
        </w:rPr>
        <w:t>amenajării</w:t>
      </w:r>
      <w:proofErr w:type="spellEnd"/>
      <w:r w:rsidRPr="00232B9E">
        <w:rPr>
          <w:sz w:val="18"/>
          <w:lang w:val="fr-FR"/>
        </w:rPr>
        <w:t xml:space="preserve"> </w:t>
      </w:r>
      <w:proofErr w:type="spellStart"/>
      <w:r w:rsidRPr="00232B9E">
        <w:rPr>
          <w:sz w:val="18"/>
          <w:lang w:val="fr-FR"/>
        </w:rPr>
        <w:t>teritoriului</w:t>
      </w:r>
      <w:proofErr w:type="spellEnd"/>
      <w:r w:rsidRPr="00232B9E">
        <w:rPr>
          <w:sz w:val="18"/>
          <w:lang w:val="fr-FR"/>
        </w:rPr>
        <w:t xml:space="preserve">, </w:t>
      </w:r>
      <w:proofErr w:type="spellStart"/>
      <w:r w:rsidRPr="00232B9E">
        <w:rPr>
          <w:sz w:val="18"/>
          <w:lang w:val="fr-FR"/>
        </w:rPr>
        <w:t>urbanismului</w:t>
      </w:r>
      <w:proofErr w:type="spellEnd"/>
      <w:r w:rsidRPr="00232B9E">
        <w:rPr>
          <w:sz w:val="18"/>
          <w:lang w:val="fr-FR"/>
        </w:rPr>
        <w:t xml:space="preserve"> </w:t>
      </w:r>
      <w:proofErr w:type="spellStart"/>
      <w:r w:rsidRPr="00232B9E">
        <w:rPr>
          <w:sz w:val="18"/>
          <w:lang w:val="fr-FR"/>
        </w:rPr>
        <w:t>și</w:t>
      </w:r>
      <w:proofErr w:type="spellEnd"/>
      <w:r w:rsidRPr="00232B9E">
        <w:rPr>
          <w:sz w:val="18"/>
          <w:lang w:val="fr-FR"/>
        </w:rPr>
        <w:t xml:space="preserve"> </w:t>
      </w:r>
      <w:proofErr w:type="spellStart"/>
      <w:r w:rsidRPr="00232B9E">
        <w:rPr>
          <w:sz w:val="18"/>
          <w:lang w:val="fr-FR"/>
        </w:rPr>
        <w:t>construcțiilor</w:t>
      </w:r>
      <w:proofErr w:type="spellEnd"/>
      <w:r w:rsidRPr="00232B9E">
        <w:rPr>
          <w:sz w:val="18"/>
          <w:lang w:val="fr-FR"/>
        </w:rPr>
        <w:t>,</w:t>
      </w:r>
    </w:p>
    <w:p w14:paraId="55F72AB1" w14:textId="77777777" w:rsidR="00BD4241" w:rsidRPr="00232B9E" w:rsidRDefault="00000000">
      <w:pPr>
        <w:spacing w:before="80" w:after="60"/>
        <w:jc w:val="center"/>
        <w:rPr>
          <w:lang w:val="fr-FR"/>
        </w:rPr>
      </w:pPr>
      <w:proofErr w:type="spellStart"/>
      <w:proofErr w:type="gramStart"/>
      <w:r w:rsidRPr="00232B9E">
        <w:rPr>
          <w:sz w:val="18"/>
          <w:lang w:val="fr-FR"/>
        </w:rPr>
        <w:t>solicit</w:t>
      </w:r>
      <w:proofErr w:type="spellEnd"/>
      <w:proofErr w:type="gramEnd"/>
      <w:r w:rsidRPr="00232B9E">
        <w:rPr>
          <w:sz w:val="18"/>
          <w:lang w:val="fr-FR"/>
        </w:rPr>
        <w:t xml:space="preserve"> </w:t>
      </w:r>
      <w:proofErr w:type="spellStart"/>
      <w:r w:rsidRPr="00232B9E">
        <w:rPr>
          <w:sz w:val="18"/>
          <w:lang w:val="fr-FR"/>
        </w:rPr>
        <w:t>emiterea</w:t>
      </w:r>
      <w:proofErr w:type="spellEnd"/>
    </w:p>
    <w:p w14:paraId="458BA7BA" w14:textId="77777777" w:rsidR="00917520" w:rsidRDefault="00000000">
      <w:pPr>
        <w:spacing w:after="160"/>
        <w:jc w:val="center"/>
        <w:rPr>
          <w:b/>
          <w:sz w:val="20"/>
          <w:lang w:val="fr-FR"/>
        </w:rPr>
      </w:pPr>
      <w:r w:rsidRPr="00232B9E">
        <w:rPr>
          <w:b/>
          <w:sz w:val="20"/>
          <w:lang w:val="fr-FR"/>
        </w:rPr>
        <w:t>CERTIFICATULUI DE URBANISM</w:t>
      </w:r>
    </w:p>
    <w:p w14:paraId="062DB540" w14:textId="00B1F188" w:rsidR="00BD4241" w:rsidRDefault="00000000">
      <w:pPr>
        <w:spacing w:after="160"/>
        <w:jc w:val="center"/>
        <w:rPr>
          <w:b/>
          <w:sz w:val="20"/>
          <w:lang w:val="fr-FR"/>
        </w:rPr>
      </w:pPr>
      <w:r w:rsidRPr="00232B9E">
        <w:rPr>
          <w:b/>
          <w:sz w:val="20"/>
          <w:lang w:val="fr-FR"/>
        </w:rPr>
        <w:t xml:space="preserve"> PENTRU</w:t>
      </w:r>
    </w:p>
    <w:p w14:paraId="44A1332E" w14:textId="12DABAD3" w:rsidR="00462384" w:rsidRPr="00232B9E" w:rsidRDefault="00917520">
      <w:pPr>
        <w:spacing w:after="160"/>
        <w:jc w:val="center"/>
        <w:rPr>
          <w:b/>
          <w:sz w:val="20"/>
          <w:lang w:val="fr-FR"/>
        </w:rPr>
      </w:pPr>
      <w:r w:rsidRPr="00232B9E">
        <w:rPr>
          <w:rFonts w:ascii="Segoe UI Symbol" w:hAnsi="Segoe UI Symbol" w:cs="Segoe UI Symbol"/>
          <w:sz w:val="16"/>
          <w:lang w:val="fr-FR"/>
        </w:rPr>
        <w:t>☐</w:t>
      </w:r>
      <w:r>
        <w:rPr>
          <w:rFonts w:ascii="Segoe UI Symbol" w:hAnsi="Segoe UI Symbol" w:cs="Segoe UI Symbol"/>
          <w:sz w:val="16"/>
          <w:lang w:val="fr-FR"/>
        </w:rPr>
        <w:t xml:space="preserve"> </w:t>
      </w:r>
      <w:r w:rsidR="00462384">
        <w:rPr>
          <w:b/>
          <w:sz w:val="20"/>
          <w:lang w:val="fr-FR"/>
        </w:rPr>
        <w:t xml:space="preserve">CONSTRUIRE / </w:t>
      </w:r>
      <w:r w:rsidRPr="00232B9E">
        <w:rPr>
          <w:rFonts w:ascii="Segoe UI Symbol" w:hAnsi="Segoe UI Symbol" w:cs="Segoe UI Symbol"/>
          <w:sz w:val="16"/>
          <w:lang w:val="fr-FR"/>
        </w:rPr>
        <w:t>☐</w:t>
      </w:r>
      <w:r>
        <w:rPr>
          <w:rFonts w:ascii="Segoe UI Symbol" w:hAnsi="Segoe UI Symbol" w:cs="Segoe UI Symbol"/>
          <w:sz w:val="16"/>
          <w:lang w:val="fr-FR"/>
        </w:rPr>
        <w:t xml:space="preserve"> </w:t>
      </w:r>
      <w:r w:rsidR="00462384">
        <w:rPr>
          <w:b/>
          <w:sz w:val="20"/>
          <w:lang w:val="fr-FR"/>
        </w:rPr>
        <w:t>DESFIINȚARE</w:t>
      </w:r>
    </w:p>
    <w:p w14:paraId="6BCF1DD1" w14:textId="1CB91F6C" w:rsidR="00A256C2" w:rsidRPr="00232B9E" w:rsidRDefault="00A256C2" w:rsidP="00462384">
      <w:pPr>
        <w:spacing w:after="160"/>
        <w:jc w:val="center"/>
        <w:rPr>
          <w:lang w:val="fr-FR"/>
        </w:rPr>
      </w:pPr>
      <w:r w:rsidRPr="00232B9E">
        <w:rPr>
          <w:rFonts w:ascii="Segoe UI Symbol" w:hAnsi="Segoe UI Symbol" w:cs="Segoe UI Symbol"/>
          <w:sz w:val="16"/>
          <w:lang w:val="fr-FR"/>
        </w:rPr>
        <w:t>☐</w:t>
      </w:r>
      <w:r w:rsidRPr="00232B9E">
        <w:rPr>
          <w:sz w:val="16"/>
          <w:lang w:val="fr-FR"/>
        </w:rPr>
        <w:t xml:space="preserve"> </w:t>
      </w:r>
      <w:proofErr w:type="spellStart"/>
      <w:r w:rsidRPr="00232B9E">
        <w:rPr>
          <w:sz w:val="16"/>
          <w:lang w:val="fr-FR"/>
        </w:rPr>
        <w:t>pentru</w:t>
      </w:r>
      <w:proofErr w:type="spellEnd"/>
      <w:r w:rsidRPr="00232B9E">
        <w:rPr>
          <w:sz w:val="16"/>
          <w:lang w:val="fr-FR"/>
        </w:rPr>
        <w:t xml:space="preserve"> </w:t>
      </w:r>
      <w:proofErr w:type="spellStart"/>
      <w:r w:rsidRPr="00232B9E">
        <w:rPr>
          <w:sz w:val="16"/>
          <w:lang w:val="fr-FR"/>
        </w:rPr>
        <w:t>clădiri</w:t>
      </w:r>
      <w:proofErr w:type="spellEnd"/>
      <w:r w:rsidRPr="00232B9E">
        <w:rPr>
          <w:sz w:val="16"/>
          <w:lang w:val="fr-FR"/>
        </w:rPr>
        <w:t xml:space="preserve"> </w:t>
      </w:r>
      <w:proofErr w:type="spellStart"/>
      <w:r w:rsidRPr="00232B9E">
        <w:rPr>
          <w:sz w:val="16"/>
          <w:lang w:val="fr-FR"/>
        </w:rPr>
        <w:t>și</w:t>
      </w:r>
      <w:proofErr w:type="spellEnd"/>
      <w:r w:rsidRPr="00232B9E">
        <w:rPr>
          <w:sz w:val="16"/>
          <w:lang w:val="fr-FR"/>
        </w:rPr>
        <w:t xml:space="preserve"> </w:t>
      </w:r>
      <w:proofErr w:type="spellStart"/>
      <w:proofErr w:type="gramStart"/>
      <w:r w:rsidRPr="00232B9E">
        <w:rPr>
          <w:sz w:val="16"/>
          <w:lang w:val="fr-FR"/>
        </w:rPr>
        <w:t>amenajări</w:t>
      </w:r>
      <w:proofErr w:type="spellEnd"/>
      <w:r w:rsidRPr="00232B9E">
        <w:rPr>
          <w:sz w:val="16"/>
          <w:lang w:val="fr-FR"/>
        </w:rPr>
        <w:t xml:space="preserve">  </w:t>
      </w:r>
      <w:r w:rsidR="00917520">
        <w:rPr>
          <w:sz w:val="16"/>
          <w:lang w:val="fr-FR"/>
        </w:rPr>
        <w:t>/</w:t>
      </w:r>
      <w:proofErr w:type="gramEnd"/>
      <w:r w:rsidRPr="00232B9E">
        <w:rPr>
          <w:sz w:val="16"/>
          <w:lang w:val="fr-FR"/>
        </w:rPr>
        <w:t xml:space="preserve">   </w:t>
      </w:r>
      <w:r w:rsidR="00462384" w:rsidRPr="00232B9E">
        <w:rPr>
          <w:rFonts w:ascii="Segoe UI Symbol" w:hAnsi="Segoe UI Symbol" w:cs="Segoe UI Symbol"/>
          <w:sz w:val="16"/>
          <w:lang w:val="fr-FR"/>
        </w:rPr>
        <w:t>☐</w:t>
      </w:r>
      <w:r w:rsidR="00462384" w:rsidRPr="00232B9E">
        <w:rPr>
          <w:sz w:val="16"/>
          <w:lang w:val="fr-FR"/>
        </w:rPr>
        <w:t xml:space="preserve"> </w:t>
      </w:r>
      <w:proofErr w:type="spellStart"/>
      <w:r w:rsidR="00462384">
        <w:rPr>
          <w:sz w:val="16"/>
          <w:lang w:val="fr-FR"/>
        </w:rPr>
        <w:t>lucrări</w:t>
      </w:r>
      <w:proofErr w:type="spellEnd"/>
      <w:r w:rsidR="00462384">
        <w:rPr>
          <w:sz w:val="16"/>
          <w:lang w:val="fr-FR"/>
        </w:rPr>
        <w:t xml:space="preserve"> </w:t>
      </w:r>
      <w:proofErr w:type="spellStart"/>
      <w:proofErr w:type="gramStart"/>
      <w:r w:rsidR="00462384">
        <w:rPr>
          <w:sz w:val="16"/>
          <w:lang w:val="fr-FR"/>
        </w:rPr>
        <w:t>inginerești</w:t>
      </w:r>
      <w:proofErr w:type="spellEnd"/>
      <w:r w:rsidR="00462384">
        <w:rPr>
          <w:lang w:val="fr-FR"/>
        </w:rPr>
        <w:t xml:space="preserve">  </w:t>
      </w:r>
      <w:r w:rsidR="00917520">
        <w:rPr>
          <w:lang w:val="fr-FR"/>
        </w:rPr>
        <w:t>/</w:t>
      </w:r>
      <w:proofErr w:type="gramEnd"/>
      <w:r w:rsidR="00462384">
        <w:rPr>
          <w:lang w:val="fr-FR"/>
        </w:rPr>
        <w:t xml:space="preserve">   </w:t>
      </w:r>
      <w:r w:rsidRPr="00232B9E">
        <w:rPr>
          <w:rFonts w:ascii="Segoe UI Symbol" w:hAnsi="Segoe UI Symbol" w:cs="Segoe UI Symbol"/>
          <w:sz w:val="16"/>
          <w:lang w:val="fr-FR"/>
        </w:rPr>
        <w:t>☐</w:t>
      </w:r>
      <w:r w:rsidRPr="00232B9E">
        <w:rPr>
          <w:sz w:val="16"/>
          <w:lang w:val="fr-FR"/>
        </w:rPr>
        <w:t xml:space="preserve"> </w:t>
      </w:r>
      <w:proofErr w:type="spellStart"/>
      <w:r w:rsidRPr="00232B9E">
        <w:rPr>
          <w:sz w:val="16"/>
          <w:lang w:val="fr-FR"/>
        </w:rPr>
        <w:t>pentru</w:t>
      </w:r>
      <w:proofErr w:type="spellEnd"/>
      <w:r w:rsidRPr="00232B9E">
        <w:rPr>
          <w:sz w:val="16"/>
          <w:lang w:val="fr-FR"/>
        </w:rPr>
        <w:t xml:space="preserve"> </w:t>
      </w:r>
      <w:proofErr w:type="spellStart"/>
      <w:r w:rsidRPr="00232B9E">
        <w:rPr>
          <w:sz w:val="16"/>
          <w:lang w:val="fr-FR"/>
        </w:rPr>
        <w:t>construc</w:t>
      </w:r>
      <w:r w:rsidRPr="00232B9E">
        <w:rPr>
          <w:rFonts w:cs="Times New Roman"/>
          <w:sz w:val="16"/>
          <w:lang w:val="fr-FR"/>
        </w:rPr>
        <w:t>ț</w:t>
      </w:r>
      <w:r w:rsidRPr="00232B9E">
        <w:rPr>
          <w:sz w:val="16"/>
          <w:lang w:val="fr-FR"/>
        </w:rPr>
        <w:t>ii</w:t>
      </w:r>
      <w:proofErr w:type="spellEnd"/>
      <w:r w:rsidRPr="00232B9E">
        <w:rPr>
          <w:sz w:val="16"/>
          <w:lang w:val="fr-FR"/>
        </w:rPr>
        <w:t xml:space="preserve"> </w:t>
      </w:r>
      <w:proofErr w:type="spellStart"/>
      <w:r w:rsidRPr="00232B9E">
        <w:rPr>
          <w:sz w:val="16"/>
          <w:lang w:val="fr-FR"/>
        </w:rPr>
        <w:t>cu</w:t>
      </w:r>
      <w:proofErr w:type="spellEnd"/>
      <w:r w:rsidRPr="00232B9E">
        <w:rPr>
          <w:sz w:val="16"/>
          <w:lang w:val="fr-FR"/>
        </w:rPr>
        <w:t xml:space="preserve"> </w:t>
      </w:r>
      <w:proofErr w:type="spellStart"/>
      <w:r w:rsidRPr="00232B9E">
        <w:rPr>
          <w:sz w:val="16"/>
          <w:lang w:val="fr-FR"/>
        </w:rPr>
        <w:t>caracter</w:t>
      </w:r>
      <w:proofErr w:type="spellEnd"/>
      <w:r w:rsidRPr="00232B9E">
        <w:rPr>
          <w:sz w:val="16"/>
          <w:lang w:val="fr-FR"/>
        </w:rPr>
        <w:t xml:space="preserve"> </w:t>
      </w:r>
      <w:proofErr w:type="spellStart"/>
      <w:r w:rsidRPr="00232B9E">
        <w:rPr>
          <w:sz w:val="16"/>
          <w:lang w:val="fr-FR"/>
        </w:rPr>
        <w:t>special</w:t>
      </w:r>
      <w:proofErr w:type="spellEnd"/>
    </w:p>
    <w:p w14:paraId="386D6A02" w14:textId="77777777" w:rsidR="00BD4241" w:rsidRPr="00232B9E" w:rsidRDefault="00BD4241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BD4241" w14:paraId="0F02257A" w14:textId="77777777">
        <w:trPr>
          <w:cantSplit/>
        </w:trPr>
        <w:tc>
          <w:tcPr>
            <w:tcW w:w="9636" w:type="dxa"/>
            <w:shd w:val="clear" w:color="auto" w:fill="F4F4F4"/>
          </w:tcPr>
          <w:p w14:paraId="5888B12E" w14:textId="1131FE8E" w:rsidR="00BD4241" w:rsidRDefault="00000000">
            <w:pPr>
              <w:keepNext/>
            </w:pPr>
            <w:r w:rsidRPr="00232B9E">
              <w:rPr>
                <w:sz w:val="16"/>
                <w:lang w:val="fr-FR"/>
              </w:rPr>
              <w:t xml:space="preserve"> </w:t>
            </w:r>
            <w:proofErr w:type="spellStart"/>
            <w:r>
              <w:rPr>
                <w:sz w:val="16"/>
              </w:rPr>
              <w:t>în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 w:rsidR="00A256C2">
              <w:rPr>
                <w:sz w:val="16"/>
              </w:rPr>
              <w:t>vederea</w:t>
            </w:r>
            <w:proofErr w:type="spellEnd"/>
            <w:r w:rsidR="00A256C2">
              <w:rPr>
                <w:sz w:val="16"/>
              </w:rPr>
              <w:t xml:space="preserve"> </w:t>
            </w:r>
            <w:proofErr w:type="spellStart"/>
            <w:r w:rsidR="00A256C2">
              <w:rPr>
                <w:sz w:val="16"/>
              </w:rPr>
              <w:t>realizării</w:t>
            </w:r>
            <w:proofErr w:type="spellEnd"/>
            <w:r w:rsidR="00A256C2">
              <w:rPr>
                <w:sz w:val="16"/>
              </w:rPr>
              <w:t xml:space="preserve"> </w:t>
            </w:r>
            <w:proofErr w:type="spellStart"/>
            <w:r w:rsidR="00A256C2">
              <w:rPr>
                <w:sz w:val="16"/>
              </w:rPr>
              <w:t>obiectivului</w:t>
            </w:r>
            <w:proofErr w:type="spellEnd"/>
            <w:r w:rsidR="00A256C2">
              <w:rPr>
                <w:sz w:val="16"/>
              </w:rPr>
              <w:t xml:space="preserve"> de </w:t>
            </w:r>
            <w:proofErr w:type="spellStart"/>
            <w:r w:rsidR="00A256C2">
              <w:rPr>
                <w:sz w:val="16"/>
              </w:rPr>
              <w:t>investiții</w:t>
            </w:r>
            <w:proofErr w:type="spellEnd"/>
            <w:r>
              <w:rPr>
                <w:sz w:val="16"/>
              </w:rPr>
              <w:t>:</w:t>
            </w:r>
          </w:p>
        </w:tc>
      </w:tr>
      <w:tr w:rsidR="00BD4241" w14:paraId="50990383" w14:textId="77777777">
        <w:trPr>
          <w:cantSplit/>
        </w:trPr>
        <w:tc>
          <w:tcPr>
            <w:tcW w:w="9636" w:type="dxa"/>
          </w:tcPr>
          <w:p w14:paraId="60648525" w14:textId="77777777" w:rsidR="00BD4241" w:rsidRDefault="00BD4241">
            <w:pPr>
              <w:pBdr>
                <w:bottom w:val="dotted" w:sz="6" w:space="0" w:color="999999"/>
              </w:pBdr>
              <w:spacing w:after="80"/>
            </w:pPr>
          </w:p>
          <w:p w14:paraId="0B54D5C1" w14:textId="77777777" w:rsidR="00BD4241" w:rsidRDefault="00BD4241">
            <w:pPr>
              <w:pBdr>
                <w:bottom w:val="dotted" w:sz="6" w:space="0" w:color="999999"/>
              </w:pBdr>
              <w:spacing w:after="80"/>
            </w:pPr>
          </w:p>
        </w:tc>
      </w:tr>
    </w:tbl>
    <w:p w14:paraId="19288D7C" w14:textId="77777777" w:rsidR="00BD4241" w:rsidRDefault="00BD4241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1606"/>
        <w:gridCol w:w="803"/>
        <w:gridCol w:w="803"/>
        <w:gridCol w:w="803"/>
        <w:gridCol w:w="2409"/>
      </w:tblGrid>
      <w:tr w:rsidR="00BD4241" w14:paraId="02B56E76" w14:textId="77777777">
        <w:trPr>
          <w:cantSplit/>
        </w:trPr>
        <w:tc>
          <w:tcPr>
            <w:tcW w:w="9636" w:type="dxa"/>
            <w:gridSpan w:val="7"/>
            <w:shd w:val="clear" w:color="auto" w:fill="F4F4F4"/>
          </w:tcPr>
          <w:p w14:paraId="43C8A02B" w14:textId="77777777" w:rsidR="00BD4241" w:rsidRDefault="00000000">
            <w:pPr>
              <w:keepNext/>
            </w:pPr>
            <w:r>
              <w:rPr>
                <w:b/>
                <w:sz w:val="16"/>
              </w:rPr>
              <w:t xml:space="preserve"> 3. </w:t>
            </w:r>
            <w:r>
              <w:rPr>
                <w:b/>
                <w:color w:val="000000"/>
                <w:sz w:val="18"/>
              </w:rPr>
              <w:t>IMOBILUL/ELE</w:t>
            </w:r>
          </w:p>
        </w:tc>
      </w:tr>
      <w:tr w:rsidR="00BD4241" w14:paraId="1CA69627" w14:textId="77777777">
        <w:trPr>
          <w:cantSplit/>
        </w:trPr>
        <w:tc>
          <w:tcPr>
            <w:tcW w:w="9636" w:type="dxa"/>
            <w:gridSpan w:val="7"/>
          </w:tcPr>
          <w:p w14:paraId="055B5A5F" w14:textId="77777777" w:rsidR="00BD4241" w:rsidRDefault="00000000">
            <w:pPr>
              <w:keepNext/>
            </w:pPr>
            <w:r>
              <w:rPr>
                <w:sz w:val="16"/>
              </w:rPr>
              <w:t xml:space="preserve"> ☐ </w:t>
            </w:r>
            <w:proofErr w:type="spellStart"/>
            <w:r>
              <w:rPr>
                <w:sz w:val="16"/>
              </w:rPr>
              <w:t>teren</w:t>
            </w:r>
            <w:proofErr w:type="spellEnd"/>
            <w:r>
              <w:rPr>
                <w:sz w:val="16"/>
              </w:rPr>
              <w:t xml:space="preserve">     ☐ </w:t>
            </w:r>
            <w:proofErr w:type="spellStart"/>
            <w:r>
              <w:rPr>
                <w:sz w:val="16"/>
              </w:rPr>
              <w:t>construcții</w:t>
            </w:r>
            <w:proofErr w:type="spellEnd"/>
          </w:p>
        </w:tc>
      </w:tr>
      <w:tr w:rsidR="00BD4241" w14:paraId="4648DBC2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3DDB2402" w14:textId="77777777" w:rsidR="00BD4241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Județ</w:t>
            </w:r>
            <w:proofErr w:type="spellEnd"/>
          </w:p>
          <w:p w14:paraId="1B01471E" w14:textId="77777777" w:rsidR="00BD4241" w:rsidRDefault="00BD4241">
            <w:pPr>
              <w:keepNext/>
            </w:pPr>
          </w:p>
        </w:tc>
        <w:tc>
          <w:tcPr>
            <w:tcW w:w="3212" w:type="dxa"/>
            <w:gridSpan w:val="3"/>
          </w:tcPr>
          <w:p w14:paraId="1B1218BA" w14:textId="77777777" w:rsidR="00BD4241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Municipiu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oraș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comună</w:t>
            </w:r>
            <w:proofErr w:type="spellEnd"/>
          </w:p>
          <w:p w14:paraId="204B4E58" w14:textId="77777777" w:rsidR="00BD4241" w:rsidRDefault="00BD4241">
            <w:pPr>
              <w:keepNext/>
            </w:pPr>
          </w:p>
        </w:tc>
        <w:tc>
          <w:tcPr>
            <w:tcW w:w="3212" w:type="dxa"/>
            <w:gridSpan w:val="2"/>
          </w:tcPr>
          <w:p w14:paraId="04095758" w14:textId="77777777" w:rsidR="00BD4241" w:rsidRDefault="00000000">
            <w:pPr>
              <w:keepNext/>
            </w:pPr>
            <w:r>
              <w:rPr>
                <w:b/>
                <w:color w:val="0D5F78"/>
              </w:rPr>
              <w:t>Sat / sector</w:t>
            </w:r>
          </w:p>
          <w:p w14:paraId="7568887B" w14:textId="77777777" w:rsidR="00BD4241" w:rsidRDefault="00BD4241">
            <w:pPr>
              <w:keepNext/>
            </w:pPr>
          </w:p>
        </w:tc>
      </w:tr>
      <w:tr w:rsidR="00BD4241" w14:paraId="413F74BA" w14:textId="77777777">
        <w:trPr>
          <w:cantSplit/>
          <w:trHeight w:val="510"/>
        </w:trPr>
        <w:tc>
          <w:tcPr>
            <w:tcW w:w="1606" w:type="dxa"/>
          </w:tcPr>
          <w:p w14:paraId="74236BBA" w14:textId="77777777" w:rsidR="00BD4241" w:rsidRDefault="00000000">
            <w:pPr>
              <w:keepNext/>
            </w:pPr>
            <w:r>
              <w:rPr>
                <w:b/>
                <w:color w:val="0D5F78"/>
              </w:rPr>
              <w:t xml:space="preserve">Cod </w:t>
            </w:r>
            <w:proofErr w:type="spellStart"/>
            <w:r>
              <w:rPr>
                <w:b/>
                <w:color w:val="0D5F78"/>
              </w:rPr>
              <w:t>poștal</w:t>
            </w:r>
            <w:proofErr w:type="spellEnd"/>
          </w:p>
          <w:p w14:paraId="0DE8BF00" w14:textId="77777777" w:rsidR="00BD4241" w:rsidRDefault="00BD4241">
            <w:pPr>
              <w:keepNext/>
            </w:pPr>
          </w:p>
        </w:tc>
        <w:tc>
          <w:tcPr>
            <w:tcW w:w="4818" w:type="dxa"/>
            <w:gridSpan w:val="4"/>
          </w:tcPr>
          <w:p w14:paraId="34F4235D" w14:textId="77777777" w:rsidR="00BD4241" w:rsidRDefault="00000000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14FD81C0" w14:textId="77777777" w:rsidR="00BD4241" w:rsidRDefault="00BD4241">
            <w:pPr>
              <w:keepNext/>
            </w:pPr>
          </w:p>
        </w:tc>
        <w:tc>
          <w:tcPr>
            <w:tcW w:w="803" w:type="dxa"/>
          </w:tcPr>
          <w:p w14:paraId="5C6769DB" w14:textId="77777777" w:rsidR="00BD4241" w:rsidRDefault="00000000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0654DEDD" w14:textId="77777777" w:rsidR="00BD4241" w:rsidRDefault="00BD4241">
            <w:pPr>
              <w:keepNext/>
            </w:pPr>
          </w:p>
        </w:tc>
        <w:tc>
          <w:tcPr>
            <w:tcW w:w="2409" w:type="dxa"/>
          </w:tcPr>
          <w:p w14:paraId="00F671C5" w14:textId="77777777" w:rsidR="00BD4241" w:rsidRDefault="00000000">
            <w:pPr>
              <w:keepNext/>
            </w:pPr>
            <w:r>
              <w:rPr>
                <w:b/>
                <w:color w:val="0D5F78"/>
              </w:rPr>
              <w:t>Bl. / sc. / et. / ap.</w:t>
            </w:r>
          </w:p>
          <w:p w14:paraId="09774FDD" w14:textId="77777777" w:rsidR="00BD4241" w:rsidRDefault="00BD4241">
            <w:pPr>
              <w:keepNext/>
            </w:pPr>
          </w:p>
        </w:tc>
      </w:tr>
      <w:tr w:rsidR="00BD4241" w14:paraId="06DC80B1" w14:textId="77777777">
        <w:trPr>
          <w:cantSplit/>
          <w:trHeight w:val="510"/>
        </w:trPr>
        <w:tc>
          <w:tcPr>
            <w:tcW w:w="5621" w:type="dxa"/>
            <w:gridSpan w:val="4"/>
          </w:tcPr>
          <w:p w14:paraId="3A6DE5B1" w14:textId="77777777" w:rsidR="00BD4241" w:rsidRPr="00A256C2" w:rsidRDefault="00000000">
            <w:pPr>
              <w:keepNext/>
              <w:rPr>
                <w:lang w:val="fr-FR"/>
              </w:rPr>
            </w:pPr>
            <w:proofErr w:type="spellStart"/>
            <w:r w:rsidRPr="00A256C2">
              <w:rPr>
                <w:b/>
                <w:color w:val="0D5F78"/>
                <w:lang w:val="fr-FR"/>
              </w:rPr>
              <w:t>Număr</w:t>
            </w:r>
            <w:proofErr w:type="spellEnd"/>
            <w:r w:rsidRPr="00A256C2">
              <w:rPr>
                <w:b/>
                <w:color w:val="0D5F78"/>
                <w:lang w:val="fr-FR"/>
              </w:rPr>
              <w:t xml:space="preserve"> cadastral/</w:t>
            </w:r>
            <w:proofErr w:type="spellStart"/>
            <w:r w:rsidRPr="00A256C2">
              <w:rPr>
                <w:b/>
                <w:color w:val="0D5F78"/>
                <w:lang w:val="fr-FR"/>
              </w:rPr>
              <w:t>ele</w:t>
            </w:r>
            <w:proofErr w:type="spellEnd"/>
          </w:p>
          <w:p w14:paraId="2511787E" w14:textId="77777777" w:rsidR="00BD4241" w:rsidRPr="00A256C2" w:rsidRDefault="00000000">
            <w:pPr>
              <w:keepNext/>
              <w:rPr>
                <w:lang w:val="fr-FR"/>
              </w:rPr>
            </w:pPr>
            <w:proofErr w:type="spellStart"/>
            <w:proofErr w:type="gramStart"/>
            <w:r w:rsidRPr="00A256C2">
              <w:rPr>
                <w:i/>
                <w:color w:val="7A7A7A"/>
                <w:lang w:val="fr-FR"/>
              </w:rPr>
              <w:t>dacă</w:t>
            </w:r>
            <w:proofErr w:type="spellEnd"/>
            <w:proofErr w:type="gramEnd"/>
            <w:r w:rsidRPr="00A256C2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A256C2">
              <w:rPr>
                <w:i/>
                <w:color w:val="7A7A7A"/>
                <w:lang w:val="fr-FR"/>
              </w:rPr>
              <w:t>imobilul</w:t>
            </w:r>
            <w:proofErr w:type="spellEnd"/>
            <w:r w:rsidRPr="00A256C2">
              <w:rPr>
                <w:i/>
                <w:color w:val="7A7A7A"/>
                <w:lang w:val="fr-FR"/>
              </w:rPr>
              <w:t xml:space="preserve"> e </w:t>
            </w:r>
            <w:proofErr w:type="spellStart"/>
            <w:r w:rsidRPr="00A256C2">
              <w:rPr>
                <w:i/>
                <w:color w:val="7A7A7A"/>
                <w:lang w:val="fr-FR"/>
              </w:rPr>
              <w:t>înscris</w:t>
            </w:r>
            <w:proofErr w:type="spellEnd"/>
            <w:r w:rsidRPr="00A256C2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A256C2">
              <w:rPr>
                <w:i/>
                <w:color w:val="7A7A7A"/>
                <w:lang w:val="fr-FR"/>
              </w:rPr>
              <w:t>în</w:t>
            </w:r>
            <w:proofErr w:type="spellEnd"/>
            <w:r w:rsidRPr="00A256C2">
              <w:rPr>
                <w:i/>
                <w:color w:val="7A7A7A"/>
                <w:lang w:val="fr-FR"/>
              </w:rPr>
              <w:t xml:space="preserve"> e-Terra</w:t>
            </w:r>
          </w:p>
          <w:p w14:paraId="2A482E4D" w14:textId="77777777" w:rsidR="00BD4241" w:rsidRPr="00A256C2" w:rsidRDefault="00BD4241">
            <w:pPr>
              <w:keepNext/>
              <w:rPr>
                <w:lang w:val="fr-FR"/>
              </w:rPr>
            </w:pPr>
          </w:p>
        </w:tc>
        <w:tc>
          <w:tcPr>
            <w:tcW w:w="4015" w:type="dxa"/>
            <w:gridSpan w:val="3"/>
          </w:tcPr>
          <w:p w14:paraId="2E25001D" w14:textId="77777777" w:rsidR="00BD4241" w:rsidRDefault="00000000">
            <w:pPr>
              <w:keepNext/>
            </w:pPr>
            <w:r>
              <w:rPr>
                <w:b/>
                <w:color w:val="0D5F78"/>
              </w:rPr>
              <w:t xml:space="preserve">Carte </w:t>
            </w:r>
            <w:proofErr w:type="spellStart"/>
            <w:r>
              <w:rPr>
                <w:b/>
                <w:color w:val="0D5F78"/>
              </w:rPr>
              <w:t>funciară</w:t>
            </w:r>
            <w:proofErr w:type="spellEnd"/>
            <w:r>
              <w:rPr>
                <w:b/>
                <w:color w:val="0D5F78"/>
              </w:rPr>
              <w:t xml:space="preserve"> nr.</w:t>
            </w:r>
          </w:p>
          <w:p w14:paraId="5C821E97" w14:textId="77777777" w:rsidR="00BD4241" w:rsidRDefault="00BD4241">
            <w:pPr>
              <w:keepNext/>
            </w:pPr>
          </w:p>
        </w:tc>
      </w:tr>
      <w:tr w:rsidR="00BD4241" w14:paraId="3BF4AAB7" w14:textId="77777777">
        <w:trPr>
          <w:cantSplit/>
          <w:trHeight w:val="510"/>
        </w:trPr>
        <w:tc>
          <w:tcPr>
            <w:tcW w:w="4818" w:type="dxa"/>
            <w:gridSpan w:val="3"/>
          </w:tcPr>
          <w:p w14:paraId="5441C71D" w14:textId="77777777" w:rsidR="00BD4241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Suprafața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terenului</w:t>
            </w:r>
            <w:proofErr w:type="spellEnd"/>
            <w:r>
              <w:rPr>
                <w:b/>
                <w:color w:val="0D5F78"/>
              </w:rPr>
              <w:t xml:space="preserve"> (m²)</w:t>
            </w:r>
          </w:p>
          <w:p w14:paraId="7A8081F1" w14:textId="77777777" w:rsidR="00BD4241" w:rsidRDefault="00BD4241">
            <w:pPr>
              <w:keepNext/>
            </w:pPr>
          </w:p>
        </w:tc>
        <w:tc>
          <w:tcPr>
            <w:tcW w:w="4818" w:type="dxa"/>
            <w:gridSpan w:val="4"/>
          </w:tcPr>
          <w:p w14:paraId="2F05F5A9" w14:textId="77777777" w:rsidR="00BD4241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Suprafața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construcției</w:t>
            </w:r>
            <w:proofErr w:type="spellEnd"/>
            <w:r>
              <w:rPr>
                <w:b/>
                <w:color w:val="0D5F78"/>
              </w:rPr>
              <w:t xml:space="preserve"> (m²)</w:t>
            </w:r>
          </w:p>
          <w:p w14:paraId="12AE18A8" w14:textId="77777777" w:rsidR="00BD4241" w:rsidRDefault="00BD4241">
            <w:pPr>
              <w:keepNext/>
            </w:pPr>
          </w:p>
        </w:tc>
      </w:tr>
    </w:tbl>
    <w:p w14:paraId="05AFE76A" w14:textId="77777777" w:rsidR="00BD4241" w:rsidRDefault="00BD4241">
      <w:pPr>
        <w:spacing w:line="168" w:lineRule="auto"/>
      </w:pPr>
    </w:p>
    <w:p w14:paraId="484D8D92" w14:textId="77777777" w:rsidR="00BD4241" w:rsidRDefault="00000000">
      <w:r>
        <w:br w:type="page"/>
      </w: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BD4241" w14:paraId="59225C5D" w14:textId="77777777">
        <w:trPr>
          <w:cantSplit/>
        </w:trPr>
        <w:tc>
          <w:tcPr>
            <w:tcW w:w="9636" w:type="dxa"/>
            <w:shd w:val="clear" w:color="auto" w:fill="F4F4F4"/>
          </w:tcPr>
          <w:p w14:paraId="623CFF7D" w14:textId="77777777" w:rsidR="00BD4241" w:rsidRDefault="00000000">
            <w:pPr>
              <w:keepNext/>
            </w:pPr>
            <w:r>
              <w:rPr>
                <w:b/>
                <w:sz w:val="16"/>
              </w:rPr>
              <w:lastRenderedPageBreak/>
              <w:t xml:space="preserve"> 4. </w:t>
            </w:r>
            <w:r>
              <w:rPr>
                <w:b/>
                <w:color w:val="000000"/>
                <w:sz w:val="18"/>
              </w:rPr>
              <w:t>ÎNCADRAREA LUCRĂRILOR</w:t>
            </w:r>
          </w:p>
        </w:tc>
      </w:tr>
      <w:tr w:rsidR="00BD4241" w:rsidRPr="00917520" w14:paraId="6D8D566C" w14:textId="77777777">
        <w:trPr>
          <w:cantSplit/>
        </w:trPr>
        <w:tc>
          <w:tcPr>
            <w:tcW w:w="9636" w:type="dxa"/>
            <w:shd w:val="clear" w:color="auto" w:fill="F4F4F4"/>
          </w:tcPr>
          <w:p w14:paraId="163E4297" w14:textId="25D66D26" w:rsidR="00BD4241" w:rsidRPr="00917520" w:rsidRDefault="00000000">
            <w:pPr>
              <w:keepNext/>
              <w:rPr>
                <w:b/>
                <w:bCs/>
                <w:lang w:val="fr-FR"/>
              </w:rPr>
            </w:pPr>
            <w:r w:rsidRPr="00A256C2">
              <w:rPr>
                <w:sz w:val="16"/>
                <w:lang w:val="fr-FR"/>
              </w:rPr>
              <w:t xml:space="preserve"> </w:t>
            </w:r>
            <w:r w:rsidRPr="00917520">
              <w:rPr>
                <w:b/>
                <w:bCs/>
                <w:sz w:val="16"/>
                <w:lang w:val="fr-FR"/>
              </w:rPr>
              <w:t xml:space="preserve">A · </w:t>
            </w:r>
            <w:proofErr w:type="spellStart"/>
            <w:r w:rsidRPr="00917520">
              <w:rPr>
                <w:b/>
                <w:bCs/>
                <w:sz w:val="16"/>
                <w:lang w:val="fr-FR"/>
              </w:rPr>
              <w:t>Lucrări</w:t>
            </w:r>
            <w:proofErr w:type="spellEnd"/>
            <w:r w:rsidRPr="00917520">
              <w:rPr>
                <w:b/>
                <w:bCs/>
                <w:sz w:val="16"/>
                <w:lang w:val="fr-FR"/>
              </w:rPr>
              <w:t xml:space="preserve"> de </w:t>
            </w:r>
            <w:proofErr w:type="spellStart"/>
            <w:r w:rsidRPr="00917520">
              <w:rPr>
                <w:b/>
                <w:bCs/>
                <w:sz w:val="16"/>
                <w:lang w:val="fr-FR"/>
              </w:rPr>
              <w:t>construcții</w:t>
            </w:r>
            <w:proofErr w:type="spellEnd"/>
            <w:r w:rsidRPr="00917520">
              <w:rPr>
                <w:b/>
                <w:bCs/>
                <w:sz w:val="16"/>
                <w:lang w:val="fr-FR"/>
              </w:rPr>
              <w:t xml:space="preserve"> </w:t>
            </w:r>
            <w:proofErr w:type="spellStart"/>
            <w:r w:rsidRPr="00917520">
              <w:rPr>
                <w:b/>
                <w:bCs/>
                <w:sz w:val="16"/>
                <w:lang w:val="fr-FR"/>
              </w:rPr>
              <w:t>noi</w:t>
            </w:r>
            <w:proofErr w:type="spellEnd"/>
          </w:p>
        </w:tc>
      </w:tr>
      <w:tr w:rsidR="00BD4241" w:rsidRPr="00917520" w14:paraId="4CBB7AF4" w14:textId="77777777">
        <w:trPr>
          <w:cantSplit/>
        </w:trPr>
        <w:tc>
          <w:tcPr>
            <w:tcW w:w="9636" w:type="dxa"/>
          </w:tcPr>
          <w:p w14:paraId="62395695" w14:textId="77777777" w:rsidR="00BD4241" w:rsidRPr="00A256C2" w:rsidRDefault="00000000">
            <w:pPr>
              <w:keepNext/>
              <w:rPr>
                <w:lang w:val="fr-FR"/>
              </w:rPr>
            </w:pPr>
            <w:r w:rsidRPr="00A256C2">
              <w:rPr>
                <w:sz w:val="16"/>
                <w:lang w:val="fr-FR"/>
              </w:rPr>
              <w:t xml:space="preserve"> ☐ </w:t>
            </w:r>
            <w:proofErr w:type="spellStart"/>
            <w:r w:rsidRPr="00A256C2">
              <w:rPr>
                <w:sz w:val="16"/>
                <w:lang w:val="fr-FR"/>
              </w:rPr>
              <w:t>clădiri</w:t>
            </w:r>
            <w:proofErr w:type="spellEnd"/>
            <w:r w:rsidRPr="00A256C2">
              <w:rPr>
                <w:sz w:val="16"/>
                <w:lang w:val="fr-FR"/>
              </w:rPr>
              <w:t xml:space="preserve"> civile     ☐ </w:t>
            </w:r>
            <w:proofErr w:type="spellStart"/>
            <w:r w:rsidRPr="00A256C2">
              <w:rPr>
                <w:sz w:val="16"/>
                <w:lang w:val="fr-FR"/>
              </w:rPr>
              <w:t>clădiri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industriale</w:t>
            </w:r>
            <w:proofErr w:type="spellEnd"/>
            <w:r w:rsidRPr="00A256C2">
              <w:rPr>
                <w:sz w:val="16"/>
                <w:lang w:val="fr-FR"/>
              </w:rPr>
              <w:t xml:space="preserve">     ☐ </w:t>
            </w:r>
            <w:proofErr w:type="spellStart"/>
            <w:r w:rsidRPr="00A256C2">
              <w:rPr>
                <w:sz w:val="16"/>
                <w:lang w:val="fr-FR"/>
              </w:rPr>
              <w:t>clădiri</w:t>
            </w:r>
            <w:proofErr w:type="spellEnd"/>
            <w:r w:rsidRPr="00A256C2">
              <w:rPr>
                <w:sz w:val="16"/>
                <w:lang w:val="fr-FR"/>
              </w:rPr>
              <w:t xml:space="preserve"> agricole     ☐ </w:t>
            </w:r>
            <w:proofErr w:type="spellStart"/>
            <w:r w:rsidRPr="00A256C2">
              <w:rPr>
                <w:sz w:val="16"/>
                <w:lang w:val="fr-FR"/>
              </w:rPr>
              <w:t>construcții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cu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caracter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special</w:t>
            </w:r>
            <w:proofErr w:type="spellEnd"/>
          </w:p>
        </w:tc>
      </w:tr>
      <w:tr w:rsidR="00BD4241" w:rsidRPr="00917520" w14:paraId="00BD24BB" w14:textId="77777777">
        <w:trPr>
          <w:cantSplit/>
        </w:trPr>
        <w:tc>
          <w:tcPr>
            <w:tcW w:w="9636" w:type="dxa"/>
            <w:shd w:val="clear" w:color="auto" w:fill="F4F4F4"/>
          </w:tcPr>
          <w:p w14:paraId="4F68C0E6" w14:textId="043F5594" w:rsidR="00BD4241" w:rsidRPr="00A256C2" w:rsidRDefault="00000000">
            <w:pPr>
              <w:keepNext/>
              <w:rPr>
                <w:lang w:val="fr-FR"/>
              </w:rPr>
            </w:pPr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proofErr w:type="gramStart"/>
            <w:r w:rsidR="00917520">
              <w:rPr>
                <w:sz w:val="16"/>
                <w:lang w:val="fr-FR"/>
              </w:rPr>
              <w:t>r</w:t>
            </w:r>
            <w:r w:rsidRPr="00A256C2">
              <w:rPr>
                <w:sz w:val="16"/>
                <w:lang w:val="fr-FR"/>
              </w:rPr>
              <w:t>ealizate</w:t>
            </w:r>
            <w:proofErr w:type="spellEnd"/>
            <w:proofErr w:type="gramEnd"/>
            <w:r w:rsidR="00A256C2">
              <w:rPr>
                <w:sz w:val="16"/>
                <w:lang w:val="fr-FR"/>
              </w:rPr>
              <w:t xml:space="preserve"> </w:t>
            </w:r>
            <w:r w:rsidR="00A256C2" w:rsidRPr="00A256C2">
              <w:rPr>
                <w:sz w:val="16"/>
                <w:lang w:val="fr-FR"/>
              </w:rPr>
              <w:t xml:space="preserve">(se va </w:t>
            </w:r>
            <w:proofErr w:type="spellStart"/>
            <w:r w:rsidR="00A256C2" w:rsidRPr="00A256C2">
              <w:rPr>
                <w:sz w:val="16"/>
                <w:lang w:val="fr-FR"/>
              </w:rPr>
              <w:t>bifa</w:t>
            </w:r>
            <w:proofErr w:type="spellEnd"/>
            <w:r w:rsidR="00A256C2" w:rsidRPr="00A256C2">
              <w:rPr>
                <w:sz w:val="16"/>
                <w:lang w:val="fr-FR"/>
              </w:rPr>
              <w:t xml:space="preserve">, </w:t>
            </w:r>
            <w:proofErr w:type="spellStart"/>
            <w:r w:rsidR="00A256C2" w:rsidRPr="00A256C2">
              <w:rPr>
                <w:sz w:val="16"/>
                <w:lang w:val="fr-FR"/>
              </w:rPr>
              <w:t>în</w:t>
            </w:r>
            <w:proofErr w:type="spellEnd"/>
            <w:r w:rsidR="00A256C2"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="00A256C2" w:rsidRPr="00A256C2">
              <w:rPr>
                <w:sz w:val="16"/>
                <w:lang w:val="fr-FR"/>
              </w:rPr>
              <w:t>masura</w:t>
            </w:r>
            <w:proofErr w:type="spellEnd"/>
            <w:r w:rsidR="00A256C2"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="00A256C2">
              <w:rPr>
                <w:sz w:val="16"/>
                <w:lang w:val="fr-FR"/>
              </w:rPr>
              <w:t>î</w:t>
            </w:r>
            <w:r w:rsidR="00A256C2" w:rsidRPr="00A256C2">
              <w:rPr>
                <w:sz w:val="16"/>
                <w:lang w:val="fr-FR"/>
              </w:rPr>
              <w:t>n</w:t>
            </w:r>
            <w:proofErr w:type="spellEnd"/>
            <w:r w:rsidR="00A256C2" w:rsidRPr="00A256C2">
              <w:rPr>
                <w:sz w:val="16"/>
                <w:lang w:val="fr-FR"/>
              </w:rPr>
              <w:t xml:space="preserve"> care </w:t>
            </w:r>
            <w:proofErr w:type="spellStart"/>
            <w:r w:rsidR="00A256C2" w:rsidRPr="00A256C2">
              <w:rPr>
                <w:sz w:val="16"/>
                <w:lang w:val="fr-FR"/>
              </w:rPr>
              <w:t>sunt</w:t>
            </w:r>
            <w:proofErr w:type="spellEnd"/>
            <w:r w:rsidR="00A256C2"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="00A256C2" w:rsidRPr="00A256C2">
              <w:rPr>
                <w:sz w:val="16"/>
                <w:lang w:val="fr-FR"/>
              </w:rPr>
              <w:t>cunoscute</w:t>
            </w:r>
            <w:proofErr w:type="spellEnd"/>
            <w:r w:rsidR="00A256C2"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="00A256C2" w:rsidRPr="00A256C2">
              <w:rPr>
                <w:sz w:val="16"/>
                <w:lang w:val="fr-FR"/>
              </w:rPr>
              <w:t>solicitantulu</w:t>
            </w:r>
            <w:r w:rsidR="00A256C2">
              <w:rPr>
                <w:sz w:val="16"/>
                <w:lang w:val="fr-FR"/>
              </w:rPr>
              <w:t>i</w:t>
            </w:r>
            <w:proofErr w:type="spellEnd"/>
            <w:r w:rsidR="00A256C2">
              <w:rPr>
                <w:sz w:val="16"/>
                <w:lang w:val="fr-FR"/>
              </w:rPr>
              <w:t xml:space="preserve"> </w:t>
            </w:r>
            <w:proofErr w:type="spellStart"/>
            <w:r w:rsidR="00A256C2">
              <w:rPr>
                <w:sz w:val="16"/>
                <w:lang w:val="fr-FR"/>
              </w:rPr>
              <w:t>informațiile</w:t>
            </w:r>
            <w:proofErr w:type="spellEnd"/>
            <w:r w:rsidR="00A256C2">
              <w:rPr>
                <w:sz w:val="16"/>
                <w:lang w:val="fr-FR"/>
              </w:rPr>
              <w:t xml:space="preserve"> </w:t>
            </w:r>
            <w:proofErr w:type="spellStart"/>
            <w:r w:rsidR="00A256C2">
              <w:rPr>
                <w:sz w:val="16"/>
                <w:lang w:val="fr-FR"/>
              </w:rPr>
              <w:t>cu</w:t>
            </w:r>
            <w:proofErr w:type="spellEnd"/>
            <w:r w:rsidR="00A256C2">
              <w:rPr>
                <w:sz w:val="16"/>
                <w:lang w:val="fr-FR"/>
              </w:rPr>
              <w:t xml:space="preserve"> </w:t>
            </w:r>
            <w:proofErr w:type="spellStart"/>
            <w:r w:rsidR="00A256C2">
              <w:rPr>
                <w:sz w:val="16"/>
                <w:lang w:val="fr-FR"/>
              </w:rPr>
              <w:t>privire</w:t>
            </w:r>
            <w:proofErr w:type="spellEnd"/>
            <w:r w:rsidR="00A256C2">
              <w:rPr>
                <w:sz w:val="16"/>
                <w:lang w:val="fr-FR"/>
              </w:rPr>
              <w:t xml:space="preserve"> la </w:t>
            </w:r>
            <w:proofErr w:type="spellStart"/>
            <w:r w:rsidR="00A256C2">
              <w:rPr>
                <w:sz w:val="16"/>
                <w:lang w:val="fr-FR"/>
              </w:rPr>
              <w:t>amplasarea</w:t>
            </w:r>
            <w:proofErr w:type="spellEnd"/>
            <w:r w:rsidR="00A256C2">
              <w:rPr>
                <w:sz w:val="16"/>
                <w:lang w:val="fr-FR"/>
              </w:rPr>
              <w:t xml:space="preserve"> </w:t>
            </w:r>
            <w:proofErr w:type="spellStart"/>
            <w:r w:rsidR="00A256C2">
              <w:rPr>
                <w:sz w:val="16"/>
                <w:lang w:val="fr-FR"/>
              </w:rPr>
              <w:t>în</w:t>
            </w:r>
            <w:proofErr w:type="spellEnd"/>
            <w:r w:rsidR="00A256C2">
              <w:rPr>
                <w:sz w:val="16"/>
                <w:lang w:val="fr-FR"/>
              </w:rPr>
              <w:t xml:space="preserve"> zona de </w:t>
            </w:r>
            <w:proofErr w:type="spellStart"/>
            <w:r w:rsidR="00A256C2">
              <w:rPr>
                <w:sz w:val="16"/>
                <w:lang w:val="fr-FR"/>
              </w:rPr>
              <w:t>protecție</w:t>
            </w:r>
            <w:proofErr w:type="spellEnd"/>
            <w:r w:rsidR="00A256C2">
              <w:rPr>
                <w:sz w:val="16"/>
                <w:lang w:val="fr-FR"/>
              </w:rPr>
              <w:t>/</w:t>
            </w:r>
            <w:proofErr w:type="spellStart"/>
            <w:r w:rsidR="00A256C2">
              <w:rPr>
                <w:sz w:val="16"/>
                <w:lang w:val="fr-FR"/>
              </w:rPr>
              <w:t>protejată</w:t>
            </w:r>
            <w:proofErr w:type="spellEnd"/>
            <w:r w:rsidR="00A256C2" w:rsidRPr="00A256C2">
              <w:rPr>
                <w:sz w:val="16"/>
                <w:lang w:val="fr-FR"/>
              </w:rPr>
              <w:t>)</w:t>
            </w:r>
            <w:r w:rsidR="00A256C2">
              <w:rPr>
                <w:sz w:val="16"/>
                <w:lang w:val="fr-FR"/>
              </w:rPr>
              <w:t xml:space="preserve"> </w:t>
            </w:r>
            <w:r w:rsidRPr="00A256C2">
              <w:rPr>
                <w:sz w:val="16"/>
                <w:lang w:val="fr-FR"/>
              </w:rPr>
              <w:t>:</w:t>
            </w:r>
          </w:p>
        </w:tc>
      </w:tr>
      <w:tr w:rsidR="00BD4241" w:rsidRPr="00917520" w14:paraId="16707DF8" w14:textId="77777777">
        <w:trPr>
          <w:cantSplit/>
        </w:trPr>
        <w:tc>
          <w:tcPr>
            <w:tcW w:w="9636" w:type="dxa"/>
          </w:tcPr>
          <w:p w14:paraId="1830A858" w14:textId="6C166497" w:rsidR="00A256C2" w:rsidRDefault="00000000">
            <w:pPr>
              <w:keepNext/>
              <w:rPr>
                <w:sz w:val="16"/>
                <w:lang w:val="fr-FR"/>
              </w:rPr>
            </w:pPr>
            <w:r w:rsidRPr="00A256C2">
              <w:rPr>
                <w:sz w:val="16"/>
                <w:lang w:val="fr-FR"/>
              </w:rPr>
              <w:t xml:space="preserve"> ☐ </w:t>
            </w:r>
            <w:proofErr w:type="spellStart"/>
            <w:r w:rsidRPr="00A256C2">
              <w:rPr>
                <w:sz w:val="16"/>
                <w:lang w:val="fr-FR"/>
              </w:rPr>
              <w:t>în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afara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zonei</w:t>
            </w:r>
            <w:proofErr w:type="spellEnd"/>
            <w:r w:rsidRPr="00A256C2">
              <w:rPr>
                <w:sz w:val="16"/>
                <w:lang w:val="fr-FR"/>
              </w:rPr>
              <w:t xml:space="preserve"> de </w:t>
            </w:r>
            <w:proofErr w:type="spellStart"/>
            <w:r w:rsidRPr="00A256C2">
              <w:rPr>
                <w:sz w:val="16"/>
                <w:lang w:val="fr-FR"/>
              </w:rPr>
              <w:t>protecție</w:t>
            </w:r>
            <w:proofErr w:type="spellEnd"/>
            <w:r w:rsidRPr="00A256C2">
              <w:rPr>
                <w:sz w:val="16"/>
                <w:lang w:val="fr-FR"/>
              </w:rPr>
              <w:t xml:space="preserve"> a </w:t>
            </w:r>
            <w:proofErr w:type="spellStart"/>
            <w:r w:rsidRPr="00A256C2">
              <w:rPr>
                <w:sz w:val="16"/>
                <w:lang w:val="fr-FR"/>
              </w:rPr>
              <w:t>monumentelor</w:t>
            </w:r>
            <w:proofErr w:type="spellEnd"/>
            <w:r w:rsidRPr="00A256C2">
              <w:rPr>
                <w:sz w:val="16"/>
                <w:lang w:val="fr-FR"/>
              </w:rPr>
              <w:t xml:space="preserve">     ☐ </w:t>
            </w:r>
            <w:proofErr w:type="spellStart"/>
            <w:r w:rsidRPr="00A256C2">
              <w:rPr>
                <w:sz w:val="16"/>
                <w:lang w:val="fr-FR"/>
              </w:rPr>
              <w:t>în</w:t>
            </w:r>
            <w:proofErr w:type="spellEnd"/>
            <w:r w:rsidRPr="00A256C2">
              <w:rPr>
                <w:sz w:val="16"/>
                <w:lang w:val="fr-FR"/>
              </w:rPr>
              <w:t xml:space="preserve"> zona de </w:t>
            </w:r>
            <w:proofErr w:type="spellStart"/>
            <w:r w:rsidRPr="00A256C2">
              <w:rPr>
                <w:sz w:val="16"/>
                <w:lang w:val="fr-FR"/>
              </w:rPr>
              <w:t>protecție</w:t>
            </w:r>
            <w:proofErr w:type="spellEnd"/>
            <w:r w:rsidRPr="00A256C2">
              <w:rPr>
                <w:sz w:val="16"/>
                <w:lang w:val="fr-FR"/>
              </w:rPr>
              <w:t xml:space="preserve"> a </w:t>
            </w:r>
            <w:proofErr w:type="spellStart"/>
            <w:r w:rsidRPr="00A256C2">
              <w:rPr>
                <w:sz w:val="16"/>
                <w:lang w:val="fr-FR"/>
              </w:rPr>
              <w:t>monumentelor</w:t>
            </w:r>
            <w:proofErr w:type="spellEnd"/>
            <w:r w:rsidRPr="00A256C2">
              <w:rPr>
                <w:sz w:val="16"/>
                <w:lang w:val="fr-FR"/>
              </w:rPr>
              <w:t xml:space="preserve">     ☐ </w:t>
            </w:r>
            <w:proofErr w:type="spellStart"/>
            <w:r w:rsidRPr="00A256C2">
              <w:rPr>
                <w:sz w:val="16"/>
                <w:lang w:val="fr-FR"/>
              </w:rPr>
              <w:t>în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afara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zonelor</w:t>
            </w:r>
            <w:proofErr w:type="spellEnd"/>
            <w:r w:rsidRPr="00A256C2">
              <w:rPr>
                <w:sz w:val="16"/>
                <w:lang w:val="fr-FR"/>
              </w:rPr>
              <w:t xml:space="preserve"> construite </w:t>
            </w:r>
            <w:proofErr w:type="spellStart"/>
            <w:r w:rsidRPr="00A256C2">
              <w:rPr>
                <w:sz w:val="16"/>
                <w:lang w:val="fr-FR"/>
              </w:rPr>
              <w:t>protejate</w:t>
            </w:r>
            <w:proofErr w:type="spellEnd"/>
            <w:r w:rsidRPr="00A256C2">
              <w:rPr>
                <w:sz w:val="16"/>
                <w:lang w:val="fr-FR"/>
              </w:rPr>
              <w:t xml:space="preserve">     </w:t>
            </w:r>
          </w:p>
          <w:p w14:paraId="7336BFFF" w14:textId="18BC78A2" w:rsidR="00BD4241" w:rsidRPr="00A256C2" w:rsidRDefault="00A256C2">
            <w:pPr>
              <w:keepNext/>
              <w:rPr>
                <w:lang w:val="fr-FR"/>
              </w:rPr>
            </w:pPr>
            <w:r>
              <w:rPr>
                <w:sz w:val="16"/>
                <w:lang w:val="fr-FR"/>
              </w:rPr>
              <w:t xml:space="preserve"> </w:t>
            </w:r>
            <w:r w:rsidRPr="00A256C2">
              <w:rPr>
                <w:sz w:val="16"/>
                <w:lang w:val="fr-FR"/>
              </w:rPr>
              <w:t xml:space="preserve">☐ </w:t>
            </w:r>
            <w:proofErr w:type="spellStart"/>
            <w:r w:rsidRPr="00A256C2">
              <w:rPr>
                <w:sz w:val="16"/>
                <w:lang w:val="fr-FR"/>
              </w:rPr>
              <w:t>în</w:t>
            </w:r>
            <w:proofErr w:type="spellEnd"/>
            <w:r w:rsidRPr="00A256C2">
              <w:rPr>
                <w:sz w:val="16"/>
                <w:lang w:val="fr-FR"/>
              </w:rPr>
              <w:t xml:space="preserve"> zone construite </w:t>
            </w:r>
            <w:proofErr w:type="spellStart"/>
            <w:r w:rsidRPr="00A256C2">
              <w:rPr>
                <w:sz w:val="16"/>
                <w:lang w:val="fr-FR"/>
              </w:rPr>
              <w:t>protejate</w:t>
            </w:r>
            <w:proofErr w:type="spellEnd"/>
            <w:r>
              <w:rPr>
                <w:sz w:val="16"/>
                <w:lang w:val="fr-FR"/>
              </w:rPr>
              <w:t xml:space="preserve">                              </w:t>
            </w:r>
            <w:r w:rsidRPr="00A256C2">
              <w:rPr>
                <w:rFonts w:ascii="Segoe UI Symbol" w:hAnsi="Segoe UI Symbol" w:cs="Segoe UI Symbol"/>
                <w:sz w:val="16"/>
                <w:lang w:val="fr-FR"/>
              </w:rPr>
              <w:t>☐</w:t>
            </w:r>
            <w:r w:rsidRPr="00A256C2">
              <w:rPr>
                <w:sz w:val="16"/>
                <w:lang w:val="fr-FR"/>
              </w:rPr>
              <w:t xml:space="preserve"> </w:t>
            </w:r>
            <w:r>
              <w:rPr>
                <w:sz w:val="16"/>
                <w:lang w:val="fr-FR"/>
              </w:rPr>
              <w:t xml:space="preserve">nu </w:t>
            </w:r>
            <w:proofErr w:type="spellStart"/>
            <w:r>
              <w:rPr>
                <w:sz w:val="16"/>
                <w:lang w:val="fr-FR"/>
              </w:rPr>
              <w:t>sunt</w:t>
            </w:r>
            <w:proofErr w:type="spellEnd"/>
            <w:r>
              <w:rPr>
                <w:sz w:val="16"/>
                <w:lang w:val="fr-FR"/>
              </w:rPr>
              <w:t xml:space="preserve"> </w:t>
            </w:r>
            <w:proofErr w:type="spellStart"/>
            <w:r>
              <w:rPr>
                <w:sz w:val="16"/>
                <w:lang w:val="fr-FR"/>
              </w:rPr>
              <w:t>cunoscute</w:t>
            </w:r>
            <w:proofErr w:type="spellEnd"/>
            <w:r>
              <w:rPr>
                <w:sz w:val="16"/>
                <w:lang w:val="fr-FR"/>
              </w:rPr>
              <w:t xml:space="preserve"> </w:t>
            </w:r>
            <w:proofErr w:type="spellStart"/>
            <w:r>
              <w:rPr>
                <w:sz w:val="16"/>
                <w:lang w:val="fr-FR"/>
              </w:rPr>
              <w:t>solicitantului</w:t>
            </w:r>
            <w:proofErr w:type="spellEnd"/>
            <w:r>
              <w:rPr>
                <w:sz w:val="16"/>
                <w:lang w:val="fr-FR"/>
              </w:rPr>
              <w:t xml:space="preserve"> </w:t>
            </w:r>
            <w:proofErr w:type="spellStart"/>
            <w:r>
              <w:rPr>
                <w:sz w:val="16"/>
                <w:lang w:val="fr-FR"/>
              </w:rPr>
              <w:t>astfel</w:t>
            </w:r>
            <w:proofErr w:type="spellEnd"/>
            <w:r>
              <w:rPr>
                <w:sz w:val="16"/>
                <w:lang w:val="fr-FR"/>
              </w:rPr>
              <w:t xml:space="preserve"> de </w:t>
            </w:r>
            <w:proofErr w:type="spellStart"/>
            <w:r>
              <w:rPr>
                <w:sz w:val="16"/>
                <w:lang w:val="fr-FR"/>
              </w:rPr>
              <w:t>informații</w:t>
            </w:r>
            <w:proofErr w:type="spellEnd"/>
            <w:r w:rsidRPr="00A256C2">
              <w:rPr>
                <w:sz w:val="16"/>
                <w:lang w:val="fr-FR"/>
              </w:rPr>
              <w:t xml:space="preserve">     </w:t>
            </w:r>
          </w:p>
        </w:tc>
      </w:tr>
      <w:tr w:rsidR="00BD4241" w:rsidRPr="00917520" w14:paraId="53A5BE4F" w14:textId="77777777">
        <w:trPr>
          <w:cantSplit/>
        </w:trPr>
        <w:tc>
          <w:tcPr>
            <w:tcW w:w="9636" w:type="dxa"/>
            <w:shd w:val="clear" w:color="auto" w:fill="F4F4F4"/>
          </w:tcPr>
          <w:p w14:paraId="751C5C80" w14:textId="05C93D1A" w:rsidR="00917520" w:rsidRDefault="00000000">
            <w:pPr>
              <w:keepNext/>
              <w:rPr>
                <w:b/>
                <w:bCs/>
                <w:sz w:val="16"/>
                <w:lang w:val="fr-FR"/>
              </w:rPr>
            </w:pPr>
            <w:r w:rsidRPr="00917520">
              <w:rPr>
                <w:b/>
                <w:bCs/>
                <w:sz w:val="16"/>
                <w:lang w:val="fr-FR"/>
              </w:rPr>
              <w:t xml:space="preserve"> B</w:t>
            </w:r>
            <w:r w:rsidR="00917520">
              <w:rPr>
                <w:b/>
                <w:bCs/>
                <w:sz w:val="16"/>
                <w:lang w:val="fr-FR"/>
              </w:rPr>
              <w:t>.</w:t>
            </w:r>
            <w:r w:rsidRPr="00917520">
              <w:rPr>
                <w:b/>
                <w:bCs/>
                <w:sz w:val="16"/>
                <w:lang w:val="fr-FR"/>
              </w:rPr>
              <w:t xml:space="preserve"> ·</w:t>
            </w:r>
            <w:proofErr w:type="spellStart"/>
            <w:r w:rsidRPr="00917520">
              <w:rPr>
                <w:b/>
                <w:bCs/>
                <w:sz w:val="16"/>
                <w:lang w:val="fr-FR"/>
              </w:rPr>
              <w:t>Intervenții</w:t>
            </w:r>
            <w:proofErr w:type="spellEnd"/>
            <w:r w:rsidRPr="00917520">
              <w:rPr>
                <w:b/>
                <w:bCs/>
                <w:sz w:val="16"/>
                <w:lang w:val="fr-FR"/>
              </w:rPr>
              <w:t xml:space="preserve"> </w:t>
            </w:r>
            <w:proofErr w:type="spellStart"/>
            <w:r w:rsidRPr="00917520">
              <w:rPr>
                <w:b/>
                <w:bCs/>
                <w:sz w:val="16"/>
                <w:lang w:val="fr-FR"/>
              </w:rPr>
              <w:t>asupra</w:t>
            </w:r>
            <w:proofErr w:type="spellEnd"/>
            <w:r w:rsidRPr="00917520">
              <w:rPr>
                <w:b/>
                <w:bCs/>
                <w:sz w:val="16"/>
                <w:lang w:val="fr-FR"/>
              </w:rPr>
              <w:t xml:space="preserve"> </w:t>
            </w:r>
            <w:proofErr w:type="spellStart"/>
            <w:r w:rsidRPr="00917520">
              <w:rPr>
                <w:b/>
                <w:bCs/>
                <w:sz w:val="16"/>
                <w:lang w:val="fr-FR"/>
              </w:rPr>
              <w:t>construcțiilor</w:t>
            </w:r>
            <w:proofErr w:type="spellEnd"/>
            <w:r w:rsidRPr="00917520">
              <w:rPr>
                <w:b/>
                <w:bCs/>
                <w:sz w:val="16"/>
                <w:lang w:val="fr-FR"/>
              </w:rPr>
              <w:t xml:space="preserve"> </w:t>
            </w:r>
            <w:proofErr w:type="spellStart"/>
            <w:r w:rsidRPr="00917520">
              <w:rPr>
                <w:b/>
                <w:bCs/>
                <w:sz w:val="16"/>
                <w:lang w:val="fr-FR"/>
              </w:rPr>
              <w:t>existente</w:t>
            </w:r>
            <w:proofErr w:type="spellEnd"/>
            <w:r w:rsidR="00917520" w:rsidRPr="00917520">
              <w:rPr>
                <w:b/>
                <w:bCs/>
                <w:sz w:val="16"/>
                <w:lang w:val="fr-FR"/>
              </w:rPr>
              <w:t xml:space="preserve"> </w:t>
            </w:r>
            <w:proofErr w:type="spellStart"/>
            <w:r w:rsidR="00917520">
              <w:rPr>
                <w:b/>
                <w:bCs/>
                <w:sz w:val="16"/>
                <w:lang w:val="fr-FR"/>
              </w:rPr>
              <w:t>realizate</w:t>
            </w:r>
            <w:proofErr w:type="spellEnd"/>
            <w:r w:rsidR="00917520">
              <w:rPr>
                <w:b/>
                <w:bCs/>
                <w:sz w:val="16"/>
                <w:lang w:val="fr-FR"/>
              </w:rPr>
              <w:t xml:space="preserve"> : </w:t>
            </w:r>
          </w:p>
          <w:p w14:paraId="749D5A7F" w14:textId="7913D592" w:rsidR="00BD4241" w:rsidRPr="00917520" w:rsidRDefault="00917520">
            <w:pPr>
              <w:keepNext/>
              <w:rPr>
                <w:b/>
                <w:bCs/>
                <w:lang w:val="fr-FR"/>
              </w:rPr>
            </w:pPr>
            <w:r>
              <w:rPr>
                <w:sz w:val="16"/>
                <w:lang w:val="fr-FR"/>
              </w:rPr>
              <w:t xml:space="preserve"> </w:t>
            </w:r>
            <w:r w:rsidRPr="00A256C2">
              <w:rPr>
                <w:sz w:val="16"/>
                <w:lang w:val="fr-FR"/>
              </w:rPr>
              <w:t>☐</w:t>
            </w:r>
            <w:r>
              <w:rPr>
                <w:sz w:val="16"/>
                <w:lang w:val="fr-FR"/>
              </w:rPr>
              <w:t xml:space="preserve"> </w:t>
            </w:r>
            <w:r w:rsidRPr="00917520">
              <w:rPr>
                <w:b/>
                <w:bCs/>
                <w:sz w:val="16"/>
                <w:lang w:val="fr-FR"/>
              </w:rPr>
              <w:t xml:space="preserve">B.1. </w:t>
            </w:r>
            <w:proofErr w:type="gramStart"/>
            <w:r w:rsidRPr="00917520">
              <w:rPr>
                <w:b/>
                <w:bCs/>
                <w:sz w:val="16"/>
                <w:lang w:val="fr-FR"/>
              </w:rPr>
              <w:t>la</w:t>
            </w:r>
            <w:proofErr w:type="gramEnd"/>
            <w:r w:rsidRPr="00917520">
              <w:rPr>
                <w:b/>
                <w:bCs/>
                <w:sz w:val="16"/>
                <w:lang w:val="fr-FR"/>
              </w:rPr>
              <w:t xml:space="preserve"> </w:t>
            </w:r>
            <w:proofErr w:type="spellStart"/>
            <w:r w:rsidRPr="00917520">
              <w:rPr>
                <w:b/>
                <w:bCs/>
                <w:sz w:val="16"/>
                <w:lang w:val="fr-FR"/>
              </w:rPr>
              <w:t>alte</w:t>
            </w:r>
            <w:proofErr w:type="spellEnd"/>
            <w:r w:rsidRPr="00917520">
              <w:rPr>
                <w:b/>
                <w:bCs/>
                <w:sz w:val="16"/>
                <w:lang w:val="fr-FR"/>
              </w:rPr>
              <w:t xml:space="preserve"> </w:t>
            </w:r>
            <w:proofErr w:type="spellStart"/>
            <w:r w:rsidRPr="00917520">
              <w:rPr>
                <w:b/>
                <w:bCs/>
                <w:sz w:val="16"/>
                <w:lang w:val="fr-FR"/>
              </w:rPr>
              <w:t>clădiri</w:t>
            </w:r>
            <w:proofErr w:type="spellEnd"/>
            <w:r w:rsidRPr="00917520">
              <w:rPr>
                <w:b/>
                <w:bCs/>
                <w:sz w:val="16"/>
                <w:lang w:val="fr-FR"/>
              </w:rPr>
              <w:t xml:space="preserve"> </w:t>
            </w:r>
            <w:proofErr w:type="spellStart"/>
            <w:r w:rsidRPr="00917520">
              <w:rPr>
                <w:b/>
                <w:bCs/>
                <w:sz w:val="16"/>
                <w:lang w:val="fr-FR"/>
              </w:rPr>
              <w:t>decât</w:t>
            </w:r>
            <w:proofErr w:type="spellEnd"/>
            <w:r w:rsidRPr="00917520">
              <w:rPr>
                <w:b/>
                <w:bCs/>
                <w:sz w:val="16"/>
                <w:lang w:val="fr-FR"/>
              </w:rPr>
              <w:t xml:space="preserve"> </w:t>
            </w:r>
            <w:proofErr w:type="spellStart"/>
            <w:r w:rsidRPr="00917520">
              <w:rPr>
                <w:b/>
                <w:bCs/>
                <w:sz w:val="16"/>
                <w:lang w:val="fr-FR"/>
              </w:rPr>
              <w:t>cele</w:t>
            </w:r>
            <w:proofErr w:type="spellEnd"/>
            <w:r w:rsidRPr="00917520">
              <w:rPr>
                <w:b/>
                <w:bCs/>
                <w:sz w:val="16"/>
                <w:lang w:val="fr-FR"/>
              </w:rPr>
              <w:t xml:space="preserve"> </w:t>
            </w:r>
            <w:proofErr w:type="spellStart"/>
            <w:r w:rsidRPr="00917520">
              <w:rPr>
                <w:b/>
                <w:bCs/>
                <w:sz w:val="16"/>
                <w:lang w:val="fr-FR"/>
              </w:rPr>
              <w:t>prevăzute</w:t>
            </w:r>
            <w:proofErr w:type="spellEnd"/>
            <w:r w:rsidRPr="00917520">
              <w:rPr>
                <w:b/>
                <w:bCs/>
                <w:sz w:val="16"/>
                <w:lang w:val="fr-FR"/>
              </w:rPr>
              <w:t xml:space="preserve"> la lit. B.2) </w:t>
            </w:r>
            <w:proofErr w:type="spellStart"/>
            <w:r w:rsidRPr="00917520">
              <w:rPr>
                <w:b/>
                <w:bCs/>
                <w:sz w:val="16"/>
                <w:lang w:val="fr-FR"/>
              </w:rPr>
              <w:t>și</w:t>
            </w:r>
            <w:proofErr w:type="spellEnd"/>
            <w:r w:rsidRPr="00917520">
              <w:rPr>
                <w:b/>
                <w:bCs/>
                <w:sz w:val="16"/>
                <w:lang w:val="fr-FR"/>
              </w:rPr>
              <w:t xml:space="preserve"> B.3)</w:t>
            </w:r>
          </w:p>
        </w:tc>
      </w:tr>
      <w:tr w:rsidR="00BD4241" w14:paraId="68DB9200" w14:textId="77777777">
        <w:trPr>
          <w:cantSplit/>
        </w:trPr>
        <w:tc>
          <w:tcPr>
            <w:tcW w:w="9636" w:type="dxa"/>
            <w:shd w:val="clear" w:color="auto" w:fill="F4F4F4"/>
          </w:tcPr>
          <w:p w14:paraId="43929143" w14:textId="09946C98" w:rsidR="00BD4241" w:rsidRPr="00917520" w:rsidRDefault="00000000">
            <w:pPr>
              <w:keepNext/>
              <w:rPr>
                <w:b/>
                <w:bCs/>
                <w:sz w:val="16"/>
              </w:rPr>
            </w:pPr>
            <w:r>
              <w:rPr>
                <w:sz w:val="16"/>
              </w:rPr>
              <w:t xml:space="preserve"> </w:t>
            </w:r>
            <w:r w:rsidR="00917520" w:rsidRPr="00A256C2">
              <w:rPr>
                <w:sz w:val="16"/>
                <w:lang w:val="fr-FR"/>
              </w:rPr>
              <w:t>☐</w:t>
            </w:r>
            <w:r w:rsidR="00917520">
              <w:rPr>
                <w:sz w:val="16"/>
                <w:lang w:val="fr-FR"/>
              </w:rPr>
              <w:t xml:space="preserve"> </w:t>
            </w:r>
            <w:proofErr w:type="gramStart"/>
            <w:r w:rsidRPr="00917520">
              <w:rPr>
                <w:b/>
                <w:bCs/>
                <w:sz w:val="16"/>
              </w:rPr>
              <w:t xml:space="preserve">B.2 </w:t>
            </w:r>
            <w:r w:rsidR="00917520">
              <w:rPr>
                <w:b/>
                <w:bCs/>
                <w:sz w:val="16"/>
              </w:rPr>
              <w:t>.</w:t>
            </w:r>
            <w:proofErr w:type="gramEnd"/>
            <w:r w:rsidRPr="00917520">
              <w:rPr>
                <w:b/>
                <w:bCs/>
                <w:sz w:val="16"/>
              </w:rPr>
              <w:t>·l</w:t>
            </w:r>
            <w:r w:rsidR="00917520" w:rsidRPr="00917520">
              <w:rPr>
                <w:b/>
                <w:bCs/>
                <w:sz w:val="16"/>
              </w:rPr>
              <w:t xml:space="preserve">a </w:t>
            </w:r>
            <w:proofErr w:type="spellStart"/>
            <w:proofErr w:type="gramStart"/>
            <w:r w:rsidR="00917520" w:rsidRPr="00917520">
              <w:rPr>
                <w:b/>
                <w:bCs/>
                <w:sz w:val="16"/>
              </w:rPr>
              <w:t>construcții</w:t>
            </w:r>
            <w:proofErr w:type="spellEnd"/>
            <w:r w:rsidRPr="00917520">
              <w:rPr>
                <w:b/>
                <w:bCs/>
                <w:sz w:val="16"/>
              </w:rPr>
              <w:t>:</w:t>
            </w:r>
            <w:proofErr w:type="gramEnd"/>
          </w:p>
        </w:tc>
      </w:tr>
      <w:tr w:rsidR="00BD4241" w14:paraId="38C10CCA" w14:textId="77777777">
        <w:trPr>
          <w:cantSplit/>
        </w:trPr>
        <w:tc>
          <w:tcPr>
            <w:tcW w:w="9636" w:type="dxa"/>
          </w:tcPr>
          <w:p w14:paraId="4A7D01F6" w14:textId="75013ED7" w:rsidR="00BD4241" w:rsidRDefault="00000000">
            <w:pPr>
              <w:keepNext/>
            </w:pPr>
            <w:r>
              <w:rPr>
                <w:sz w:val="16"/>
              </w:rPr>
              <w:t xml:space="preserve">☐ monument </w:t>
            </w:r>
            <w:proofErr w:type="spellStart"/>
            <w:r>
              <w:rPr>
                <w:sz w:val="16"/>
              </w:rPr>
              <w:t>istoric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stabilite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potrivit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Legii</w:t>
            </w:r>
            <w:proofErr w:type="spellEnd"/>
            <w:r>
              <w:rPr>
                <w:sz w:val="16"/>
              </w:rPr>
              <w:t xml:space="preserve"> nr. 422/2001 </w:t>
            </w:r>
            <w:proofErr w:type="spellStart"/>
            <w:r>
              <w:rPr>
                <w:sz w:val="16"/>
              </w:rPr>
              <w:t>privind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protejarea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monumentelor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istorice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republicată</w:t>
            </w:r>
            <w:proofErr w:type="spellEnd"/>
            <w:r>
              <w:rPr>
                <w:sz w:val="16"/>
              </w:rPr>
              <w:t xml:space="preserve">, cu </w:t>
            </w:r>
            <w:proofErr w:type="spellStart"/>
            <w:r>
              <w:rPr>
                <w:sz w:val="16"/>
              </w:rPr>
              <w:t>modificările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și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completările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ulterioare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inclusiv</w:t>
            </w:r>
            <w:proofErr w:type="spellEnd"/>
            <w:r>
              <w:rPr>
                <w:sz w:val="16"/>
              </w:rPr>
              <w:t xml:space="preserve"> la </w:t>
            </w:r>
            <w:proofErr w:type="spellStart"/>
            <w:r>
              <w:rPr>
                <w:sz w:val="16"/>
              </w:rPr>
              <w:t>anexele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acestora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identificate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în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același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imobil</w:t>
            </w:r>
            <w:proofErr w:type="spellEnd"/>
            <w:r>
              <w:rPr>
                <w:sz w:val="16"/>
              </w:rPr>
              <w:t xml:space="preserve"> (</w:t>
            </w:r>
            <w:proofErr w:type="spellStart"/>
            <w:r>
              <w:rPr>
                <w:sz w:val="16"/>
              </w:rPr>
              <w:t>teren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și</w:t>
            </w:r>
            <w:proofErr w:type="spellEnd"/>
            <w:r>
              <w:rPr>
                <w:sz w:val="16"/>
              </w:rPr>
              <w:t>/</w:t>
            </w:r>
            <w:proofErr w:type="spellStart"/>
            <w:r>
              <w:rPr>
                <w:sz w:val="16"/>
              </w:rPr>
              <w:t>sau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construcții</w:t>
            </w:r>
            <w:proofErr w:type="spellEnd"/>
            <w:r>
              <w:rPr>
                <w:sz w:val="16"/>
              </w:rPr>
              <w:t>)</w:t>
            </w:r>
          </w:p>
        </w:tc>
      </w:tr>
      <w:tr w:rsidR="00BD4241" w14:paraId="68A8984F" w14:textId="77777777">
        <w:trPr>
          <w:cantSplit/>
        </w:trPr>
        <w:tc>
          <w:tcPr>
            <w:tcW w:w="9636" w:type="dxa"/>
          </w:tcPr>
          <w:p w14:paraId="611473BA" w14:textId="6A0B37E4" w:rsidR="00BD4241" w:rsidRDefault="00000000">
            <w:pPr>
              <w:keepNext/>
            </w:pPr>
            <w:r>
              <w:rPr>
                <w:sz w:val="16"/>
              </w:rPr>
              <w:t xml:space="preserve">☐ </w:t>
            </w:r>
            <w:proofErr w:type="spellStart"/>
            <w:r>
              <w:rPr>
                <w:sz w:val="16"/>
              </w:rPr>
              <w:t>aflate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în</w:t>
            </w:r>
            <w:proofErr w:type="spellEnd"/>
            <w:r>
              <w:rPr>
                <w:sz w:val="16"/>
              </w:rPr>
              <w:t xml:space="preserve"> zona de </w:t>
            </w:r>
            <w:proofErr w:type="spellStart"/>
            <w:r>
              <w:rPr>
                <w:sz w:val="16"/>
              </w:rPr>
              <w:t>protecție</w:t>
            </w:r>
            <w:proofErr w:type="spellEnd"/>
            <w:r>
              <w:rPr>
                <w:sz w:val="16"/>
              </w:rPr>
              <w:t xml:space="preserve"> a </w:t>
            </w:r>
            <w:proofErr w:type="spellStart"/>
            <w:r>
              <w:rPr>
                <w:sz w:val="16"/>
              </w:rPr>
              <w:t>monumentelor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istorice</w:t>
            </w:r>
            <w:proofErr w:type="spellEnd"/>
          </w:p>
        </w:tc>
      </w:tr>
      <w:tr w:rsidR="00BD4241" w:rsidRPr="00917520" w14:paraId="2E03D770" w14:textId="77777777">
        <w:trPr>
          <w:cantSplit/>
        </w:trPr>
        <w:tc>
          <w:tcPr>
            <w:tcW w:w="9636" w:type="dxa"/>
          </w:tcPr>
          <w:p w14:paraId="26E80490" w14:textId="059D6448" w:rsidR="00BD4241" w:rsidRPr="00A256C2" w:rsidRDefault="00000000">
            <w:pPr>
              <w:keepNext/>
              <w:rPr>
                <w:lang w:val="fr-FR"/>
              </w:rPr>
            </w:pPr>
            <w:r w:rsidRPr="00A256C2">
              <w:rPr>
                <w:sz w:val="16"/>
                <w:lang w:val="fr-FR"/>
              </w:rPr>
              <w:t xml:space="preserve">☐ </w:t>
            </w:r>
            <w:proofErr w:type="spellStart"/>
            <w:r w:rsidRPr="00A256C2">
              <w:rPr>
                <w:sz w:val="16"/>
                <w:lang w:val="fr-FR"/>
              </w:rPr>
              <w:t>aflate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în</w:t>
            </w:r>
            <w:proofErr w:type="spellEnd"/>
            <w:r w:rsidRPr="00A256C2">
              <w:rPr>
                <w:sz w:val="16"/>
                <w:lang w:val="fr-FR"/>
              </w:rPr>
              <w:t xml:space="preserve"> zone construite </w:t>
            </w:r>
            <w:proofErr w:type="spellStart"/>
            <w:r w:rsidRPr="00A256C2">
              <w:rPr>
                <w:sz w:val="16"/>
                <w:lang w:val="fr-FR"/>
              </w:rPr>
              <w:t>protejate</w:t>
            </w:r>
            <w:proofErr w:type="spellEnd"/>
            <w:r w:rsidRPr="00A256C2">
              <w:rPr>
                <w:sz w:val="16"/>
                <w:lang w:val="fr-FR"/>
              </w:rPr>
              <w:t xml:space="preserve">, </w:t>
            </w:r>
            <w:proofErr w:type="spellStart"/>
            <w:r w:rsidRPr="00A256C2">
              <w:rPr>
                <w:sz w:val="16"/>
                <w:lang w:val="fr-FR"/>
              </w:rPr>
              <w:t>stabilite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potrivit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legii</w:t>
            </w:r>
            <w:proofErr w:type="spellEnd"/>
          </w:p>
        </w:tc>
      </w:tr>
      <w:tr w:rsidR="00BD4241" w:rsidRPr="00917520" w14:paraId="399BC221" w14:textId="77777777">
        <w:trPr>
          <w:cantSplit/>
        </w:trPr>
        <w:tc>
          <w:tcPr>
            <w:tcW w:w="9636" w:type="dxa"/>
          </w:tcPr>
          <w:p w14:paraId="646CB655" w14:textId="3A8D83ED" w:rsidR="00BD4241" w:rsidRPr="00A256C2" w:rsidRDefault="00000000">
            <w:pPr>
              <w:keepNext/>
              <w:rPr>
                <w:lang w:val="fr-FR"/>
              </w:rPr>
            </w:pPr>
            <w:r w:rsidRPr="00A256C2">
              <w:rPr>
                <w:sz w:val="16"/>
                <w:lang w:val="fr-FR"/>
              </w:rPr>
              <w:t xml:space="preserve">☐ </w:t>
            </w:r>
            <w:proofErr w:type="spellStart"/>
            <w:r w:rsidRPr="00A256C2">
              <w:rPr>
                <w:sz w:val="16"/>
                <w:lang w:val="fr-FR"/>
              </w:rPr>
              <w:t>cu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valoare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arhitecturală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sau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istorică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deosebită</w:t>
            </w:r>
            <w:proofErr w:type="spellEnd"/>
            <w:r w:rsidRPr="00A256C2">
              <w:rPr>
                <w:sz w:val="16"/>
                <w:lang w:val="fr-FR"/>
              </w:rPr>
              <w:t xml:space="preserve">, </w:t>
            </w:r>
            <w:proofErr w:type="spellStart"/>
            <w:r w:rsidRPr="00A256C2">
              <w:rPr>
                <w:sz w:val="16"/>
                <w:lang w:val="fr-FR"/>
              </w:rPr>
              <w:t>stabilite</w:t>
            </w:r>
            <w:proofErr w:type="spellEnd"/>
            <w:r w:rsidRPr="00A256C2">
              <w:rPr>
                <w:sz w:val="16"/>
                <w:lang w:val="fr-FR"/>
              </w:rPr>
              <w:t xml:space="preserve"> prin </w:t>
            </w:r>
            <w:proofErr w:type="spellStart"/>
            <w:r w:rsidRPr="00A256C2">
              <w:rPr>
                <w:sz w:val="16"/>
                <w:lang w:val="fr-FR"/>
              </w:rPr>
              <w:t>documentații</w:t>
            </w:r>
            <w:proofErr w:type="spellEnd"/>
            <w:r w:rsidRPr="00A256C2">
              <w:rPr>
                <w:sz w:val="16"/>
                <w:lang w:val="fr-FR"/>
              </w:rPr>
              <w:t xml:space="preserve"> de </w:t>
            </w:r>
            <w:proofErr w:type="spellStart"/>
            <w:r w:rsidRPr="00A256C2">
              <w:rPr>
                <w:sz w:val="16"/>
                <w:lang w:val="fr-FR"/>
              </w:rPr>
              <w:t>urbanism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aprobate</w:t>
            </w:r>
            <w:proofErr w:type="spellEnd"/>
          </w:p>
        </w:tc>
      </w:tr>
      <w:tr w:rsidR="00BD4241" w:rsidRPr="00917520" w14:paraId="0E0553C6" w14:textId="77777777">
        <w:trPr>
          <w:cantSplit/>
        </w:trPr>
        <w:tc>
          <w:tcPr>
            <w:tcW w:w="9636" w:type="dxa"/>
            <w:shd w:val="clear" w:color="auto" w:fill="F4F4F4"/>
          </w:tcPr>
          <w:p w14:paraId="2773515E" w14:textId="1E16CC47" w:rsidR="00BD4241" w:rsidRPr="00917520" w:rsidRDefault="00917520">
            <w:pPr>
              <w:keepNext/>
              <w:rPr>
                <w:lang w:val="fr-FR"/>
              </w:rPr>
            </w:pPr>
            <w:proofErr w:type="gramStart"/>
            <w:r w:rsidRPr="00917520">
              <w:rPr>
                <w:b/>
                <w:bCs/>
                <w:sz w:val="16"/>
                <w:lang w:val="fr-FR"/>
              </w:rPr>
              <w:t>☐  B.3</w:t>
            </w:r>
            <w:proofErr w:type="gramEnd"/>
            <w:r w:rsidRPr="00917520">
              <w:rPr>
                <w:b/>
                <w:bCs/>
                <w:sz w:val="16"/>
                <w:lang w:val="fr-FR"/>
              </w:rPr>
              <w:t xml:space="preserve"> · la </w:t>
            </w:r>
            <w:proofErr w:type="spellStart"/>
            <w:r w:rsidRPr="00917520">
              <w:rPr>
                <w:b/>
                <w:bCs/>
                <w:sz w:val="16"/>
                <w:lang w:val="fr-FR"/>
              </w:rPr>
              <w:t>clădiri</w:t>
            </w:r>
            <w:proofErr w:type="spellEnd"/>
            <w:r w:rsidRPr="00917520">
              <w:rPr>
                <w:b/>
                <w:bCs/>
                <w:sz w:val="16"/>
                <w:lang w:val="fr-FR"/>
              </w:rPr>
              <w:t xml:space="preserve"> / </w:t>
            </w:r>
            <w:proofErr w:type="spellStart"/>
            <w:r w:rsidRPr="00917520">
              <w:rPr>
                <w:b/>
                <w:bCs/>
                <w:sz w:val="16"/>
                <w:lang w:val="fr-FR"/>
              </w:rPr>
              <w:t>construcții</w:t>
            </w:r>
            <w:proofErr w:type="spellEnd"/>
            <w:r w:rsidRPr="00917520">
              <w:rPr>
                <w:b/>
                <w:bCs/>
                <w:sz w:val="16"/>
                <w:lang w:val="fr-FR"/>
              </w:rPr>
              <w:t xml:space="preserve"> </w:t>
            </w:r>
            <w:proofErr w:type="spellStart"/>
            <w:r w:rsidRPr="00917520">
              <w:rPr>
                <w:b/>
                <w:bCs/>
                <w:sz w:val="16"/>
                <w:lang w:val="fr-FR"/>
              </w:rPr>
              <w:t>cu</w:t>
            </w:r>
            <w:proofErr w:type="spellEnd"/>
            <w:r w:rsidRPr="00917520">
              <w:rPr>
                <w:b/>
                <w:bCs/>
                <w:sz w:val="16"/>
                <w:lang w:val="fr-FR"/>
              </w:rPr>
              <w:t xml:space="preserve"> </w:t>
            </w:r>
            <w:proofErr w:type="spellStart"/>
            <w:r w:rsidRPr="00917520">
              <w:rPr>
                <w:b/>
                <w:bCs/>
                <w:sz w:val="16"/>
                <w:lang w:val="fr-FR"/>
              </w:rPr>
              <w:t>caracter</w:t>
            </w:r>
            <w:proofErr w:type="spellEnd"/>
            <w:r w:rsidRPr="00917520">
              <w:rPr>
                <w:b/>
                <w:bCs/>
                <w:sz w:val="16"/>
                <w:lang w:val="fr-FR"/>
              </w:rPr>
              <w:t xml:space="preserve"> </w:t>
            </w:r>
            <w:proofErr w:type="spellStart"/>
            <w:r w:rsidRPr="00917520">
              <w:rPr>
                <w:b/>
                <w:bCs/>
                <w:sz w:val="16"/>
                <w:lang w:val="fr-FR"/>
              </w:rPr>
              <w:t>special</w:t>
            </w:r>
            <w:proofErr w:type="spellEnd"/>
            <w:r w:rsidRPr="00917520">
              <w:rPr>
                <w:sz w:val="16"/>
                <w:lang w:val="fr-FR"/>
              </w:rPr>
              <w:t xml:space="preserve"> </w:t>
            </w:r>
            <w:r>
              <w:rPr>
                <w:sz w:val="16"/>
                <w:lang w:val="fr-FR"/>
              </w:rPr>
              <w:t xml:space="preserve">            </w:t>
            </w:r>
            <w:r w:rsidRPr="00917520">
              <w:rPr>
                <w:sz w:val="16"/>
                <w:lang w:val="fr-FR"/>
              </w:rPr>
              <w:t>☐</w:t>
            </w:r>
            <w:r>
              <w:rPr>
                <w:sz w:val="16"/>
                <w:lang w:val="fr-FR"/>
              </w:rPr>
              <w:t xml:space="preserve"> </w:t>
            </w:r>
            <w:proofErr w:type="spellStart"/>
            <w:r w:rsidRPr="00917520">
              <w:rPr>
                <w:sz w:val="16"/>
                <w:lang w:val="fr-FR"/>
              </w:rPr>
              <w:t>altele</w:t>
            </w:r>
            <w:proofErr w:type="spellEnd"/>
            <w:r w:rsidRPr="00917520">
              <w:rPr>
                <w:sz w:val="16"/>
                <w:lang w:val="fr-FR"/>
              </w:rPr>
              <w:t xml:space="preserve"> </w:t>
            </w:r>
            <w:proofErr w:type="spellStart"/>
            <w:r w:rsidRPr="00917520">
              <w:rPr>
                <w:sz w:val="16"/>
                <w:lang w:val="fr-FR"/>
              </w:rPr>
              <w:t>decât</w:t>
            </w:r>
            <w:proofErr w:type="spellEnd"/>
            <w:r w:rsidRPr="00917520">
              <w:rPr>
                <w:sz w:val="16"/>
                <w:lang w:val="fr-FR"/>
              </w:rPr>
              <w:t xml:space="preserve"> </w:t>
            </w:r>
            <w:proofErr w:type="spellStart"/>
            <w:r w:rsidRPr="00917520">
              <w:rPr>
                <w:sz w:val="16"/>
                <w:lang w:val="fr-FR"/>
              </w:rPr>
              <w:t>cele</w:t>
            </w:r>
            <w:proofErr w:type="spellEnd"/>
            <w:r w:rsidRPr="00917520">
              <w:rPr>
                <w:sz w:val="16"/>
                <w:lang w:val="fr-FR"/>
              </w:rPr>
              <w:t xml:space="preserve"> </w:t>
            </w:r>
            <w:proofErr w:type="spellStart"/>
            <w:r w:rsidRPr="00917520">
              <w:rPr>
                <w:sz w:val="16"/>
                <w:lang w:val="fr-FR"/>
              </w:rPr>
              <w:t>stabilite</w:t>
            </w:r>
            <w:proofErr w:type="spellEnd"/>
            <w:r w:rsidRPr="00917520">
              <w:rPr>
                <w:sz w:val="16"/>
                <w:lang w:val="fr-FR"/>
              </w:rPr>
              <w:t xml:space="preserve"> la </w:t>
            </w:r>
            <w:r>
              <w:rPr>
                <w:sz w:val="16"/>
                <w:lang w:val="fr-FR"/>
              </w:rPr>
              <w:t xml:space="preserve">lit. </w:t>
            </w:r>
            <w:r w:rsidRPr="00917520">
              <w:rPr>
                <w:sz w:val="16"/>
                <w:lang w:val="fr-FR"/>
              </w:rPr>
              <w:t>B</w:t>
            </w:r>
            <w:r>
              <w:rPr>
                <w:sz w:val="16"/>
                <w:lang w:val="fr-FR"/>
              </w:rPr>
              <w:t>.2)</w:t>
            </w:r>
          </w:p>
        </w:tc>
      </w:tr>
      <w:tr w:rsidR="00BD4241" w:rsidRPr="00917520" w14:paraId="239F77F8" w14:textId="77777777">
        <w:trPr>
          <w:cantSplit/>
        </w:trPr>
        <w:tc>
          <w:tcPr>
            <w:tcW w:w="9636" w:type="dxa"/>
          </w:tcPr>
          <w:p w14:paraId="7D6B977C" w14:textId="5D3DCD24" w:rsidR="00BD4241" w:rsidRPr="00917520" w:rsidRDefault="00000000">
            <w:pPr>
              <w:keepNext/>
              <w:rPr>
                <w:lang w:val="fr-FR"/>
              </w:rPr>
            </w:pPr>
            <w:r w:rsidRPr="00917520">
              <w:rPr>
                <w:sz w:val="16"/>
                <w:lang w:val="fr-FR"/>
              </w:rPr>
              <w:t xml:space="preserve"> </w:t>
            </w:r>
            <w:r w:rsidR="00917520">
              <w:rPr>
                <w:sz w:val="16"/>
                <w:lang w:val="fr-FR"/>
              </w:rPr>
              <w:t xml:space="preserve">                                                                                                </w:t>
            </w:r>
            <w:r w:rsidR="00917520" w:rsidRPr="00917520">
              <w:rPr>
                <w:sz w:val="16"/>
                <w:lang w:val="fr-FR"/>
              </w:rPr>
              <w:t>☐</w:t>
            </w:r>
            <w:r w:rsidR="00917520">
              <w:rPr>
                <w:sz w:val="16"/>
                <w:lang w:val="fr-FR"/>
              </w:rPr>
              <w:t xml:space="preserve"> </w:t>
            </w:r>
            <w:proofErr w:type="spellStart"/>
            <w:r w:rsidR="00917520">
              <w:rPr>
                <w:sz w:val="16"/>
                <w:lang w:val="fr-FR"/>
              </w:rPr>
              <w:t>din</w:t>
            </w:r>
            <w:proofErr w:type="spellEnd"/>
            <w:r w:rsidR="00917520">
              <w:rPr>
                <w:sz w:val="16"/>
                <w:lang w:val="fr-FR"/>
              </w:rPr>
              <w:t xml:space="preserve"> </w:t>
            </w:r>
            <w:proofErr w:type="spellStart"/>
            <w:r w:rsidR="00917520">
              <w:rPr>
                <w:sz w:val="16"/>
                <w:lang w:val="fr-FR"/>
              </w:rPr>
              <w:t>categoria</w:t>
            </w:r>
            <w:proofErr w:type="spellEnd"/>
            <w:r w:rsidR="00917520">
              <w:rPr>
                <w:sz w:val="16"/>
                <w:lang w:val="fr-FR"/>
              </w:rPr>
              <w:t xml:space="preserve"> </w:t>
            </w:r>
            <w:proofErr w:type="spellStart"/>
            <w:r w:rsidR="00917520">
              <w:rPr>
                <w:sz w:val="16"/>
                <w:lang w:val="fr-FR"/>
              </w:rPr>
              <w:t>celor</w:t>
            </w:r>
            <w:proofErr w:type="spellEnd"/>
            <w:r w:rsidR="00917520">
              <w:rPr>
                <w:sz w:val="16"/>
                <w:lang w:val="fr-FR"/>
              </w:rPr>
              <w:t xml:space="preserve"> </w:t>
            </w:r>
            <w:proofErr w:type="spellStart"/>
            <w:r w:rsidR="00917520" w:rsidRPr="00917520">
              <w:rPr>
                <w:sz w:val="16"/>
                <w:lang w:val="fr-FR"/>
              </w:rPr>
              <w:t>stabilite</w:t>
            </w:r>
            <w:proofErr w:type="spellEnd"/>
            <w:r w:rsidR="00917520" w:rsidRPr="00917520">
              <w:rPr>
                <w:sz w:val="16"/>
                <w:lang w:val="fr-FR"/>
              </w:rPr>
              <w:t xml:space="preserve"> la </w:t>
            </w:r>
            <w:r w:rsidR="00917520">
              <w:rPr>
                <w:sz w:val="16"/>
                <w:lang w:val="fr-FR"/>
              </w:rPr>
              <w:t xml:space="preserve">lit. </w:t>
            </w:r>
            <w:r w:rsidR="00917520" w:rsidRPr="00917520">
              <w:rPr>
                <w:sz w:val="16"/>
                <w:lang w:val="fr-FR"/>
              </w:rPr>
              <w:t>B</w:t>
            </w:r>
            <w:r w:rsidR="00917520">
              <w:rPr>
                <w:sz w:val="16"/>
                <w:lang w:val="fr-FR"/>
              </w:rPr>
              <w:t>.2)</w:t>
            </w:r>
          </w:p>
        </w:tc>
      </w:tr>
      <w:tr w:rsidR="00BD4241" w14:paraId="61FD499A" w14:textId="77777777">
        <w:trPr>
          <w:cantSplit/>
        </w:trPr>
        <w:tc>
          <w:tcPr>
            <w:tcW w:w="9636" w:type="dxa"/>
            <w:shd w:val="clear" w:color="auto" w:fill="F4F4F4"/>
          </w:tcPr>
          <w:p w14:paraId="37CA2BC1" w14:textId="77777777" w:rsidR="00BD4241" w:rsidRDefault="00000000">
            <w:pPr>
              <w:keepNext/>
            </w:pPr>
            <w:r w:rsidRPr="00917520">
              <w:rPr>
                <w:sz w:val="16"/>
                <w:lang w:val="fr-FR"/>
              </w:rPr>
              <w:t xml:space="preserve"> </w:t>
            </w:r>
            <w:r>
              <w:rPr>
                <w:sz w:val="16"/>
              </w:rPr>
              <w:t xml:space="preserve">C · </w:t>
            </w:r>
            <w:proofErr w:type="spellStart"/>
            <w:r>
              <w:rPr>
                <w:sz w:val="16"/>
              </w:rPr>
              <w:t>Amenajări</w:t>
            </w:r>
            <w:proofErr w:type="spellEnd"/>
          </w:p>
        </w:tc>
      </w:tr>
      <w:tr w:rsidR="00BD4241" w14:paraId="34F7FA5C" w14:textId="77777777">
        <w:trPr>
          <w:cantSplit/>
        </w:trPr>
        <w:tc>
          <w:tcPr>
            <w:tcW w:w="9636" w:type="dxa"/>
          </w:tcPr>
          <w:p w14:paraId="4CFD8584" w14:textId="77777777" w:rsidR="00BD4241" w:rsidRDefault="00000000">
            <w:pPr>
              <w:keepNext/>
            </w:pPr>
            <w:r>
              <w:rPr>
                <w:sz w:val="16"/>
              </w:rPr>
              <w:t xml:space="preserve"> ☐ </w:t>
            </w:r>
            <w:proofErr w:type="spellStart"/>
            <w:r>
              <w:rPr>
                <w:sz w:val="16"/>
              </w:rPr>
              <w:t>amenajări</w:t>
            </w:r>
            <w:proofErr w:type="spellEnd"/>
            <w:r>
              <w:rPr>
                <w:sz w:val="16"/>
              </w:rPr>
              <w:t xml:space="preserve"> civile     ☐ </w:t>
            </w:r>
            <w:proofErr w:type="spellStart"/>
            <w:r>
              <w:rPr>
                <w:sz w:val="16"/>
              </w:rPr>
              <w:t>amenajări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și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îmbunătățiri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funciare</w:t>
            </w:r>
            <w:proofErr w:type="spellEnd"/>
            <w:r>
              <w:rPr>
                <w:sz w:val="16"/>
              </w:rPr>
              <w:t xml:space="preserve">     ☐ </w:t>
            </w:r>
            <w:proofErr w:type="spellStart"/>
            <w:r>
              <w:rPr>
                <w:sz w:val="16"/>
              </w:rPr>
              <w:t>construcții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provizorii</w:t>
            </w:r>
            <w:proofErr w:type="spellEnd"/>
            <w:r>
              <w:rPr>
                <w:sz w:val="16"/>
              </w:rPr>
              <w:t xml:space="preserve"> / cu </w:t>
            </w:r>
            <w:proofErr w:type="spellStart"/>
            <w:r>
              <w:rPr>
                <w:sz w:val="16"/>
              </w:rPr>
              <w:t>caracter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temporar</w:t>
            </w:r>
            <w:proofErr w:type="spellEnd"/>
            <w:r>
              <w:rPr>
                <w:sz w:val="16"/>
              </w:rPr>
              <w:t xml:space="preserve">     ☐ </w:t>
            </w:r>
            <w:proofErr w:type="spellStart"/>
            <w:r>
              <w:rPr>
                <w:sz w:val="16"/>
              </w:rPr>
              <w:t>cercetarea</w:t>
            </w:r>
            <w:proofErr w:type="spellEnd"/>
            <w:r>
              <w:rPr>
                <w:sz w:val="16"/>
              </w:rPr>
              <w:t xml:space="preserve"> / </w:t>
            </w:r>
            <w:proofErr w:type="spellStart"/>
            <w:r>
              <w:rPr>
                <w:sz w:val="16"/>
              </w:rPr>
              <w:t>prospectarea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terenurilor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foraje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excavări</w:t>
            </w:r>
            <w:proofErr w:type="spellEnd"/>
            <w:r>
              <w:rPr>
                <w:sz w:val="16"/>
              </w:rPr>
              <w:t xml:space="preserve">     ☐ </w:t>
            </w:r>
            <w:proofErr w:type="spellStart"/>
            <w:r>
              <w:rPr>
                <w:sz w:val="16"/>
              </w:rPr>
              <w:t>cercetări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pentru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zăcăminte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naturale</w:t>
            </w:r>
            <w:proofErr w:type="spellEnd"/>
            <w:r>
              <w:rPr>
                <w:sz w:val="16"/>
              </w:rPr>
              <w:t xml:space="preserve">     ☐ </w:t>
            </w:r>
            <w:proofErr w:type="spellStart"/>
            <w:r>
              <w:rPr>
                <w:sz w:val="16"/>
              </w:rPr>
              <w:t>spații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verzi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plantate</w:t>
            </w:r>
            <w:proofErr w:type="spellEnd"/>
            <w:r>
              <w:rPr>
                <w:sz w:val="16"/>
              </w:rPr>
              <w:t xml:space="preserve">     ☐ </w:t>
            </w:r>
            <w:proofErr w:type="spellStart"/>
            <w:r>
              <w:rPr>
                <w:sz w:val="16"/>
              </w:rPr>
              <w:t>spații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publice</w:t>
            </w:r>
            <w:proofErr w:type="spellEnd"/>
            <w:r>
              <w:rPr>
                <w:sz w:val="16"/>
              </w:rPr>
              <w:t xml:space="preserve">     ☐ </w:t>
            </w:r>
            <w:proofErr w:type="spellStart"/>
            <w:r>
              <w:rPr>
                <w:sz w:val="16"/>
              </w:rPr>
              <w:t>organizare</w:t>
            </w:r>
            <w:proofErr w:type="spellEnd"/>
            <w:r>
              <w:rPr>
                <w:sz w:val="16"/>
              </w:rPr>
              <w:t xml:space="preserve"> de </w:t>
            </w:r>
            <w:proofErr w:type="spellStart"/>
            <w:r>
              <w:rPr>
                <w:sz w:val="16"/>
              </w:rPr>
              <w:t>șantier</w:t>
            </w:r>
            <w:proofErr w:type="spellEnd"/>
          </w:p>
        </w:tc>
      </w:tr>
      <w:tr w:rsidR="00BD4241" w14:paraId="18FED438" w14:textId="77777777">
        <w:trPr>
          <w:cantSplit/>
        </w:trPr>
        <w:tc>
          <w:tcPr>
            <w:tcW w:w="9636" w:type="dxa"/>
            <w:shd w:val="clear" w:color="auto" w:fill="F4F4F4"/>
          </w:tcPr>
          <w:p w14:paraId="284C7A5C" w14:textId="77777777" w:rsidR="00BD4241" w:rsidRDefault="00000000">
            <w:pPr>
              <w:keepNext/>
            </w:pPr>
            <w:r>
              <w:rPr>
                <w:sz w:val="16"/>
              </w:rPr>
              <w:t xml:space="preserve"> D · </w:t>
            </w:r>
            <w:proofErr w:type="spellStart"/>
            <w:r>
              <w:rPr>
                <w:sz w:val="16"/>
              </w:rPr>
              <w:t>Lucrări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inginerești</w:t>
            </w:r>
            <w:proofErr w:type="spellEnd"/>
          </w:p>
        </w:tc>
      </w:tr>
      <w:tr w:rsidR="00BD4241" w:rsidRPr="00917520" w14:paraId="4831990D" w14:textId="77777777">
        <w:trPr>
          <w:cantSplit/>
        </w:trPr>
        <w:tc>
          <w:tcPr>
            <w:tcW w:w="9636" w:type="dxa"/>
          </w:tcPr>
          <w:p w14:paraId="0320360C" w14:textId="77777777" w:rsidR="00BD4241" w:rsidRPr="00A256C2" w:rsidRDefault="00000000">
            <w:pPr>
              <w:rPr>
                <w:lang w:val="fr-FR"/>
              </w:rPr>
            </w:pPr>
            <w:r w:rsidRPr="00A256C2">
              <w:rPr>
                <w:sz w:val="16"/>
                <w:lang w:val="fr-FR"/>
              </w:rPr>
              <w:t xml:space="preserve">☐ </w:t>
            </w:r>
            <w:proofErr w:type="spellStart"/>
            <w:r w:rsidRPr="00A256C2">
              <w:rPr>
                <w:sz w:val="16"/>
                <w:lang w:val="fr-FR"/>
              </w:rPr>
              <w:t>infrastructură</w:t>
            </w:r>
            <w:proofErr w:type="spellEnd"/>
            <w:r w:rsidRPr="00A256C2">
              <w:rPr>
                <w:sz w:val="16"/>
                <w:lang w:val="fr-FR"/>
              </w:rPr>
              <w:t xml:space="preserve"> de transport</w:t>
            </w:r>
          </w:p>
          <w:p w14:paraId="05C62BB3" w14:textId="77777777" w:rsidR="00BD4241" w:rsidRPr="00A256C2" w:rsidRDefault="00000000">
            <w:pPr>
              <w:rPr>
                <w:lang w:val="fr-FR"/>
              </w:rPr>
            </w:pPr>
            <w:r w:rsidRPr="00A256C2">
              <w:rPr>
                <w:sz w:val="16"/>
                <w:lang w:val="fr-FR"/>
              </w:rPr>
              <w:t xml:space="preserve">☐ </w:t>
            </w:r>
            <w:proofErr w:type="spellStart"/>
            <w:r w:rsidRPr="00A256C2">
              <w:rPr>
                <w:sz w:val="16"/>
                <w:lang w:val="fr-FR"/>
              </w:rPr>
              <w:t>infrastructură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energetică</w:t>
            </w:r>
            <w:proofErr w:type="spellEnd"/>
          </w:p>
          <w:p w14:paraId="1E87347E" w14:textId="77777777" w:rsidR="00BD4241" w:rsidRPr="00A256C2" w:rsidRDefault="00000000">
            <w:pPr>
              <w:rPr>
                <w:lang w:val="fr-FR"/>
              </w:rPr>
            </w:pPr>
            <w:r w:rsidRPr="00A256C2">
              <w:rPr>
                <w:sz w:val="16"/>
                <w:lang w:val="fr-FR"/>
              </w:rPr>
              <w:t xml:space="preserve">☐ </w:t>
            </w:r>
            <w:proofErr w:type="spellStart"/>
            <w:r w:rsidRPr="00A256C2">
              <w:rPr>
                <w:sz w:val="16"/>
                <w:lang w:val="fr-FR"/>
              </w:rPr>
              <w:t>rețele</w:t>
            </w:r>
            <w:proofErr w:type="spellEnd"/>
            <w:r w:rsidRPr="00A256C2">
              <w:rPr>
                <w:sz w:val="16"/>
                <w:lang w:val="fr-FR"/>
              </w:rPr>
              <w:t xml:space="preserve"> de </w:t>
            </w:r>
            <w:proofErr w:type="spellStart"/>
            <w:r w:rsidRPr="00A256C2">
              <w:rPr>
                <w:sz w:val="16"/>
                <w:lang w:val="fr-FR"/>
              </w:rPr>
              <w:t>comunicații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electronice</w:t>
            </w:r>
            <w:proofErr w:type="spellEnd"/>
          </w:p>
          <w:p w14:paraId="43F594AA" w14:textId="77777777" w:rsidR="00BD4241" w:rsidRPr="00A256C2" w:rsidRDefault="00000000">
            <w:pPr>
              <w:rPr>
                <w:lang w:val="fr-FR"/>
              </w:rPr>
            </w:pPr>
            <w:r w:rsidRPr="00A256C2">
              <w:rPr>
                <w:sz w:val="16"/>
                <w:lang w:val="fr-FR"/>
              </w:rPr>
              <w:t xml:space="preserve">☐ </w:t>
            </w:r>
            <w:proofErr w:type="spellStart"/>
            <w:r w:rsidRPr="00A256C2">
              <w:rPr>
                <w:sz w:val="16"/>
                <w:lang w:val="fr-FR"/>
              </w:rPr>
              <w:t>gospodărirea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apelor</w:t>
            </w:r>
            <w:proofErr w:type="spellEnd"/>
          </w:p>
          <w:p w14:paraId="3F55129D" w14:textId="77777777" w:rsidR="00BD4241" w:rsidRPr="00A256C2" w:rsidRDefault="00000000">
            <w:pPr>
              <w:rPr>
                <w:lang w:val="fr-FR"/>
              </w:rPr>
            </w:pPr>
            <w:r w:rsidRPr="00A256C2">
              <w:rPr>
                <w:sz w:val="16"/>
                <w:lang w:val="fr-FR"/>
              </w:rPr>
              <w:t xml:space="preserve">☐ </w:t>
            </w:r>
            <w:proofErr w:type="spellStart"/>
            <w:r w:rsidRPr="00A256C2">
              <w:rPr>
                <w:sz w:val="16"/>
                <w:lang w:val="fr-FR"/>
              </w:rPr>
              <w:t>hidrotehnice</w:t>
            </w:r>
            <w:proofErr w:type="spellEnd"/>
          </w:p>
          <w:p w14:paraId="3DB7F2E4" w14:textId="77777777" w:rsidR="00BD4241" w:rsidRPr="00A256C2" w:rsidRDefault="00000000">
            <w:pPr>
              <w:rPr>
                <w:lang w:val="fr-FR"/>
              </w:rPr>
            </w:pPr>
            <w:r w:rsidRPr="00A256C2">
              <w:rPr>
                <w:sz w:val="16"/>
                <w:lang w:val="fr-FR"/>
              </w:rPr>
              <w:t xml:space="preserve">☐ </w:t>
            </w:r>
            <w:proofErr w:type="spellStart"/>
            <w:r w:rsidRPr="00A256C2">
              <w:rPr>
                <w:sz w:val="16"/>
                <w:lang w:val="fr-FR"/>
              </w:rPr>
              <w:t>miniere</w:t>
            </w:r>
            <w:proofErr w:type="spellEnd"/>
          </w:p>
          <w:p w14:paraId="54EDF735" w14:textId="77777777" w:rsidR="00BD4241" w:rsidRPr="00A256C2" w:rsidRDefault="00000000">
            <w:pPr>
              <w:rPr>
                <w:lang w:val="fr-FR"/>
              </w:rPr>
            </w:pPr>
            <w:r w:rsidRPr="00A256C2">
              <w:rPr>
                <w:sz w:val="16"/>
                <w:lang w:val="fr-FR"/>
              </w:rPr>
              <w:t xml:space="preserve">☐ </w:t>
            </w:r>
            <w:proofErr w:type="spellStart"/>
            <w:r w:rsidRPr="00A256C2">
              <w:rPr>
                <w:sz w:val="16"/>
                <w:lang w:val="fr-FR"/>
              </w:rPr>
              <w:t>alte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lucrări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inginerești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necesare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realizării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unor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obiective</w:t>
            </w:r>
            <w:proofErr w:type="spellEnd"/>
            <w:r w:rsidRPr="00A256C2">
              <w:rPr>
                <w:sz w:val="16"/>
                <w:lang w:val="fr-FR"/>
              </w:rPr>
              <w:t xml:space="preserve"> de </w:t>
            </w:r>
            <w:proofErr w:type="spellStart"/>
            <w:r w:rsidRPr="00A256C2">
              <w:rPr>
                <w:sz w:val="16"/>
                <w:lang w:val="fr-FR"/>
              </w:rPr>
              <w:t>interes</w:t>
            </w:r>
            <w:proofErr w:type="spellEnd"/>
            <w:r w:rsidRPr="00A256C2">
              <w:rPr>
                <w:sz w:val="16"/>
                <w:lang w:val="fr-FR"/>
              </w:rPr>
              <w:t xml:space="preserve"> public</w:t>
            </w:r>
          </w:p>
        </w:tc>
      </w:tr>
    </w:tbl>
    <w:p w14:paraId="31C957AC" w14:textId="77777777" w:rsidR="00BD4241" w:rsidRPr="00A256C2" w:rsidRDefault="00BD4241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BD4241" w14:paraId="581ADD5E" w14:textId="77777777">
        <w:trPr>
          <w:cantSplit/>
        </w:trPr>
        <w:tc>
          <w:tcPr>
            <w:tcW w:w="9636" w:type="dxa"/>
            <w:shd w:val="clear" w:color="auto" w:fill="F4F4F4"/>
          </w:tcPr>
          <w:p w14:paraId="1435340F" w14:textId="77777777" w:rsidR="00BD4241" w:rsidRDefault="00000000">
            <w:pPr>
              <w:keepNext/>
            </w:pPr>
            <w:r w:rsidRPr="00A256C2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5. </w:t>
            </w:r>
            <w:r>
              <w:rPr>
                <w:b/>
                <w:color w:val="000000"/>
                <w:sz w:val="18"/>
              </w:rPr>
              <w:t>SE ANEXEAZĂ</w:t>
            </w:r>
          </w:p>
        </w:tc>
      </w:tr>
      <w:tr w:rsidR="00BD4241" w:rsidRPr="00917520" w14:paraId="5B0ED88D" w14:textId="77777777">
        <w:trPr>
          <w:cantSplit/>
        </w:trPr>
        <w:tc>
          <w:tcPr>
            <w:tcW w:w="9636" w:type="dxa"/>
          </w:tcPr>
          <w:p w14:paraId="19DE41B0" w14:textId="77777777" w:rsidR="00200AB0" w:rsidRDefault="00000000">
            <w:pPr>
              <w:rPr>
                <w:sz w:val="16"/>
                <w:lang w:val="fr-FR"/>
              </w:rPr>
            </w:pPr>
            <w:r w:rsidRPr="00A256C2">
              <w:rPr>
                <w:sz w:val="16"/>
                <w:lang w:val="fr-FR"/>
              </w:rPr>
              <w:t xml:space="preserve"> ☐ extras de carte </w:t>
            </w:r>
            <w:proofErr w:type="spellStart"/>
            <w:r w:rsidRPr="00A256C2">
              <w:rPr>
                <w:sz w:val="16"/>
                <w:lang w:val="fr-FR"/>
              </w:rPr>
              <w:t>funciară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actualizat</w:t>
            </w:r>
            <w:proofErr w:type="spellEnd"/>
            <w:r w:rsidRPr="00A256C2">
              <w:rPr>
                <w:sz w:val="16"/>
                <w:lang w:val="fr-FR"/>
              </w:rPr>
              <w:t xml:space="preserve">     </w:t>
            </w:r>
          </w:p>
          <w:p w14:paraId="0D86EE92" w14:textId="62B10523" w:rsidR="00A256C2" w:rsidRPr="00A256C2" w:rsidRDefault="00200AB0">
            <w:pPr>
              <w:rPr>
                <w:sz w:val="16"/>
                <w:lang w:val="fr-FR"/>
              </w:rPr>
            </w:pPr>
            <w:r>
              <w:rPr>
                <w:sz w:val="16"/>
                <w:lang w:val="fr-FR"/>
              </w:rPr>
              <w:t xml:space="preserve"> </w:t>
            </w:r>
            <w:r w:rsidRPr="00A256C2">
              <w:rPr>
                <w:sz w:val="16"/>
                <w:lang w:val="fr-FR"/>
              </w:rPr>
              <w:t xml:space="preserve">☐ plan de </w:t>
            </w:r>
            <w:proofErr w:type="spellStart"/>
            <w:r w:rsidRPr="00A256C2">
              <w:rPr>
                <w:sz w:val="16"/>
                <w:lang w:val="fr-FR"/>
              </w:rPr>
              <w:t>situație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propus</w:t>
            </w:r>
            <w:proofErr w:type="spellEnd"/>
            <w:r w:rsidRPr="00A256C2">
              <w:rPr>
                <w:sz w:val="16"/>
                <w:lang w:val="fr-FR"/>
              </w:rPr>
              <w:t xml:space="preserve">, </w:t>
            </w:r>
            <w:proofErr w:type="spellStart"/>
            <w:r w:rsidRPr="00A256C2">
              <w:rPr>
                <w:sz w:val="16"/>
                <w:lang w:val="fr-FR"/>
              </w:rPr>
              <w:t>cu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amprenta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gramStart"/>
            <w:r w:rsidRPr="00A256C2">
              <w:rPr>
                <w:sz w:val="16"/>
                <w:lang w:val="fr-FR"/>
              </w:rPr>
              <w:t>la sol</w:t>
            </w:r>
            <w:proofErr w:type="gramEnd"/>
            <w:r w:rsidRPr="00A256C2">
              <w:rPr>
                <w:sz w:val="16"/>
                <w:lang w:val="fr-FR"/>
              </w:rPr>
              <w:t xml:space="preserve"> a </w:t>
            </w:r>
            <w:proofErr w:type="spellStart"/>
            <w:r w:rsidRPr="00A256C2">
              <w:rPr>
                <w:sz w:val="16"/>
                <w:lang w:val="fr-FR"/>
              </w:rPr>
              <w:t>corpurilor</w:t>
            </w:r>
            <w:proofErr w:type="spellEnd"/>
            <w:r w:rsidR="00A256C2" w:rsidRPr="00A256C2">
              <w:rPr>
                <w:sz w:val="16"/>
                <w:lang w:val="fr-FR"/>
              </w:rPr>
              <w:t xml:space="preserve"> </w:t>
            </w:r>
            <w:r w:rsidR="00A256C2">
              <w:rPr>
                <w:sz w:val="16"/>
                <w:lang w:val="fr-FR"/>
              </w:rPr>
              <w:t xml:space="preserve">de </w:t>
            </w:r>
            <w:proofErr w:type="spellStart"/>
            <w:r w:rsidR="00A256C2">
              <w:rPr>
                <w:sz w:val="16"/>
                <w:lang w:val="fr-FR"/>
              </w:rPr>
              <w:t>clădire</w:t>
            </w:r>
            <w:proofErr w:type="spellEnd"/>
            <w:r>
              <w:rPr>
                <w:sz w:val="16"/>
                <w:lang w:val="fr-FR"/>
              </w:rPr>
              <w:t xml:space="preserve"> </w:t>
            </w:r>
            <w:proofErr w:type="spellStart"/>
            <w:r>
              <w:rPr>
                <w:sz w:val="16"/>
                <w:lang w:val="fr-FR"/>
              </w:rPr>
              <w:t>propuse</w:t>
            </w:r>
            <w:proofErr w:type="spellEnd"/>
            <w:r>
              <w:rPr>
                <w:sz w:val="16"/>
                <w:lang w:val="fr-FR"/>
              </w:rPr>
              <w:t xml:space="preserve"> </w:t>
            </w:r>
            <w:proofErr w:type="spellStart"/>
            <w:r>
              <w:rPr>
                <w:sz w:val="16"/>
                <w:lang w:val="fr-FR"/>
              </w:rPr>
              <w:t>spre</w:t>
            </w:r>
            <w:proofErr w:type="spellEnd"/>
            <w:r>
              <w:rPr>
                <w:sz w:val="16"/>
                <w:lang w:val="fr-FR"/>
              </w:rPr>
              <w:t xml:space="preserve"> construire /</w:t>
            </w:r>
            <w:proofErr w:type="spellStart"/>
            <w:r>
              <w:rPr>
                <w:sz w:val="16"/>
                <w:lang w:val="fr-FR"/>
              </w:rPr>
              <w:t>desființare</w:t>
            </w:r>
            <w:proofErr w:type="spellEnd"/>
            <w:r>
              <w:rPr>
                <w:sz w:val="16"/>
                <w:lang w:val="fr-FR"/>
              </w:rPr>
              <w:t xml:space="preserve"> / </w:t>
            </w:r>
            <w:proofErr w:type="spellStart"/>
            <w:r>
              <w:rPr>
                <w:sz w:val="16"/>
                <w:lang w:val="fr-FR"/>
              </w:rPr>
              <w:t>extindere</w:t>
            </w:r>
            <w:proofErr w:type="spellEnd"/>
            <w:r w:rsidR="00A256C2">
              <w:rPr>
                <w:sz w:val="16"/>
                <w:lang w:val="fr-FR"/>
              </w:rPr>
              <w:t xml:space="preserve"> </w:t>
            </w:r>
            <w:r w:rsidRPr="00A256C2">
              <w:rPr>
                <w:sz w:val="16"/>
                <w:lang w:val="fr-FR"/>
              </w:rPr>
              <w:t xml:space="preserve">    </w:t>
            </w:r>
          </w:p>
          <w:p w14:paraId="19AB48A6" w14:textId="5112B693" w:rsidR="00BD4241" w:rsidRPr="00232B9E" w:rsidRDefault="00A256C2">
            <w:pPr>
              <w:rPr>
                <w:lang w:val="fr-FR"/>
              </w:rPr>
            </w:pPr>
            <w:r w:rsidRPr="00A256C2">
              <w:rPr>
                <w:sz w:val="16"/>
                <w:lang w:val="fr-FR"/>
              </w:rPr>
              <w:t xml:space="preserve"> </w:t>
            </w:r>
            <w:r w:rsidRPr="00232B9E">
              <w:rPr>
                <w:sz w:val="16"/>
                <w:lang w:val="fr-FR"/>
              </w:rPr>
              <w:t xml:space="preserve">☐ plan de </w:t>
            </w:r>
            <w:proofErr w:type="spellStart"/>
            <w:r w:rsidRPr="00232B9E">
              <w:rPr>
                <w:sz w:val="16"/>
                <w:lang w:val="fr-FR"/>
              </w:rPr>
              <w:t>încadrare</w:t>
            </w:r>
            <w:proofErr w:type="spellEnd"/>
            <w:r w:rsidRPr="00232B9E">
              <w:rPr>
                <w:sz w:val="16"/>
                <w:lang w:val="fr-FR"/>
              </w:rPr>
              <w:t xml:space="preserve"> </w:t>
            </w:r>
            <w:proofErr w:type="spellStart"/>
            <w:r w:rsidRPr="00232B9E">
              <w:rPr>
                <w:sz w:val="16"/>
                <w:lang w:val="fr-FR"/>
              </w:rPr>
              <w:t>în</w:t>
            </w:r>
            <w:proofErr w:type="spellEnd"/>
            <w:r w:rsidRPr="00232B9E">
              <w:rPr>
                <w:sz w:val="16"/>
                <w:lang w:val="fr-FR"/>
              </w:rPr>
              <w:t xml:space="preserve"> </w:t>
            </w:r>
            <w:proofErr w:type="spellStart"/>
            <w:r w:rsidRPr="00232B9E">
              <w:rPr>
                <w:sz w:val="16"/>
                <w:lang w:val="fr-FR"/>
              </w:rPr>
              <w:t>zonă</w:t>
            </w:r>
            <w:proofErr w:type="spellEnd"/>
            <w:r w:rsidR="00745F29">
              <w:rPr>
                <w:sz w:val="16"/>
                <w:lang w:val="fr-FR"/>
              </w:rPr>
              <w:t xml:space="preserve"> </w:t>
            </w:r>
            <w:proofErr w:type="spellStart"/>
            <w:r w:rsidR="00745F29">
              <w:rPr>
                <w:sz w:val="16"/>
                <w:lang w:val="fr-FR"/>
              </w:rPr>
              <w:t>în</w:t>
            </w:r>
            <w:proofErr w:type="spellEnd"/>
            <w:r w:rsidR="00745F29">
              <w:rPr>
                <w:sz w:val="16"/>
                <w:lang w:val="fr-FR"/>
              </w:rPr>
              <w:t xml:space="preserve"> </w:t>
            </w:r>
            <w:proofErr w:type="spellStart"/>
            <w:r w:rsidR="00745F29">
              <w:rPr>
                <w:sz w:val="16"/>
                <w:lang w:val="fr-FR"/>
              </w:rPr>
              <w:t>sistem</w:t>
            </w:r>
            <w:proofErr w:type="spellEnd"/>
            <w:r w:rsidR="00745F29">
              <w:rPr>
                <w:sz w:val="16"/>
                <w:lang w:val="fr-FR"/>
              </w:rPr>
              <w:t xml:space="preserve"> </w:t>
            </w:r>
            <w:proofErr w:type="spellStart"/>
            <w:r w:rsidR="00745F29">
              <w:rPr>
                <w:sz w:val="16"/>
                <w:lang w:val="fr-FR"/>
              </w:rPr>
              <w:t>Stereo</w:t>
            </w:r>
            <w:proofErr w:type="spellEnd"/>
            <w:r w:rsidR="00745F29">
              <w:rPr>
                <w:sz w:val="16"/>
                <w:lang w:val="fr-FR"/>
              </w:rPr>
              <w:t xml:space="preserve"> 70</w:t>
            </w:r>
            <w:r w:rsidRPr="00232B9E">
              <w:rPr>
                <w:sz w:val="16"/>
                <w:lang w:val="fr-FR"/>
              </w:rPr>
              <w:t xml:space="preserve">     ☐ </w:t>
            </w:r>
            <w:proofErr w:type="spellStart"/>
            <w:r w:rsidRPr="00232B9E">
              <w:rPr>
                <w:sz w:val="16"/>
                <w:lang w:val="fr-FR"/>
              </w:rPr>
              <w:t>descrierea</w:t>
            </w:r>
            <w:proofErr w:type="spellEnd"/>
            <w:r w:rsidRPr="00232B9E">
              <w:rPr>
                <w:sz w:val="16"/>
                <w:lang w:val="fr-FR"/>
              </w:rPr>
              <w:t xml:space="preserve"> </w:t>
            </w:r>
            <w:proofErr w:type="spellStart"/>
            <w:r w:rsidRPr="00232B9E">
              <w:rPr>
                <w:sz w:val="16"/>
                <w:lang w:val="fr-FR"/>
              </w:rPr>
              <w:t>succintă</w:t>
            </w:r>
            <w:proofErr w:type="spellEnd"/>
            <w:r w:rsidRPr="00232B9E">
              <w:rPr>
                <w:sz w:val="16"/>
                <w:lang w:val="fr-FR"/>
              </w:rPr>
              <w:t xml:space="preserve"> a </w:t>
            </w:r>
            <w:proofErr w:type="spellStart"/>
            <w:r w:rsidRPr="00232B9E">
              <w:rPr>
                <w:sz w:val="16"/>
                <w:lang w:val="fr-FR"/>
              </w:rPr>
              <w:t>investiției</w:t>
            </w:r>
            <w:proofErr w:type="spellEnd"/>
            <w:r w:rsidRPr="00232B9E">
              <w:rPr>
                <w:sz w:val="16"/>
                <w:lang w:val="fr-FR"/>
              </w:rPr>
              <w:t xml:space="preserve">     ☐ </w:t>
            </w:r>
            <w:proofErr w:type="spellStart"/>
            <w:r w:rsidRPr="00232B9E">
              <w:rPr>
                <w:sz w:val="16"/>
                <w:lang w:val="fr-FR"/>
              </w:rPr>
              <w:t>împuternicirea</w:t>
            </w:r>
            <w:proofErr w:type="spellEnd"/>
            <w:r w:rsidRPr="00232B9E">
              <w:rPr>
                <w:sz w:val="16"/>
                <w:lang w:val="fr-FR"/>
              </w:rPr>
              <w:t xml:space="preserve">, </w:t>
            </w:r>
            <w:proofErr w:type="spellStart"/>
            <w:r w:rsidRPr="00232B9E">
              <w:rPr>
                <w:sz w:val="16"/>
                <w:lang w:val="fr-FR"/>
              </w:rPr>
              <w:t>dacă</w:t>
            </w:r>
            <w:proofErr w:type="spellEnd"/>
            <w:r w:rsidRPr="00232B9E">
              <w:rPr>
                <w:sz w:val="16"/>
                <w:lang w:val="fr-FR"/>
              </w:rPr>
              <w:t xml:space="preserve"> este </w:t>
            </w:r>
            <w:proofErr w:type="spellStart"/>
            <w:r w:rsidRPr="00232B9E">
              <w:rPr>
                <w:sz w:val="16"/>
                <w:lang w:val="fr-FR"/>
              </w:rPr>
              <w:t>cazul</w:t>
            </w:r>
            <w:proofErr w:type="spellEnd"/>
          </w:p>
        </w:tc>
      </w:tr>
    </w:tbl>
    <w:p w14:paraId="639687AA" w14:textId="77777777" w:rsidR="00BD4241" w:rsidRPr="00232B9E" w:rsidRDefault="00BD4241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BD4241" w14:paraId="387B745F" w14:textId="77777777">
        <w:trPr>
          <w:cantSplit/>
        </w:trPr>
        <w:tc>
          <w:tcPr>
            <w:tcW w:w="9636" w:type="dxa"/>
            <w:shd w:val="clear" w:color="auto" w:fill="F4F4F4"/>
          </w:tcPr>
          <w:p w14:paraId="20DF7AEC" w14:textId="77777777" w:rsidR="00BD4241" w:rsidRDefault="00000000">
            <w:pPr>
              <w:keepNext/>
            </w:pPr>
            <w:r w:rsidRPr="00232B9E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6. </w:t>
            </w:r>
            <w:r>
              <w:rPr>
                <w:b/>
                <w:color w:val="000000"/>
                <w:sz w:val="18"/>
              </w:rPr>
              <w:t>COMUNICAREA RĂSPUNSULUI</w:t>
            </w:r>
          </w:p>
        </w:tc>
      </w:tr>
      <w:tr w:rsidR="00BD4241" w:rsidRPr="00917520" w14:paraId="7F3B093B" w14:textId="77777777">
        <w:trPr>
          <w:cantSplit/>
        </w:trPr>
        <w:tc>
          <w:tcPr>
            <w:tcW w:w="9636" w:type="dxa"/>
          </w:tcPr>
          <w:p w14:paraId="732C22AC" w14:textId="77777777" w:rsidR="00BD4241" w:rsidRPr="00A256C2" w:rsidRDefault="00000000">
            <w:pPr>
              <w:rPr>
                <w:lang w:val="fr-FR"/>
              </w:rPr>
            </w:pPr>
            <w:r w:rsidRPr="00A256C2">
              <w:rPr>
                <w:sz w:val="16"/>
                <w:lang w:val="fr-FR"/>
              </w:rPr>
              <w:t xml:space="preserve"> ☐ </w:t>
            </w:r>
            <w:proofErr w:type="spellStart"/>
            <w:r w:rsidRPr="00A256C2">
              <w:rPr>
                <w:sz w:val="16"/>
                <w:lang w:val="fr-FR"/>
              </w:rPr>
              <w:t>în</w:t>
            </w:r>
            <w:proofErr w:type="spellEnd"/>
            <w:r w:rsidRPr="00A256C2">
              <w:rPr>
                <w:sz w:val="16"/>
                <w:lang w:val="fr-FR"/>
              </w:rPr>
              <w:t xml:space="preserve"> format </w:t>
            </w:r>
            <w:proofErr w:type="spellStart"/>
            <w:r w:rsidRPr="00A256C2">
              <w:rPr>
                <w:sz w:val="16"/>
                <w:lang w:val="fr-FR"/>
              </w:rPr>
              <w:t>scris</w:t>
            </w:r>
            <w:proofErr w:type="spellEnd"/>
            <w:r w:rsidRPr="00A256C2">
              <w:rPr>
                <w:sz w:val="16"/>
                <w:lang w:val="fr-FR"/>
              </w:rPr>
              <w:t xml:space="preserve">, prin </w:t>
            </w:r>
            <w:proofErr w:type="spellStart"/>
            <w:r w:rsidRPr="00A256C2">
              <w:rPr>
                <w:sz w:val="16"/>
                <w:lang w:val="fr-FR"/>
              </w:rPr>
              <w:t>poștă</w:t>
            </w:r>
            <w:proofErr w:type="spellEnd"/>
            <w:r w:rsidRPr="00A256C2">
              <w:rPr>
                <w:sz w:val="16"/>
                <w:lang w:val="fr-FR"/>
              </w:rPr>
              <w:t xml:space="preserve">     ☐ </w:t>
            </w:r>
            <w:proofErr w:type="spellStart"/>
            <w:r w:rsidRPr="00A256C2">
              <w:rPr>
                <w:sz w:val="16"/>
                <w:lang w:val="fr-FR"/>
              </w:rPr>
              <w:t>în</w:t>
            </w:r>
            <w:proofErr w:type="spellEnd"/>
            <w:r w:rsidRPr="00A256C2">
              <w:rPr>
                <w:sz w:val="16"/>
                <w:lang w:val="fr-FR"/>
              </w:rPr>
              <w:t xml:space="preserve"> format digital, la </w:t>
            </w:r>
            <w:proofErr w:type="spellStart"/>
            <w:r w:rsidRPr="00A256C2">
              <w:rPr>
                <w:sz w:val="16"/>
                <w:lang w:val="fr-FR"/>
              </w:rPr>
              <w:t>adresa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gramStart"/>
            <w:r w:rsidRPr="00A256C2">
              <w:rPr>
                <w:sz w:val="16"/>
                <w:lang w:val="fr-FR"/>
              </w:rPr>
              <w:t>de e-mail</w:t>
            </w:r>
            <w:proofErr w:type="gram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indicată</w:t>
            </w:r>
            <w:proofErr w:type="spellEnd"/>
            <w:r w:rsidRPr="00A256C2">
              <w:rPr>
                <w:sz w:val="16"/>
                <w:lang w:val="fr-FR"/>
              </w:rPr>
              <w:t xml:space="preserve">     ☐ </w:t>
            </w:r>
            <w:proofErr w:type="spellStart"/>
            <w:r w:rsidRPr="00A256C2">
              <w:rPr>
                <w:sz w:val="16"/>
                <w:lang w:val="fr-FR"/>
              </w:rPr>
              <w:t>ridicare</w:t>
            </w:r>
            <w:proofErr w:type="spellEnd"/>
            <w:r w:rsidRPr="00A256C2">
              <w:rPr>
                <w:sz w:val="16"/>
                <w:lang w:val="fr-FR"/>
              </w:rPr>
              <w:t xml:space="preserve"> de la </w:t>
            </w:r>
            <w:proofErr w:type="spellStart"/>
            <w:r w:rsidRPr="00A256C2">
              <w:rPr>
                <w:sz w:val="16"/>
                <w:lang w:val="fr-FR"/>
              </w:rPr>
              <w:t>sediul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autorității</w:t>
            </w:r>
            <w:proofErr w:type="spellEnd"/>
          </w:p>
        </w:tc>
      </w:tr>
    </w:tbl>
    <w:p w14:paraId="16DE1A3E" w14:textId="77777777" w:rsidR="00BD4241" w:rsidRPr="00A256C2" w:rsidRDefault="00BD4241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4818"/>
        <w:gridCol w:w="3212"/>
      </w:tblGrid>
      <w:tr w:rsidR="00BD4241" w14:paraId="0930033A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61A16F19" w14:textId="77777777" w:rsidR="00BD4241" w:rsidRDefault="00000000">
            <w:pPr>
              <w:keepNext/>
            </w:pPr>
            <w:r w:rsidRPr="00A256C2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7. </w:t>
            </w:r>
            <w:r>
              <w:rPr>
                <w:b/>
                <w:color w:val="000000"/>
                <w:sz w:val="18"/>
              </w:rPr>
              <w:t>DATA ȘI SEMNĂTURA</w:t>
            </w:r>
          </w:p>
        </w:tc>
      </w:tr>
      <w:tr w:rsidR="00BD4241" w14:paraId="334442A2" w14:textId="77777777">
        <w:trPr>
          <w:cantSplit/>
          <w:trHeight w:val="510"/>
        </w:trPr>
        <w:tc>
          <w:tcPr>
            <w:tcW w:w="1606" w:type="dxa"/>
          </w:tcPr>
          <w:p w14:paraId="11F88630" w14:textId="77777777" w:rsidR="00BD4241" w:rsidRDefault="00000000">
            <w:r>
              <w:rPr>
                <w:b/>
                <w:color w:val="0D5F78"/>
              </w:rPr>
              <w:t>Data</w:t>
            </w:r>
          </w:p>
          <w:p w14:paraId="0640A92C" w14:textId="77777777" w:rsidR="00BD4241" w:rsidRDefault="00BD4241"/>
        </w:tc>
        <w:tc>
          <w:tcPr>
            <w:tcW w:w="4818" w:type="dxa"/>
          </w:tcPr>
          <w:p w14:paraId="79A6A644" w14:textId="77777777" w:rsidR="00BD4241" w:rsidRDefault="00000000">
            <w:proofErr w:type="spellStart"/>
            <w:r>
              <w:rPr>
                <w:b/>
                <w:color w:val="0D5F78"/>
              </w:rPr>
              <w:t>Solicitantul</w:t>
            </w:r>
            <w:proofErr w:type="spellEnd"/>
          </w:p>
          <w:p w14:paraId="09458222" w14:textId="77777777" w:rsidR="00BD4241" w:rsidRDefault="00BD4241"/>
        </w:tc>
        <w:tc>
          <w:tcPr>
            <w:tcW w:w="3212" w:type="dxa"/>
          </w:tcPr>
          <w:p w14:paraId="4A9DF68B" w14:textId="77777777" w:rsidR="00BD4241" w:rsidRDefault="00000000">
            <w:proofErr w:type="spellStart"/>
            <w:r>
              <w:rPr>
                <w:b/>
                <w:color w:val="0D5F78"/>
              </w:rPr>
              <w:t>Semnătura</w:t>
            </w:r>
            <w:proofErr w:type="spellEnd"/>
          </w:p>
          <w:p w14:paraId="29080212" w14:textId="77777777" w:rsidR="00BD4241" w:rsidRDefault="00BD4241"/>
        </w:tc>
      </w:tr>
    </w:tbl>
    <w:p w14:paraId="5CBD0F60" w14:textId="77777777" w:rsidR="00BD4241" w:rsidRDefault="00BD4241">
      <w:pPr>
        <w:spacing w:line="168" w:lineRule="auto"/>
      </w:pPr>
    </w:p>
    <w:sectPr w:rsidR="00BD4241" w:rsidSect="00034616">
      <w:footerReference w:type="default" r:id="rId9"/>
      <w:pgSz w:w="11906" w:h="16838"/>
      <w:pgMar w:top="567" w:right="1134" w:bottom="454" w:left="1134" w:header="720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0BA965" w14:textId="77777777" w:rsidR="003A7189" w:rsidRDefault="003A7189">
      <w:r>
        <w:separator/>
      </w:r>
    </w:p>
  </w:endnote>
  <w:endnote w:type="continuationSeparator" w:id="0">
    <w:p w14:paraId="15043214" w14:textId="77777777" w:rsidR="003A7189" w:rsidRDefault="003A71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060EA" w14:textId="77777777" w:rsidR="00BD4241" w:rsidRDefault="00000000">
    <w:pPr>
      <w:pStyle w:val="Footer"/>
      <w:tabs>
        <w:tab w:val="right" w:pos="9639"/>
      </w:tabs>
    </w:pPr>
    <w:r>
      <w:rPr>
        <w:color w:val="595959"/>
      </w:rPr>
      <w:t xml:space="preserve">F_CU_04 · </w:t>
    </w:r>
    <w:proofErr w:type="spellStart"/>
    <w:r>
      <w:rPr>
        <w:color w:val="595959"/>
      </w:rPr>
      <w:t>versiunea</w:t>
    </w:r>
    <w:proofErr w:type="spellEnd"/>
    <w:r>
      <w:rPr>
        <w:color w:val="595959"/>
      </w:rPr>
      <w:t xml:space="preserve"> 1.0</w:t>
    </w:r>
    <w:r>
      <w:rPr>
        <w:color w:val="595959"/>
      </w:rPr>
      <w:tab/>
    </w:r>
    <w:proofErr w:type="spellStart"/>
    <w:r>
      <w:rPr>
        <w:color w:val="595959"/>
      </w:rPr>
      <w:t>pagina</w:t>
    </w:r>
    <w:proofErr w:type="spellEnd"/>
    <w:r>
      <w:rPr>
        <w:color w:val="595959"/>
      </w:rPr>
      <w:t xml:space="preserve"> </w:t>
    </w:r>
    <w:r>
      <w:rPr>
        <w:color w:val="595959"/>
      </w:rPr>
      <w:fldChar w:fldCharType="begin"/>
    </w:r>
    <w:r>
      <w:rPr>
        <w:color w:val="595959"/>
      </w:rPr>
      <w:instrText xml:space="preserve"> PAGE </w:instrText>
    </w:r>
    <w:r>
      <w:rPr>
        <w:color w:val="595959"/>
      </w:rPr>
      <w:fldChar w:fldCharType="separate"/>
    </w:r>
    <w:r w:rsidR="00A256C2">
      <w:rPr>
        <w:noProof/>
        <w:color w:val="595959"/>
      </w:rPr>
      <w:t>1</w:t>
    </w:r>
    <w:r>
      <w:rPr>
        <w:color w:val="595959"/>
      </w:rPr>
      <w:fldChar w:fldCharType="end"/>
    </w:r>
    <w:r>
      <w:rPr>
        <w:color w:val="595959"/>
      </w:rPr>
      <w:t xml:space="preserve"> din </w:t>
    </w:r>
    <w:r>
      <w:rPr>
        <w:color w:val="595959"/>
      </w:rPr>
      <w:fldChar w:fldCharType="begin"/>
    </w:r>
    <w:r>
      <w:rPr>
        <w:color w:val="595959"/>
      </w:rPr>
      <w:instrText xml:space="preserve"> NUMPAGES </w:instrText>
    </w:r>
    <w:r>
      <w:rPr>
        <w:color w:val="595959"/>
      </w:rPr>
      <w:fldChar w:fldCharType="separate"/>
    </w:r>
    <w:r w:rsidR="00A256C2">
      <w:rPr>
        <w:noProof/>
        <w:color w:val="595959"/>
      </w:rPr>
      <w:t>2</w:t>
    </w:r>
    <w:r>
      <w:rPr>
        <w:color w:val="59595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17D05" w14:textId="77777777" w:rsidR="003A7189" w:rsidRDefault="003A7189">
      <w:r>
        <w:separator/>
      </w:r>
    </w:p>
  </w:footnote>
  <w:footnote w:type="continuationSeparator" w:id="0">
    <w:p w14:paraId="41C8FB25" w14:textId="77777777" w:rsidR="003A7189" w:rsidRDefault="003A71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63849742">
    <w:abstractNumId w:val="8"/>
  </w:num>
  <w:num w:numId="2" w16cid:durableId="1290161248">
    <w:abstractNumId w:val="6"/>
  </w:num>
  <w:num w:numId="3" w16cid:durableId="450900546">
    <w:abstractNumId w:val="5"/>
  </w:num>
  <w:num w:numId="4" w16cid:durableId="1028723877">
    <w:abstractNumId w:val="4"/>
  </w:num>
  <w:num w:numId="5" w16cid:durableId="1273243551">
    <w:abstractNumId w:val="7"/>
  </w:num>
  <w:num w:numId="6" w16cid:durableId="221529888">
    <w:abstractNumId w:val="3"/>
  </w:num>
  <w:num w:numId="7" w16cid:durableId="432629807">
    <w:abstractNumId w:val="2"/>
  </w:num>
  <w:num w:numId="8" w16cid:durableId="1030952832">
    <w:abstractNumId w:val="1"/>
  </w:num>
  <w:num w:numId="9" w16cid:durableId="2091194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1444F"/>
    <w:rsid w:val="0015074B"/>
    <w:rsid w:val="00200AB0"/>
    <w:rsid w:val="00232B9E"/>
    <w:rsid w:val="0029639D"/>
    <w:rsid w:val="00326F90"/>
    <w:rsid w:val="003A7189"/>
    <w:rsid w:val="003F4420"/>
    <w:rsid w:val="004232B2"/>
    <w:rsid w:val="004408E8"/>
    <w:rsid w:val="00462384"/>
    <w:rsid w:val="006C103E"/>
    <w:rsid w:val="00745F29"/>
    <w:rsid w:val="0076603E"/>
    <w:rsid w:val="00850B64"/>
    <w:rsid w:val="00917520"/>
    <w:rsid w:val="009511F8"/>
    <w:rsid w:val="00A256C2"/>
    <w:rsid w:val="00AA1D8D"/>
    <w:rsid w:val="00B47730"/>
    <w:rsid w:val="00BD4241"/>
    <w:rsid w:val="00CB0664"/>
    <w:rsid w:val="00D50DD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5E0B59"/>
  <w14:defaultImageDpi w14:val="300"/>
  <w15:docId w15:val="{5F3DEF22-94E4-44E9-A21D-CE78EE564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/>
      <w:sz w:val="15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TableGrid1">
    <w:name w:val="Table Grid1"/>
    <w:basedOn w:val="TableNormal"/>
    <w:next w:val="TableGrid"/>
    <w:uiPriority w:val="59"/>
    <w:rsid w:val="0076603E"/>
    <w:pPr>
      <w:spacing w:after="0" w:line="240" w:lineRule="auto"/>
    </w:pPr>
    <w:rPr>
      <w:rFonts w:ascii="Cambria" w:eastAsia="MS Mincho" w:hAnsi="Cambr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621</Words>
  <Characters>3544</Characters>
  <Application>Microsoft Office Word</Application>
  <DocSecurity>0</DocSecurity>
  <Lines>29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4157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Borz Daniel</cp:lastModifiedBy>
  <cp:revision>2</cp:revision>
  <dcterms:created xsi:type="dcterms:W3CDTF">2013-12-23T23:15:00Z</dcterms:created>
  <dcterms:modified xsi:type="dcterms:W3CDTF">2026-09-02T06:05:00Z</dcterms:modified>
  <cp:category/>
</cp:coreProperties>
</file>