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tblInd w:w="0"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2C374C" w:rsidRPr="002C374C" w14:paraId="12D3E45E" w14:textId="77777777">
        <w:trPr>
          <w:cantSplit/>
          <w:trHeight w:val="510"/>
        </w:trPr>
        <w:tc>
          <w:tcPr>
            <w:tcW w:w="1606" w:type="dxa"/>
            <w:vMerge w:val="restart"/>
            <w:tcBorders>
              <w:top w:val="single" w:sz="4" w:space="0" w:color="767676"/>
              <w:left w:val="single" w:sz="4" w:space="0" w:color="767676"/>
              <w:bottom w:val="single" w:sz="4" w:space="0" w:color="767676"/>
              <w:right w:val="single" w:sz="4" w:space="0" w:color="767676"/>
            </w:tcBorders>
            <w:vAlign w:val="center"/>
            <w:hideMark/>
          </w:tcPr>
          <w:p w14:paraId="1DBAFB2A" w14:textId="77777777" w:rsidR="002C374C" w:rsidRPr="002C374C" w:rsidRDefault="002C374C" w:rsidP="002C374C">
            <w:pPr>
              <w:keepNext/>
              <w:jc w:val="center"/>
            </w:pPr>
            <w:r w:rsidRPr="002C374C">
              <w:rPr>
                <w:noProof/>
              </w:rPr>
              <w:drawing>
                <wp:inline distT="0" distB="0" distL="0" distR="0" wp14:anchorId="5FB37120" wp14:editId="0207C1FA">
                  <wp:extent cx="884555" cy="11995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555" cy="1199515"/>
                          </a:xfrm>
                          <a:prstGeom prst="rect">
                            <a:avLst/>
                          </a:prstGeom>
                          <a:noFill/>
                          <a:ln>
                            <a:noFill/>
                          </a:ln>
                        </pic:spPr>
                      </pic:pic>
                    </a:graphicData>
                  </a:graphic>
                </wp:inline>
              </w:drawing>
            </w:r>
          </w:p>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hideMark/>
          </w:tcPr>
          <w:p w14:paraId="294236BA" w14:textId="77777777" w:rsidR="002C374C" w:rsidRPr="002C374C" w:rsidRDefault="002C374C" w:rsidP="002C374C">
            <w:pPr>
              <w:keepNext/>
            </w:pPr>
            <w:proofErr w:type="spellStart"/>
            <w:r w:rsidRPr="002C374C">
              <w:rPr>
                <w:b/>
                <w:color w:val="0D5F78"/>
              </w:rPr>
              <w:t>Județul</w:t>
            </w:r>
            <w:proofErr w:type="spellEnd"/>
          </w:p>
          <w:p w14:paraId="6C3A4772" w14:textId="77777777" w:rsidR="002C374C" w:rsidRPr="002C374C" w:rsidRDefault="002C374C" w:rsidP="002C374C">
            <w:pPr>
              <w:keepNext/>
            </w:pPr>
            <w:proofErr w:type="spellStart"/>
            <w:r w:rsidRPr="002C374C">
              <w:t>Sălaj</w:t>
            </w:r>
            <w:proofErr w:type="spellEnd"/>
          </w:p>
        </w:tc>
      </w:tr>
      <w:tr w:rsidR="002C374C" w:rsidRPr="002C374C" w14:paraId="4024A258" w14:textId="77777777">
        <w:trPr>
          <w:cantSplit/>
          <w:trHeight w:val="510"/>
        </w:trPr>
        <w:tc>
          <w:tcPr>
            <w:tcW w:w="9636" w:type="dxa"/>
            <w:vMerge/>
            <w:tcBorders>
              <w:top w:val="single" w:sz="4" w:space="0" w:color="767676"/>
              <w:left w:val="single" w:sz="4" w:space="0" w:color="767676"/>
              <w:bottom w:val="single" w:sz="4" w:space="0" w:color="767676"/>
              <w:right w:val="single" w:sz="4" w:space="0" w:color="767676"/>
            </w:tcBorders>
            <w:vAlign w:val="center"/>
            <w:hideMark/>
          </w:tcPr>
          <w:p w14:paraId="65EC98AD" w14:textId="77777777" w:rsidR="002C374C" w:rsidRPr="002C374C" w:rsidRDefault="002C374C" w:rsidP="002C374C"/>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hideMark/>
          </w:tcPr>
          <w:p w14:paraId="40AA1D55" w14:textId="77777777" w:rsidR="002C374C" w:rsidRPr="002C374C" w:rsidRDefault="002C374C" w:rsidP="002C374C">
            <w:pPr>
              <w:keepNext/>
            </w:pPr>
            <w:proofErr w:type="spellStart"/>
            <w:r w:rsidRPr="002C374C">
              <w:rPr>
                <w:b/>
                <w:color w:val="0D5F78"/>
              </w:rPr>
              <w:t>Autoritatea</w:t>
            </w:r>
            <w:proofErr w:type="spellEnd"/>
            <w:r w:rsidRPr="002C374C">
              <w:rPr>
                <w:b/>
                <w:color w:val="0D5F78"/>
              </w:rPr>
              <w:t xml:space="preserve"> </w:t>
            </w:r>
            <w:proofErr w:type="spellStart"/>
            <w:r w:rsidRPr="002C374C">
              <w:rPr>
                <w:b/>
                <w:color w:val="0D5F78"/>
              </w:rPr>
              <w:t>administrației</w:t>
            </w:r>
            <w:proofErr w:type="spellEnd"/>
            <w:r w:rsidRPr="002C374C">
              <w:rPr>
                <w:b/>
                <w:color w:val="0D5F78"/>
              </w:rPr>
              <w:t xml:space="preserve"> </w:t>
            </w:r>
            <w:proofErr w:type="spellStart"/>
            <w:r w:rsidRPr="002C374C">
              <w:rPr>
                <w:b/>
                <w:color w:val="0D5F78"/>
              </w:rPr>
              <w:t>publice</w:t>
            </w:r>
            <w:proofErr w:type="spellEnd"/>
          </w:p>
          <w:p w14:paraId="593422B7" w14:textId="77777777" w:rsidR="002C374C" w:rsidRPr="002C374C" w:rsidRDefault="002C374C" w:rsidP="002C374C">
            <w:pPr>
              <w:keepNext/>
            </w:pPr>
            <w:proofErr w:type="spellStart"/>
            <w:r w:rsidRPr="002C374C">
              <w:t>Primăria</w:t>
            </w:r>
            <w:proofErr w:type="spellEnd"/>
            <w:r w:rsidRPr="002C374C">
              <w:t xml:space="preserve"> </w:t>
            </w:r>
            <w:proofErr w:type="spellStart"/>
            <w:r w:rsidRPr="002C374C">
              <w:t>Municipiului</w:t>
            </w:r>
            <w:proofErr w:type="spellEnd"/>
            <w:r w:rsidRPr="002C374C">
              <w:t xml:space="preserve"> </w:t>
            </w:r>
            <w:proofErr w:type="spellStart"/>
            <w:r w:rsidRPr="002C374C">
              <w:t>Zalău</w:t>
            </w:r>
            <w:proofErr w:type="spellEnd"/>
          </w:p>
        </w:tc>
      </w:tr>
      <w:tr w:rsidR="002C374C" w:rsidRPr="002C374C" w14:paraId="2011DF0F" w14:textId="77777777">
        <w:trPr>
          <w:cantSplit/>
          <w:trHeight w:val="510"/>
        </w:trPr>
        <w:tc>
          <w:tcPr>
            <w:tcW w:w="9636" w:type="dxa"/>
            <w:vMerge/>
            <w:tcBorders>
              <w:top w:val="single" w:sz="4" w:space="0" w:color="767676"/>
              <w:left w:val="single" w:sz="4" w:space="0" w:color="767676"/>
              <w:bottom w:val="single" w:sz="4" w:space="0" w:color="767676"/>
              <w:right w:val="single" w:sz="4" w:space="0" w:color="767676"/>
            </w:tcBorders>
            <w:vAlign w:val="center"/>
            <w:hideMark/>
          </w:tcPr>
          <w:p w14:paraId="5874D7F8" w14:textId="77777777" w:rsidR="002C374C" w:rsidRPr="002C374C" w:rsidRDefault="002C374C" w:rsidP="002C374C"/>
        </w:tc>
        <w:tc>
          <w:tcPr>
            <w:tcW w:w="2409" w:type="dxa"/>
            <w:tcBorders>
              <w:top w:val="single" w:sz="4" w:space="0" w:color="767676"/>
              <w:left w:val="single" w:sz="4" w:space="0" w:color="767676"/>
              <w:bottom w:val="single" w:sz="4" w:space="0" w:color="767676"/>
              <w:right w:val="single" w:sz="4" w:space="0" w:color="767676"/>
            </w:tcBorders>
            <w:shd w:val="clear" w:color="auto" w:fill="F0F0F0"/>
            <w:hideMark/>
          </w:tcPr>
          <w:p w14:paraId="158E224F" w14:textId="77777777" w:rsidR="002C374C" w:rsidRPr="002C374C" w:rsidRDefault="002C374C" w:rsidP="002C374C">
            <w:pPr>
              <w:keepNext/>
              <w:rPr>
                <w:lang w:val="fr-FR"/>
              </w:rPr>
            </w:pPr>
            <w:r w:rsidRPr="002C374C">
              <w:rPr>
                <w:b/>
                <w:color w:val="0D5F78"/>
                <w:lang w:val="fr-FR"/>
              </w:rPr>
              <w:t xml:space="preserve">Cod de </w:t>
            </w:r>
            <w:proofErr w:type="spellStart"/>
            <w:r w:rsidRPr="002C374C">
              <w:rPr>
                <w:b/>
                <w:color w:val="0D5F78"/>
                <w:lang w:val="fr-FR"/>
              </w:rPr>
              <w:t>identificare</w:t>
            </w:r>
            <w:proofErr w:type="spellEnd"/>
            <w:r w:rsidRPr="002C374C">
              <w:rPr>
                <w:b/>
                <w:color w:val="0D5F78"/>
                <w:lang w:val="fr-FR"/>
              </w:rPr>
              <w:t xml:space="preserve"> </w:t>
            </w:r>
            <w:proofErr w:type="spellStart"/>
            <w:r w:rsidRPr="002C374C">
              <w:rPr>
                <w:b/>
                <w:color w:val="0D5F78"/>
                <w:lang w:val="fr-FR"/>
              </w:rPr>
              <w:t>fiscală</w:t>
            </w:r>
            <w:proofErr w:type="spellEnd"/>
            <w:r w:rsidRPr="002C374C">
              <w:rPr>
                <w:b/>
                <w:color w:val="0D5F78"/>
                <w:lang w:val="fr-FR"/>
              </w:rPr>
              <w:t xml:space="preserve"> (CIF)</w:t>
            </w:r>
          </w:p>
          <w:p w14:paraId="08C6E2AE" w14:textId="77777777" w:rsidR="002C374C" w:rsidRPr="002C374C" w:rsidRDefault="002C374C" w:rsidP="002C374C">
            <w:pPr>
              <w:keepNext/>
              <w:rPr>
                <w:lang w:val="fr-FR"/>
              </w:rPr>
            </w:pPr>
            <w:r w:rsidRPr="002C374C">
              <w:t>4291786</w:t>
            </w:r>
          </w:p>
        </w:tc>
        <w:tc>
          <w:tcPr>
            <w:tcW w:w="5621" w:type="dxa"/>
            <w:gridSpan w:val="2"/>
            <w:tcBorders>
              <w:top w:val="single" w:sz="4" w:space="0" w:color="767676"/>
              <w:left w:val="single" w:sz="4" w:space="0" w:color="767676"/>
              <w:bottom w:val="single" w:sz="4" w:space="0" w:color="767676"/>
              <w:right w:val="single" w:sz="4" w:space="0" w:color="767676"/>
            </w:tcBorders>
            <w:shd w:val="clear" w:color="auto" w:fill="F0F0F0"/>
          </w:tcPr>
          <w:p w14:paraId="50F2E69B" w14:textId="77777777" w:rsidR="002C374C" w:rsidRPr="002C374C" w:rsidRDefault="002C374C" w:rsidP="002C374C">
            <w:pPr>
              <w:keepNext/>
            </w:pPr>
            <w:proofErr w:type="spellStart"/>
            <w:r w:rsidRPr="002C374C">
              <w:rPr>
                <w:b/>
                <w:color w:val="0D5F78"/>
              </w:rPr>
              <w:t>Adresa</w:t>
            </w:r>
            <w:proofErr w:type="spellEnd"/>
            <w:r w:rsidRPr="002C374C">
              <w:rPr>
                <w:b/>
                <w:color w:val="0D5F78"/>
              </w:rPr>
              <w:t xml:space="preserve"> </w:t>
            </w:r>
            <w:proofErr w:type="spellStart"/>
            <w:r w:rsidRPr="002C374C">
              <w:rPr>
                <w:b/>
                <w:color w:val="0D5F78"/>
              </w:rPr>
              <w:t>oficială</w:t>
            </w:r>
            <w:proofErr w:type="spellEnd"/>
          </w:p>
          <w:p w14:paraId="1185A765" w14:textId="77777777" w:rsidR="002C374C" w:rsidRPr="002C374C" w:rsidRDefault="002C374C" w:rsidP="002C374C">
            <w:pPr>
              <w:keepNext/>
            </w:pPr>
            <w:proofErr w:type="spellStart"/>
            <w:r w:rsidRPr="002C374C">
              <w:t>Piața</w:t>
            </w:r>
            <w:proofErr w:type="spellEnd"/>
            <w:r w:rsidRPr="002C374C">
              <w:t xml:space="preserve"> Iuliu Maniu, nr. 3, tel. 0260 610550, e-mail: primaria@zalausj.ro</w:t>
            </w:r>
          </w:p>
          <w:p w14:paraId="4F73946C" w14:textId="77777777" w:rsidR="002C374C" w:rsidRPr="002C374C" w:rsidRDefault="002C374C" w:rsidP="002C374C">
            <w:pPr>
              <w:keepNext/>
            </w:pPr>
          </w:p>
        </w:tc>
      </w:tr>
      <w:tr w:rsidR="002C374C" w:rsidRPr="002C374C" w14:paraId="5682A42B" w14:textId="77777777">
        <w:trPr>
          <w:cantSplit/>
          <w:trHeight w:val="510"/>
        </w:trPr>
        <w:tc>
          <w:tcPr>
            <w:tcW w:w="9636" w:type="dxa"/>
            <w:vMerge/>
            <w:tcBorders>
              <w:top w:val="single" w:sz="4" w:space="0" w:color="767676"/>
              <w:left w:val="single" w:sz="4" w:space="0" w:color="767676"/>
              <w:bottom w:val="single" w:sz="4" w:space="0" w:color="767676"/>
              <w:right w:val="single" w:sz="4" w:space="0" w:color="767676"/>
            </w:tcBorders>
            <w:vAlign w:val="center"/>
            <w:hideMark/>
          </w:tcPr>
          <w:p w14:paraId="68A70489" w14:textId="77777777" w:rsidR="002C374C" w:rsidRPr="002C374C" w:rsidRDefault="002C374C" w:rsidP="002C374C"/>
        </w:tc>
        <w:tc>
          <w:tcPr>
            <w:tcW w:w="4818" w:type="dxa"/>
            <w:gridSpan w:val="2"/>
            <w:tcBorders>
              <w:top w:val="single" w:sz="4" w:space="0" w:color="767676"/>
              <w:left w:val="single" w:sz="4" w:space="0" w:color="767676"/>
              <w:bottom w:val="single" w:sz="4" w:space="0" w:color="767676"/>
              <w:right w:val="single" w:sz="4" w:space="0" w:color="767676"/>
            </w:tcBorders>
            <w:shd w:val="clear" w:color="auto" w:fill="F0F0F0"/>
          </w:tcPr>
          <w:p w14:paraId="6A65DD8C" w14:textId="77777777" w:rsidR="002C374C" w:rsidRPr="002C374C" w:rsidRDefault="002C374C" w:rsidP="002C374C">
            <w:pPr>
              <w:keepNext/>
            </w:pPr>
            <w:proofErr w:type="spellStart"/>
            <w:r w:rsidRPr="002C374C">
              <w:rPr>
                <w:b/>
                <w:color w:val="0D5F78"/>
              </w:rPr>
              <w:t>Număr</w:t>
            </w:r>
            <w:proofErr w:type="spellEnd"/>
            <w:r w:rsidRPr="002C374C">
              <w:rPr>
                <w:b/>
                <w:color w:val="0D5F78"/>
              </w:rPr>
              <w:t xml:space="preserve"> de </w:t>
            </w:r>
            <w:proofErr w:type="spellStart"/>
            <w:r w:rsidRPr="002C374C">
              <w:rPr>
                <w:b/>
                <w:color w:val="0D5F78"/>
              </w:rPr>
              <w:t>înregistrare</w:t>
            </w:r>
            <w:proofErr w:type="spellEnd"/>
          </w:p>
          <w:p w14:paraId="60F145A2" w14:textId="77777777" w:rsidR="002C374C" w:rsidRPr="002C374C" w:rsidRDefault="002C374C" w:rsidP="002C374C">
            <w:pPr>
              <w:keepNext/>
            </w:pPr>
          </w:p>
        </w:tc>
        <w:tc>
          <w:tcPr>
            <w:tcW w:w="3212" w:type="dxa"/>
            <w:tcBorders>
              <w:top w:val="single" w:sz="4" w:space="0" w:color="767676"/>
              <w:left w:val="single" w:sz="4" w:space="0" w:color="767676"/>
              <w:bottom w:val="single" w:sz="4" w:space="0" w:color="767676"/>
              <w:right w:val="single" w:sz="4" w:space="0" w:color="767676"/>
            </w:tcBorders>
            <w:shd w:val="clear" w:color="auto" w:fill="F0F0F0"/>
          </w:tcPr>
          <w:p w14:paraId="230948C5" w14:textId="77777777" w:rsidR="002C374C" w:rsidRPr="002C374C" w:rsidRDefault="002C374C" w:rsidP="002C374C">
            <w:pPr>
              <w:keepNext/>
            </w:pPr>
            <w:r w:rsidRPr="002C374C">
              <w:rPr>
                <w:b/>
                <w:color w:val="0D5F78"/>
              </w:rPr>
              <w:t>Data</w:t>
            </w:r>
          </w:p>
          <w:p w14:paraId="36397D24" w14:textId="77777777" w:rsidR="002C374C" w:rsidRPr="002C374C" w:rsidRDefault="002C374C" w:rsidP="002C374C">
            <w:pPr>
              <w:keepNext/>
            </w:pPr>
          </w:p>
        </w:tc>
      </w:tr>
      <w:tr w:rsidR="002C374C" w:rsidRPr="002C374C" w14:paraId="0DF734DB" w14:textId="77777777">
        <w:trPr>
          <w:cantSplit/>
        </w:trPr>
        <w:tc>
          <w:tcPr>
            <w:tcW w:w="9636" w:type="dxa"/>
            <w:gridSpan w:val="4"/>
            <w:tcBorders>
              <w:top w:val="single" w:sz="4" w:space="0" w:color="767676"/>
              <w:left w:val="single" w:sz="4" w:space="0" w:color="767676"/>
              <w:bottom w:val="single" w:sz="4" w:space="0" w:color="767676"/>
              <w:right w:val="single" w:sz="4" w:space="0" w:color="767676"/>
            </w:tcBorders>
            <w:shd w:val="clear" w:color="auto" w:fill="F0F0F0"/>
            <w:hideMark/>
          </w:tcPr>
          <w:p w14:paraId="6CE0FA82" w14:textId="77777777" w:rsidR="002C374C" w:rsidRPr="002C374C" w:rsidRDefault="002C374C" w:rsidP="002C374C">
            <w:pPr>
              <w:rPr>
                <w:lang w:val="fr-FR"/>
              </w:rPr>
            </w:pPr>
            <w:r w:rsidRPr="002C374C">
              <w:rPr>
                <w:i/>
                <w:color w:val="595959"/>
                <w:lang w:val="fr-FR"/>
              </w:rPr>
              <w:t xml:space="preserve"> </w:t>
            </w:r>
            <w:proofErr w:type="gramStart"/>
            <w:r w:rsidRPr="002C374C">
              <w:rPr>
                <w:i/>
                <w:color w:val="595959"/>
                <w:lang w:val="fr-FR"/>
              </w:rPr>
              <w:t>se</w:t>
            </w:r>
            <w:proofErr w:type="gramEnd"/>
            <w:r w:rsidRPr="002C374C">
              <w:rPr>
                <w:i/>
                <w:color w:val="595959"/>
                <w:lang w:val="fr-FR"/>
              </w:rPr>
              <w:t xml:space="preserve"> </w:t>
            </w:r>
            <w:proofErr w:type="spellStart"/>
            <w:r w:rsidRPr="002C374C">
              <w:rPr>
                <w:i/>
                <w:color w:val="595959"/>
                <w:lang w:val="fr-FR"/>
              </w:rPr>
              <w:t>completează</w:t>
            </w:r>
            <w:proofErr w:type="spellEnd"/>
            <w:r w:rsidRPr="002C374C">
              <w:rPr>
                <w:i/>
                <w:color w:val="595959"/>
                <w:lang w:val="fr-FR"/>
              </w:rPr>
              <w:t xml:space="preserve"> de </w:t>
            </w:r>
            <w:proofErr w:type="spellStart"/>
            <w:r w:rsidRPr="002C374C">
              <w:rPr>
                <w:i/>
                <w:color w:val="595959"/>
                <w:lang w:val="fr-FR"/>
              </w:rPr>
              <w:t>autoritate</w:t>
            </w:r>
            <w:proofErr w:type="spellEnd"/>
            <w:r w:rsidRPr="002C374C">
              <w:rPr>
                <w:i/>
                <w:color w:val="595959"/>
                <w:lang w:val="fr-FR"/>
              </w:rPr>
              <w:t xml:space="preserve"> — </w:t>
            </w:r>
            <w:proofErr w:type="spellStart"/>
            <w:r w:rsidRPr="002C374C">
              <w:rPr>
                <w:i/>
                <w:color w:val="595959"/>
                <w:lang w:val="fr-FR"/>
              </w:rPr>
              <w:t>solicitantul</w:t>
            </w:r>
            <w:proofErr w:type="spellEnd"/>
            <w:r w:rsidRPr="002C374C">
              <w:rPr>
                <w:i/>
                <w:color w:val="595959"/>
                <w:lang w:val="fr-FR"/>
              </w:rPr>
              <w:t xml:space="preserve"> nu </w:t>
            </w:r>
            <w:proofErr w:type="spellStart"/>
            <w:r w:rsidRPr="002C374C">
              <w:rPr>
                <w:i/>
                <w:color w:val="595959"/>
                <w:lang w:val="fr-FR"/>
              </w:rPr>
              <w:t>scrie</w:t>
            </w:r>
            <w:proofErr w:type="spellEnd"/>
            <w:r w:rsidRPr="002C374C">
              <w:rPr>
                <w:i/>
                <w:color w:val="595959"/>
                <w:lang w:val="fr-FR"/>
              </w:rPr>
              <w:t xml:space="preserve"> </w:t>
            </w:r>
            <w:proofErr w:type="spellStart"/>
            <w:r w:rsidRPr="002C374C">
              <w:rPr>
                <w:i/>
                <w:color w:val="595959"/>
                <w:lang w:val="fr-FR"/>
              </w:rPr>
              <w:t>în</w:t>
            </w:r>
            <w:proofErr w:type="spellEnd"/>
            <w:r w:rsidRPr="002C374C">
              <w:rPr>
                <w:i/>
                <w:color w:val="595959"/>
                <w:lang w:val="fr-FR"/>
              </w:rPr>
              <w:t xml:space="preserve"> </w:t>
            </w:r>
            <w:proofErr w:type="spellStart"/>
            <w:r w:rsidRPr="002C374C">
              <w:rPr>
                <w:i/>
                <w:color w:val="595959"/>
                <w:lang w:val="fr-FR"/>
              </w:rPr>
              <w:t>această</w:t>
            </w:r>
            <w:proofErr w:type="spellEnd"/>
            <w:r w:rsidRPr="002C374C">
              <w:rPr>
                <w:i/>
                <w:color w:val="595959"/>
                <w:lang w:val="fr-FR"/>
              </w:rPr>
              <w:t xml:space="preserve"> </w:t>
            </w:r>
            <w:proofErr w:type="spellStart"/>
            <w:r w:rsidRPr="002C374C">
              <w:rPr>
                <w:i/>
                <w:color w:val="595959"/>
                <w:lang w:val="fr-FR"/>
              </w:rPr>
              <w:t>zonă</w:t>
            </w:r>
            <w:proofErr w:type="spellEnd"/>
          </w:p>
        </w:tc>
      </w:tr>
    </w:tbl>
    <w:p w14:paraId="5E765707" w14:textId="77777777" w:rsidR="0092490D" w:rsidRPr="00990104" w:rsidRDefault="0092490D">
      <w:pPr>
        <w:spacing w:line="168" w:lineRule="auto"/>
        <w:rPr>
          <w:lang w:val="fr-FR"/>
        </w:rPr>
      </w:pPr>
    </w:p>
    <w:p w14:paraId="7CF593E3" w14:textId="77777777" w:rsidR="0092490D" w:rsidRPr="00EC2169" w:rsidRDefault="008D3852">
      <w:pPr>
        <w:spacing w:before="140" w:after="40"/>
        <w:jc w:val="center"/>
        <w:rPr>
          <w:sz w:val="28"/>
          <w:szCs w:val="28"/>
        </w:rPr>
      </w:pPr>
      <w:r w:rsidRPr="00EC2169">
        <w:rPr>
          <w:b/>
          <w:sz w:val="28"/>
          <w:szCs w:val="28"/>
        </w:rPr>
        <w:t>CERERE</w:t>
      </w:r>
    </w:p>
    <w:p w14:paraId="0B2AA7E4" w14:textId="77777777" w:rsidR="0092490D" w:rsidRDefault="0092490D">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C8A739C" w14:textId="77777777">
        <w:trPr>
          <w:cantSplit/>
        </w:trPr>
        <w:tc>
          <w:tcPr>
            <w:tcW w:w="9636" w:type="dxa"/>
            <w:shd w:val="clear" w:color="auto" w:fill="F4F4F4"/>
          </w:tcPr>
          <w:p w14:paraId="7E77948A" w14:textId="77777777" w:rsidR="0092490D" w:rsidRDefault="008D3852">
            <w:pPr>
              <w:keepNext/>
            </w:pPr>
            <w:r>
              <w:rPr>
                <w:b/>
                <w:sz w:val="16"/>
              </w:rPr>
              <w:t xml:space="preserve"> 1. </w:t>
            </w:r>
            <w:r>
              <w:rPr>
                <w:b/>
                <w:color w:val="000000"/>
                <w:sz w:val="18"/>
              </w:rPr>
              <w:t>CĂTRE</w:t>
            </w:r>
          </w:p>
        </w:tc>
      </w:tr>
      <w:tr w:rsidR="0092490D" w:rsidRPr="00975330" w14:paraId="47D04DFF" w14:textId="77777777">
        <w:trPr>
          <w:cantSplit/>
          <w:trHeight w:val="510"/>
        </w:trPr>
        <w:tc>
          <w:tcPr>
            <w:tcW w:w="9636" w:type="dxa"/>
          </w:tcPr>
          <w:p w14:paraId="7681FCB6" w14:textId="77777777" w:rsidR="0092490D" w:rsidRPr="00990104" w:rsidRDefault="008D3852">
            <w:pPr>
              <w:keepNext/>
              <w:rPr>
                <w:lang w:val="fr-FR"/>
              </w:rPr>
            </w:pPr>
            <w:proofErr w:type="spellStart"/>
            <w:r w:rsidRPr="00990104">
              <w:rPr>
                <w:b/>
                <w:color w:val="0D5F78"/>
                <w:lang w:val="fr-FR"/>
              </w:rPr>
              <w:t>Instituția</w:t>
            </w:r>
            <w:proofErr w:type="spellEnd"/>
          </w:p>
          <w:p w14:paraId="73C8D889" w14:textId="77777777" w:rsidR="0092490D" w:rsidRPr="00990104" w:rsidRDefault="008D3852">
            <w:pPr>
              <w:keepNext/>
              <w:rPr>
                <w:lang w:val="fr-FR"/>
              </w:rPr>
            </w:pPr>
            <w:proofErr w:type="spellStart"/>
            <w:proofErr w:type="gramStart"/>
            <w:r w:rsidRPr="00990104">
              <w:rPr>
                <w:i/>
                <w:color w:val="7A7A7A"/>
                <w:lang w:val="fr-FR"/>
              </w:rPr>
              <w:t>primăria</w:t>
            </w:r>
            <w:proofErr w:type="spellEnd"/>
            <w:proofErr w:type="gramEnd"/>
            <w:r w:rsidRPr="00990104">
              <w:rPr>
                <w:i/>
                <w:color w:val="7A7A7A"/>
                <w:lang w:val="fr-FR"/>
              </w:rPr>
              <w:t xml:space="preserve"> </w:t>
            </w:r>
            <w:proofErr w:type="spellStart"/>
            <w:r w:rsidRPr="00990104">
              <w:rPr>
                <w:i/>
                <w:color w:val="7A7A7A"/>
                <w:lang w:val="fr-FR"/>
              </w:rPr>
              <w:t>municipiului</w:t>
            </w:r>
            <w:proofErr w:type="spellEnd"/>
            <w:r w:rsidRPr="00990104">
              <w:rPr>
                <w:i/>
                <w:color w:val="7A7A7A"/>
                <w:lang w:val="fr-FR"/>
              </w:rPr>
              <w:t xml:space="preserve"> / </w:t>
            </w:r>
            <w:proofErr w:type="spellStart"/>
            <w:r w:rsidRPr="00990104">
              <w:rPr>
                <w:i/>
                <w:color w:val="7A7A7A"/>
                <w:lang w:val="fr-FR"/>
              </w:rPr>
              <w:t>orașului</w:t>
            </w:r>
            <w:proofErr w:type="spellEnd"/>
            <w:r w:rsidRPr="00990104">
              <w:rPr>
                <w:i/>
                <w:color w:val="7A7A7A"/>
                <w:lang w:val="fr-FR"/>
              </w:rPr>
              <w:t xml:space="preserve"> / </w:t>
            </w:r>
            <w:proofErr w:type="spellStart"/>
            <w:r w:rsidRPr="00990104">
              <w:rPr>
                <w:i/>
                <w:color w:val="7A7A7A"/>
                <w:lang w:val="fr-FR"/>
              </w:rPr>
              <w:t>comunei</w:t>
            </w:r>
            <w:proofErr w:type="spellEnd"/>
            <w:r w:rsidRPr="00990104">
              <w:rPr>
                <w:i/>
                <w:color w:val="7A7A7A"/>
                <w:lang w:val="fr-FR"/>
              </w:rPr>
              <w:t xml:space="preserve"> · </w:t>
            </w:r>
            <w:proofErr w:type="spellStart"/>
            <w:r w:rsidRPr="00990104">
              <w:rPr>
                <w:i/>
                <w:color w:val="7A7A7A"/>
                <w:lang w:val="fr-FR"/>
              </w:rPr>
              <w:t>primăria</w:t>
            </w:r>
            <w:proofErr w:type="spellEnd"/>
            <w:r w:rsidRPr="00990104">
              <w:rPr>
                <w:i/>
                <w:color w:val="7A7A7A"/>
                <w:lang w:val="fr-FR"/>
              </w:rPr>
              <w:t xml:space="preserve"> de </w:t>
            </w:r>
            <w:proofErr w:type="spellStart"/>
            <w:r w:rsidRPr="00990104">
              <w:rPr>
                <w:i/>
                <w:color w:val="7A7A7A"/>
                <w:lang w:val="fr-FR"/>
              </w:rPr>
              <w:t>sector</w:t>
            </w:r>
            <w:proofErr w:type="spellEnd"/>
            <w:r w:rsidRPr="00990104">
              <w:rPr>
                <w:i/>
                <w:color w:val="7A7A7A"/>
                <w:lang w:val="fr-FR"/>
              </w:rPr>
              <w:t xml:space="preserve"> · </w:t>
            </w:r>
            <w:proofErr w:type="spellStart"/>
            <w:r w:rsidRPr="00990104">
              <w:rPr>
                <w:i/>
                <w:color w:val="7A7A7A"/>
                <w:lang w:val="fr-FR"/>
              </w:rPr>
              <w:t>consiliul</w:t>
            </w:r>
            <w:proofErr w:type="spellEnd"/>
            <w:r w:rsidRPr="00990104">
              <w:rPr>
                <w:i/>
                <w:color w:val="7A7A7A"/>
                <w:lang w:val="fr-FR"/>
              </w:rPr>
              <w:t xml:space="preserve"> </w:t>
            </w:r>
            <w:proofErr w:type="spellStart"/>
            <w:r w:rsidRPr="00990104">
              <w:rPr>
                <w:i/>
                <w:color w:val="7A7A7A"/>
                <w:lang w:val="fr-FR"/>
              </w:rPr>
              <w:t>județean</w:t>
            </w:r>
            <w:proofErr w:type="spellEnd"/>
          </w:p>
          <w:p w14:paraId="7B27FAE0" w14:textId="77777777" w:rsidR="0092490D" w:rsidRPr="00990104" w:rsidRDefault="0092490D">
            <w:pPr>
              <w:keepNext/>
              <w:rPr>
                <w:lang w:val="fr-FR"/>
              </w:rPr>
            </w:pPr>
          </w:p>
        </w:tc>
      </w:tr>
      <w:tr w:rsidR="0092490D" w:rsidRPr="00975330" w14:paraId="322EBF70" w14:textId="77777777">
        <w:trPr>
          <w:cantSplit/>
        </w:trPr>
        <w:tc>
          <w:tcPr>
            <w:tcW w:w="9636" w:type="dxa"/>
            <w:shd w:val="clear" w:color="auto" w:fill="F4F4F4"/>
          </w:tcPr>
          <w:p w14:paraId="1D4D1BC3" w14:textId="77777777" w:rsidR="0092490D" w:rsidRPr="00990104" w:rsidRDefault="008D3852">
            <w:pPr>
              <w:spacing w:line="228" w:lineRule="auto"/>
              <w:rPr>
                <w:lang w:val="fr-FR"/>
              </w:rPr>
            </w:pPr>
            <w:proofErr w:type="spellStart"/>
            <w:r w:rsidRPr="00990104">
              <w:rPr>
                <w:lang w:val="fr-FR"/>
              </w:rPr>
              <w:t>Cererea</w:t>
            </w:r>
            <w:proofErr w:type="spellEnd"/>
            <w:r w:rsidRPr="00990104">
              <w:rPr>
                <w:lang w:val="fr-FR"/>
              </w:rPr>
              <w:t xml:space="preserve"> va fi </w:t>
            </w:r>
            <w:proofErr w:type="spellStart"/>
            <w:r w:rsidRPr="00990104">
              <w:rPr>
                <w:lang w:val="fr-FR"/>
              </w:rPr>
              <w:t>transmisă</w:t>
            </w:r>
            <w:proofErr w:type="spellEnd"/>
            <w:r w:rsidRPr="00990104">
              <w:rPr>
                <w:lang w:val="fr-FR"/>
              </w:rPr>
              <w:t xml:space="preserve"> </w:t>
            </w:r>
            <w:proofErr w:type="spellStart"/>
            <w:r w:rsidRPr="00990104">
              <w:rPr>
                <w:lang w:val="fr-FR"/>
              </w:rPr>
              <w:t>către</w:t>
            </w:r>
            <w:proofErr w:type="spellEnd"/>
            <w:r w:rsidRPr="00990104">
              <w:rPr>
                <w:lang w:val="fr-FR"/>
              </w:rPr>
              <w:t xml:space="preserve"> </w:t>
            </w:r>
            <w:proofErr w:type="spellStart"/>
            <w:r w:rsidRPr="00990104">
              <w:rPr>
                <w:lang w:val="fr-FR"/>
              </w:rPr>
              <w:t>președintele</w:t>
            </w:r>
            <w:proofErr w:type="spellEnd"/>
            <w:r w:rsidRPr="00990104">
              <w:rPr>
                <w:lang w:val="fr-FR"/>
              </w:rPr>
              <w:t xml:space="preserve"> </w:t>
            </w:r>
            <w:proofErr w:type="spellStart"/>
            <w:r w:rsidRPr="00990104">
              <w:rPr>
                <w:lang w:val="fr-FR"/>
              </w:rPr>
              <w:t>consiliului</w:t>
            </w:r>
            <w:proofErr w:type="spellEnd"/>
            <w:r w:rsidRPr="00990104">
              <w:rPr>
                <w:lang w:val="fr-FR"/>
              </w:rPr>
              <w:t xml:space="preserve"> </w:t>
            </w:r>
            <w:proofErr w:type="spellStart"/>
            <w:r w:rsidRPr="00990104">
              <w:rPr>
                <w:lang w:val="fr-FR"/>
              </w:rPr>
              <w:t>județean</w:t>
            </w:r>
            <w:proofErr w:type="spellEnd"/>
            <w:r w:rsidRPr="00990104">
              <w:rPr>
                <w:lang w:val="fr-FR"/>
              </w:rPr>
              <w:t xml:space="preserve">, </w:t>
            </w:r>
            <w:proofErr w:type="spellStart"/>
            <w:r w:rsidRPr="00990104">
              <w:rPr>
                <w:lang w:val="fr-FR"/>
              </w:rPr>
              <w:t>primarul</w:t>
            </w:r>
            <w:proofErr w:type="spellEnd"/>
            <w:r w:rsidRPr="00990104">
              <w:rPr>
                <w:lang w:val="fr-FR"/>
              </w:rPr>
              <w:t xml:space="preserve"> </w:t>
            </w:r>
            <w:proofErr w:type="spellStart"/>
            <w:r w:rsidRPr="00990104">
              <w:rPr>
                <w:lang w:val="fr-FR"/>
              </w:rPr>
              <w:t>general</w:t>
            </w:r>
            <w:proofErr w:type="spellEnd"/>
            <w:r w:rsidRPr="00990104">
              <w:rPr>
                <w:lang w:val="fr-FR"/>
              </w:rPr>
              <w:t xml:space="preserve">, </w:t>
            </w:r>
            <w:proofErr w:type="spellStart"/>
            <w:r w:rsidRPr="00990104">
              <w:rPr>
                <w:lang w:val="fr-FR"/>
              </w:rPr>
              <w:t>primarul</w:t>
            </w:r>
            <w:proofErr w:type="spellEnd"/>
            <w:r w:rsidRPr="00990104">
              <w:rPr>
                <w:lang w:val="fr-FR"/>
              </w:rPr>
              <w:t xml:space="preserve"> de </w:t>
            </w:r>
            <w:proofErr w:type="spellStart"/>
            <w:r w:rsidRPr="00990104">
              <w:rPr>
                <w:lang w:val="fr-FR"/>
              </w:rPr>
              <w:t>sector</w:t>
            </w:r>
            <w:proofErr w:type="spellEnd"/>
            <w:r w:rsidRPr="00990104">
              <w:rPr>
                <w:lang w:val="fr-FR"/>
              </w:rPr>
              <w:t xml:space="preserve"> </w:t>
            </w:r>
            <w:proofErr w:type="spellStart"/>
            <w:r w:rsidRPr="00990104">
              <w:rPr>
                <w:lang w:val="fr-FR"/>
              </w:rPr>
              <w:t>sau</w:t>
            </w:r>
            <w:proofErr w:type="spellEnd"/>
            <w:r w:rsidRPr="00990104">
              <w:rPr>
                <w:lang w:val="fr-FR"/>
              </w:rPr>
              <w:t xml:space="preserve"> </w:t>
            </w:r>
            <w:proofErr w:type="spellStart"/>
            <w:r w:rsidRPr="00990104">
              <w:rPr>
                <w:lang w:val="fr-FR"/>
              </w:rPr>
              <w:t>primarul</w:t>
            </w:r>
            <w:proofErr w:type="spellEnd"/>
            <w:r w:rsidRPr="00990104">
              <w:rPr>
                <w:lang w:val="fr-FR"/>
              </w:rPr>
              <w:t xml:space="preserve"> </w:t>
            </w:r>
            <w:proofErr w:type="spellStart"/>
            <w:r w:rsidRPr="00990104">
              <w:rPr>
                <w:lang w:val="fr-FR"/>
              </w:rPr>
              <w:t>municipiului</w:t>
            </w:r>
            <w:proofErr w:type="spellEnd"/>
            <w:r w:rsidRPr="00990104">
              <w:rPr>
                <w:lang w:val="fr-FR"/>
              </w:rPr>
              <w:t xml:space="preserve"> / </w:t>
            </w:r>
            <w:proofErr w:type="spellStart"/>
            <w:r w:rsidRPr="00990104">
              <w:rPr>
                <w:lang w:val="fr-FR"/>
              </w:rPr>
              <w:t>orașului</w:t>
            </w:r>
            <w:proofErr w:type="spellEnd"/>
            <w:r w:rsidRPr="00990104">
              <w:rPr>
                <w:lang w:val="fr-FR"/>
              </w:rPr>
              <w:t xml:space="preserve"> / </w:t>
            </w:r>
            <w:proofErr w:type="spellStart"/>
            <w:r w:rsidRPr="00990104">
              <w:rPr>
                <w:lang w:val="fr-FR"/>
              </w:rPr>
              <w:t>comunei</w:t>
            </w:r>
            <w:proofErr w:type="spellEnd"/>
            <w:r w:rsidRPr="00990104">
              <w:rPr>
                <w:lang w:val="fr-FR"/>
              </w:rPr>
              <w:t xml:space="preserve">, </w:t>
            </w:r>
            <w:proofErr w:type="spellStart"/>
            <w:r w:rsidRPr="00990104">
              <w:rPr>
                <w:lang w:val="fr-FR"/>
              </w:rPr>
              <w:t>după</w:t>
            </w:r>
            <w:proofErr w:type="spellEnd"/>
            <w:r w:rsidRPr="00990104">
              <w:rPr>
                <w:lang w:val="fr-FR"/>
              </w:rPr>
              <w:t xml:space="preserve"> </w:t>
            </w:r>
            <w:proofErr w:type="spellStart"/>
            <w:r w:rsidRPr="00990104">
              <w:rPr>
                <w:lang w:val="fr-FR"/>
              </w:rPr>
              <w:t>caz</w:t>
            </w:r>
            <w:proofErr w:type="spellEnd"/>
            <w:r w:rsidRPr="00990104">
              <w:rPr>
                <w:lang w:val="fr-FR"/>
              </w:rPr>
              <w:t>.</w:t>
            </w:r>
          </w:p>
        </w:tc>
      </w:tr>
    </w:tbl>
    <w:p w14:paraId="4672FCFC"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92490D" w14:paraId="38966756" w14:textId="77777777">
        <w:trPr>
          <w:cantSplit/>
        </w:trPr>
        <w:tc>
          <w:tcPr>
            <w:tcW w:w="9636" w:type="dxa"/>
            <w:gridSpan w:val="8"/>
            <w:shd w:val="clear" w:color="auto" w:fill="F4F4F4"/>
          </w:tcPr>
          <w:p w14:paraId="44602C75" w14:textId="77777777" w:rsidR="0092490D" w:rsidRDefault="008D3852">
            <w:pPr>
              <w:keepNext/>
            </w:pPr>
            <w:r w:rsidRPr="00990104">
              <w:rPr>
                <w:b/>
                <w:sz w:val="16"/>
                <w:lang w:val="fr-FR"/>
              </w:rPr>
              <w:t xml:space="preserve"> </w:t>
            </w:r>
            <w:r>
              <w:rPr>
                <w:b/>
                <w:sz w:val="16"/>
              </w:rPr>
              <w:t xml:space="preserve">2. </w:t>
            </w:r>
            <w:r>
              <w:rPr>
                <w:b/>
                <w:color w:val="000000"/>
                <w:sz w:val="18"/>
              </w:rPr>
              <w:t>SOLICITANTUL</w:t>
            </w:r>
          </w:p>
        </w:tc>
      </w:tr>
      <w:tr w:rsidR="0092490D" w14:paraId="03DFB324" w14:textId="77777777">
        <w:trPr>
          <w:cantSplit/>
          <w:trHeight w:val="510"/>
        </w:trPr>
        <w:tc>
          <w:tcPr>
            <w:tcW w:w="5621" w:type="dxa"/>
            <w:gridSpan w:val="5"/>
          </w:tcPr>
          <w:p w14:paraId="7D07181E" w14:textId="77777777" w:rsidR="0092490D" w:rsidRDefault="008D3852">
            <w:pPr>
              <w:keepNext/>
            </w:pPr>
            <w:r>
              <w:rPr>
                <w:b/>
                <w:color w:val="0D5F78"/>
              </w:rPr>
              <w:t>Nume și prenume</w:t>
            </w:r>
          </w:p>
          <w:p w14:paraId="14353ADA" w14:textId="77777777" w:rsidR="0092490D" w:rsidRDefault="0092490D">
            <w:pPr>
              <w:keepNext/>
            </w:pPr>
          </w:p>
        </w:tc>
        <w:tc>
          <w:tcPr>
            <w:tcW w:w="4015" w:type="dxa"/>
            <w:gridSpan w:val="3"/>
          </w:tcPr>
          <w:p w14:paraId="591F6BB9" w14:textId="77777777" w:rsidR="0092490D" w:rsidRDefault="008D3852">
            <w:pPr>
              <w:keepNext/>
            </w:pPr>
            <w:r>
              <w:rPr>
                <w:b/>
                <w:color w:val="0D5F78"/>
              </w:rPr>
              <w:t>CNP</w:t>
            </w:r>
          </w:p>
          <w:p w14:paraId="257490B2" w14:textId="77777777" w:rsidR="0092490D" w:rsidRDefault="0092490D">
            <w:pPr>
              <w:keepNext/>
            </w:pPr>
          </w:p>
        </w:tc>
      </w:tr>
      <w:tr w:rsidR="0092490D" w14:paraId="5F5CF8C4" w14:textId="77777777">
        <w:trPr>
          <w:cantSplit/>
        </w:trPr>
        <w:tc>
          <w:tcPr>
            <w:tcW w:w="9636" w:type="dxa"/>
            <w:gridSpan w:val="8"/>
            <w:shd w:val="clear" w:color="auto" w:fill="F4F4F4"/>
          </w:tcPr>
          <w:p w14:paraId="37E82194" w14:textId="77777777" w:rsidR="0092490D" w:rsidRDefault="008D3852">
            <w:pPr>
              <w:keepNext/>
            </w:pPr>
            <w:r>
              <w:rPr>
                <w:sz w:val="16"/>
              </w:rPr>
              <w:t xml:space="preserve"> Act de identitate</w:t>
            </w:r>
          </w:p>
        </w:tc>
      </w:tr>
      <w:tr w:rsidR="0092490D" w14:paraId="018674C0" w14:textId="77777777">
        <w:trPr>
          <w:cantSplit/>
          <w:trHeight w:val="510"/>
        </w:trPr>
        <w:tc>
          <w:tcPr>
            <w:tcW w:w="1606" w:type="dxa"/>
          </w:tcPr>
          <w:p w14:paraId="0CC0546B" w14:textId="77777777" w:rsidR="0092490D" w:rsidRDefault="008D3852">
            <w:pPr>
              <w:keepNext/>
            </w:pPr>
            <w:r>
              <w:rPr>
                <w:b/>
                <w:color w:val="0D5F78"/>
              </w:rPr>
              <w:t>Seria</w:t>
            </w:r>
          </w:p>
          <w:p w14:paraId="49733ED9" w14:textId="77777777" w:rsidR="0092490D" w:rsidRDefault="0092490D">
            <w:pPr>
              <w:keepNext/>
            </w:pPr>
          </w:p>
        </w:tc>
        <w:tc>
          <w:tcPr>
            <w:tcW w:w="1606" w:type="dxa"/>
          </w:tcPr>
          <w:p w14:paraId="653EEA97" w14:textId="77777777" w:rsidR="0092490D" w:rsidRDefault="008D3852">
            <w:pPr>
              <w:keepNext/>
            </w:pPr>
            <w:r>
              <w:rPr>
                <w:b/>
                <w:color w:val="0D5F78"/>
              </w:rPr>
              <w:t>Numărul</w:t>
            </w:r>
          </w:p>
          <w:p w14:paraId="39BA81F1" w14:textId="77777777" w:rsidR="0092490D" w:rsidRDefault="0092490D">
            <w:pPr>
              <w:keepNext/>
            </w:pPr>
          </w:p>
        </w:tc>
        <w:tc>
          <w:tcPr>
            <w:tcW w:w="4818" w:type="dxa"/>
            <w:gridSpan w:val="5"/>
          </w:tcPr>
          <w:p w14:paraId="4317C149" w14:textId="77777777" w:rsidR="0092490D" w:rsidRDefault="008D3852">
            <w:pPr>
              <w:keepNext/>
            </w:pPr>
            <w:r>
              <w:rPr>
                <w:b/>
                <w:color w:val="0D5F78"/>
              </w:rPr>
              <w:t>Eliberat de</w:t>
            </w:r>
          </w:p>
          <w:p w14:paraId="015ED2FB" w14:textId="77777777" w:rsidR="0092490D" w:rsidRDefault="0092490D">
            <w:pPr>
              <w:keepNext/>
            </w:pPr>
          </w:p>
        </w:tc>
        <w:tc>
          <w:tcPr>
            <w:tcW w:w="1606" w:type="dxa"/>
          </w:tcPr>
          <w:p w14:paraId="2DD0A946" w14:textId="77777777" w:rsidR="0092490D" w:rsidRDefault="008D3852">
            <w:pPr>
              <w:keepNext/>
            </w:pPr>
            <w:r>
              <w:rPr>
                <w:b/>
                <w:color w:val="0D5F78"/>
              </w:rPr>
              <w:t>La data</w:t>
            </w:r>
          </w:p>
          <w:p w14:paraId="38FA9DDA" w14:textId="77777777" w:rsidR="0092490D" w:rsidRDefault="0092490D">
            <w:pPr>
              <w:keepNext/>
            </w:pPr>
          </w:p>
        </w:tc>
      </w:tr>
      <w:tr w:rsidR="0092490D" w14:paraId="2337ACE9" w14:textId="77777777">
        <w:trPr>
          <w:cantSplit/>
        </w:trPr>
        <w:tc>
          <w:tcPr>
            <w:tcW w:w="9636" w:type="dxa"/>
            <w:gridSpan w:val="8"/>
            <w:shd w:val="clear" w:color="auto" w:fill="F4F4F4"/>
          </w:tcPr>
          <w:p w14:paraId="1E399C8E" w14:textId="77777777" w:rsidR="0092490D" w:rsidRDefault="008D3852">
            <w:pPr>
              <w:keepNext/>
            </w:pPr>
            <w:r>
              <w:rPr>
                <w:sz w:val="16"/>
              </w:rPr>
              <w:t xml:space="preserve"> Domiciliul</w:t>
            </w:r>
          </w:p>
        </w:tc>
      </w:tr>
      <w:tr w:rsidR="0092490D" w14:paraId="2DC82971" w14:textId="77777777">
        <w:trPr>
          <w:cantSplit/>
          <w:trHeight w:val="510"/>
        </w:trPr>
        <w:tc>
          <w:tcPr>
            <w:tcW w:w="3212" w:type="dxa"/>
            <w:gridSpan w:val="2"/>
          </w:tcPr>
          <w:p w14:paraId="29F123E6" w14:textId="77777777" w:rsidR="0092490D" w:rsidRDefault="008D3852">
            <w:pPr>
              <w:keepNext/>
            </w:pPr>
            <w:r>
              <w:rPr>
                <w:b/>
                <w:color w:val="0D5F78"/>
              </w:rPr>
              <w:t>Județul</w:t>
            </w:r>
          </w:p>
          <w:p w14:paraId="22FB080F" w14:textId="77777777" w:rsidR="0092490D" w:rsidRDefault="0092490D">
            <w:pPr>
              <w:keepNext/>
            </w:pPr>
          </w:p>
        </w:tc>
        <w:tc>
          <w:tcPr>
            <w:tcW w:w="3212" w:type="dxa"/>
            <w:gridSpan w:val="4"/>
          </w:tcPr>
          <w:p w14:paraId="1370ECF3" w14:textId="77777777" w:rsidR="0092490D" w:rsidRDefault="008D3852">
            <w:pPr>
              <w:keepNext/>
            </w:pPr>
            <w:r>
              <w:rPr>
                <w:b/>
                <w:color w:val="0D5F78"/>
              </w:rPr>
              <w:t>Municipiul / orașul / comuna</w:t>
            </w:r>
          </w:p>
          <w:p w14:paraId="6E3ED8AA" w14:textId="77777777" w:rsidR="0092490D" w:rsidRDefault="0092490D">
            <w:pPr>
              <w:keepNext/>
            </w:pPr>
          </w:p>
        </w:tc>
        <w:tc>
          <w:tcPr>
            <w:tcW w:w="3212" w:type="dxa"/>
            <w:gridSpan w:val="2"/>
          </w:tcPr>
          <w:p w14:paraId="7C0AE4A8" w14:textId="77777777" w:rsidR="0092490D" w:rsidRDefault="008D3852">
            <w:pPr>
              <w:keepNext/>
            </w:pPr>
            <w:r>
              <w:rPr>
                <w:b/>
                <w:color w:val="0D5F78"/>
              </w:rPr>
              <w:t>Satul / sectorul</w:t>
            </w:r>
          </w:p>
          <w:p w14:paraId="48F30308" w14:textId="77777777" w:rsidR="0092490D" w:rsidRDefault="0092490D">
            <w:pPr>
              <w:keepNext/>
            </w:pPr>
          </w:p>
        </w:tc>
      </w:tr>
      <w:tr w:rsidR="0092490D" w14:paraId="062C25E4" w14:textId="77777777">
        <w:trPr>
          <w:cantSplit/>
          <w:trHeight w:val="510"/>
        </w:trPr>
        <w:tc>
          <w:tcPr>
            <w:tcW w:w="3212" w:type="dxa"/>
            <w:gridSpan w:val="2"/>
          </w:tcPr>
          <w:p w14:paraId="72EA9E3A" w14:textId="77777777" w:rsidR="0092490D" w:rsidRDefault="008D3852">
            <w:pPr>
              <w:keepNext/>
            </w:pPr>
            <w:r>
              <w:rPr>
                <w:b/>
                <w:color w:val="0D5F78"/>
              </w:rPr>
              <w:t>Strada</w:t>
            </w:r>
          </w:p>
          <w:p w14:paraId="2DC51088" w14:textId="77777777" w:rsidR="0092490D" w:rsidRDefault="0092490D">
            <w:pPr>
              <w:keepNext/>
            </w:pPr>
          </w:p>
        </w:tc>
        <w:tc>
          <w:tcPr>
            <w:tcW w:w="803" w:type="dxa"/>
          </w:tcPr>
          <w:p w14:paraId="7C17F5D0" w14:textId="77777777" w:rsidR="0092490D" w:rsidRDefault="008D3852">
            <w:pPr>
              <w:keepNext/>
            </w:pPr>
            <w:r>
              <w:rPr>
                <w:b/>
                <w:color w:val="0D5F78"/>
              </w:rPr>
              <w:t>Nr.</w:t>
            </w:r>
          </w:p>
          <w:p w14:paraId="3E3E268C" w14:textId="77777777" w:rsidR="0092490D" w:rsidRDefault="0092490D">
            <w:pPr>
              <w:keepNext/>
            </w:pPr>
          </w:p>
        </w:tc>
        <w:tc>
          <w:tcPr>
            <w:tcW w:w="803" w:type="dxa"/>
          </w:tcPr>
          <w:p w14:paraId="7159979B" w14:textId="77777777" w:rsidR="0092490D" w:rsidRDefault="008D3852">
            <w:pPr>
              <w:keepNext/>
            </w:pPr>
            <w:r>
              <w:rPr>
                <w:b/>
                <w:color w:val="0D5F78"/>
              </w:rPr>
              <w:t>Sc.</w:t>
            </w:r>
          </w:p>
          <w:p w14:paraId="151A11D8" w14:textId="77777777" w:rsidR="0092490D" w:rsidRDefault="0092490D">
            <w:pPr>
              <w:keepNext/>
            </w:pPr>
          </w:p>
        </w:tc>
        <w:tc>
          <w:tcPr>
            <w:tcW w:w="803" w:type="dxa"/>
          </w:tcPr>
          <w:p w14:paraId="242B3AC0" w14:textId="77777777" w:rsidR="0092490D" w:rsidRDefault="008D3852">
            <w:pPr>
              <w:keepNext/>
            </w:pPr>
            <w:r>
              <w:rPr>
                <w:b/>
                <w:color w:val="0D5F78"/>
              </w:rPr>
              <w:t>Et.</w:t>
            </w:r>
          </w:p>
          <w:p w14:paraId="2979A2D4" w14:textId="77777777" w:rsidR="0092490D" w:rsidRDefault="0092490D">
            <w:pPr>
              <w:keepNext/>
            </w:pPr>
          </w:p>
        </w:tc>
        <w:tc>
          <w:tcPr>
            <w:tcW w:w="803" w:type="dxa"/>
          </w:tcPr>
          <w:p w14:paraId="3A687901" w14:textId="77777777" w:rsidR="0092490D" w:rsidRDefault="008D3852">
            <w:pPr>
              <w:keepNext/>
            </w:pPr>
            <w:r>
              <w:rPr>
                <w:b/>
                <w:color w:val="0D5F78"/>
              </w:rPr>
              <w:t>Ap.</w:t>
            </w:r>
          </w:p>
          <w:p w14:paraId="54F6FAF9" w14:textId="77777777" w:rsidR="0092490D" w:rsidRDefault="0092490D">
            <w:pPr>
              <w:keepNext/>
            </w:pPr>
          </w:p>
        </w:tc>
        <w:tc>
          <w:tcPr>
            <w:tcW w:w="1606" w:type="dxa"/>
          </w:tcPr>
          <w:p w14:paraId="2206F39B" w14:textId="77777777" w:rsidR="0092490D" w:rsidRDefault="008D3852">
            <w:pPr>
              <w:keepNext/>
            </w:pPr>
            <w:r>
              <w:rPr>
                <w:b/>
                <w:color w:val="0D5F78"/>
              </w:rPr>
              <w:t>Cod poștal</w:t>
            </w:r>
          </w:p>
          <w:p w14:paraId="7FBC5048" w14:textId="77777777" w:rsidR="0092490D" w:rsidRDefault="0092490D">
            <w:pPr>
              <w:keepNext/>
            </w:pPr>
          </w:p>
        </w:tc>
        <w:tc>
          <w:tcPr>
            <w:tcW w:w="1606" w:type="dxa"/>
          </w:tcPr>
          <w:p w14:paraId="7660C53A" w14:textId="77777777" w:rsidR="0092490D" w:rsidRDefault="008D3852">
            <w:pPr>
              <w:keepNext/>
            </w:pPr>
            <w:r>
              <w:rPr>
                <w:b/>
                <w:color w:val="0D5F78"/>
              </w:rPr>
              <w:t>Țara</w:t>
            </w:r>
          </w:p>
          <w:p w14:paraId="797B31A3" w14:textId="77777777" w:rsidR="0092490D" w:rsidRDefault="0092490D">
            <w:pPr>
              <w:keepNext/>
            </w:pPr>
          </w:p>
        </w:tc>
      </w:tr>
      <w:tr w:rsidR="0092490D" w14:paraId="7B29F3B6" w14:textId="77777777">
        <w:trPr>
          <w:cantSplit/>
        </w:trPr>
        <w:tc>
          <w:tcPr>
            <w:tcW w:w="9636" w:type="dxa"/>
            <w:gridSpan w:val="8"/>
            <w:shd w:val="clear" w:color="auto" w:fill="F4F4F4"/>
          </w:tcPr>
          <w:p w14:paraId="66B6500D" w14:textId="77777777" w:rsidR="0092490D" w:rsidRDefault="008D3852">
            <w:pPr>
              <w:keepNext/>
            </w:pPr>
            <w:r>
              <w:rPr>
                <w:sz w:val="16"/>
              </w:rPr>
              <w:t xml:space="preserve"> Date de contact</w:t>
            </w:r>
          </w:p>
        </w:tc>
      </w:tr>
      <w:tr w:rsidR="0092490D" w14:paraId="01B7B86E" w14:textId="77777777">
        <w:trPr>
          <w:cantSplit/>
          <w:trHeight w:val="510"/>
        </w:trPr>
        <w:tc>
          <w:tcPr>
            <w:tcW w:w="4015" w:type="dxa"/>
            <w:gridSpan w:val="3"/>
          </w:tcPr>
          <w:p w14:paraId="13778A07" w14:textId="77777777" w:rsidR="0092490D" w:rsidRDefault="008D3852">
            <w:pPr>
              <w:keepNext/>
            </w:pPr>
            <w:r>
              <w:rPr>
                <w:b/>
                <w:color w:val="0D5F78"/>
              </w:rPr>
              <w:t>Telefon / fax</w:t>
            </w:r>
          </w:p>
          <w:p w14:paraId="6BF6DA39" w14:textId="77777777" w:rsidR="0092490D" w:rsidRDefault="0092490D">
            <w:pPr>
              <w:keepNext/>
            </w:pPr>
          </w:p>
        </w:tc>
        <w:tc>
          <w:tcPr>
            <w:tcW w:w="5621" w:type="dxa"/>
            <w:gridSpan w:val="5"/>
          </w:tcPr>
          <w:p w14:paraId="781EB8EF" w14:textId="77777777" w:rsidR="0092490D" w:rsidRDefault="008D3852">
            <w:pPr>
              <w:keepNext/>
            </w:pPr>
            <w:r>
              <w:rPr>
                <w:b/>
                <w:color w:val="0D5F78"/>
              </w:rPr>
              <w:t>E-mail</w:t>
            </w:r>
          </w:p>
          <w:p w14:paraId="4DA9AF52" w14:textId="77777777" w:rsidR="0092490D" w:rsidRDefault="0092490D">
            <w:pPr>
              <w:keepNext/>
            </w:pPr>
          </w:p>
        </w:tc>
      </w:tr>
      <w:tr w:rsidR="0092490D" w14:paraId="0EA0BBAA" w14:textId="77777777">
        <w:trPr>
          <w:cantSplit/>
        </w:trPr>
        <w:tc>
          <w:tcPr>
            <w:tcW w:w="9636" w:type="dxa"/>
            <w:gridSpan w:val="8"/>
            <w:shd w:val="clear" w:color="auto" w:fill="F4F4F4"/>
          </w:tcPr>
          <w:p w14:paraId="002B0D0F" w14:textId="77777777" w:rsidR="0092490D" w:rsidRDefault="008D3852">
            <w:pPr>
              <w:keepNext/>
            </w:pPr>
            <w:r>
              <w:rPr>
                <w:sz w:val="16"/>
              </w:rPr>
              <w:t xml:space="preserve"> Reprezentare</w:t>
            </w:r>
          </w:p>
        </w:tc>
      </w:tr>
      <w:tr w:rsidR="0092490D" w14:paraId="60E7F03B" w14:textId="77777777">
        <w:trPr>
          <w:cantSplit/>
          <w:trHeight w:val="510"/>
        </w:trPr>
        <w:tc>
          <w:tcPr>
            <w:tcW w:w="6424" w:type="dxa"/>
            <w:gridSpan w:val="6"/>
          </w:tcPr>
          <w:p w14:paraId="474C309C" w14:textId="77777777" w:rsidR="0092490D" w:rsidRDefault="008D3852">
            <w:r>
              <w:rPr>
                <w:b/>
                <w:color w:val="0D5F78"/>
              </w:rPr>
              <w:t>În calitate de reprezentant al</w:t>
            </w:r>
          </w:p>
          <w:p w14:paraId="50F1A1AB" w14:textId="77777777" w:rsidR="0092490D" w:rsidRDefault="0092490D"/>
        </w:tc>
        <w:tc>
          <w:tcPr>
            <w:tcW w:w="3212" w:type="dxa"/>
            <w:gridSpan w:val="2"/>
          </w:tcPr>
          <w:p w14:paraId="60D40485" w14:textId="77777777" w:rsidR="0092490D" w:rsidRDefault="008D3852">
            <w:r>
              <w:rPr>
                <w:b/>
                <w:color w:val="0D5F78"/>
              </w:rPr>
              <w:t>CUI / CIF</w:t>
            </w:r>
          </w:p>
          <w:p w14:paraId="40BE55A2" w14:textId="77777777" w:rsidR="0092490D" w:rsidRDefault="0092490D"/>
        </w:tc>
      </w:tr>
    </w:tbl>
    <w:p w14:paraId="3CF7F31B" w14:textId="77777777" w:rsidR="0092490D" w:rsidRDefault="0092490D">
      <w:pPr>
        <w:spacing w:line="168" w:lineRule="auto"/>
      </w:pPr>
    </w:p>
    <w:p w14:paraId="0F362D53" w14:textId="77777777" w:rsidR="0092490D" w:rsidRDefault="008D3852">
      <w:pPr>
        <w:spacing w:before="80" w:after="60"/>
        <w:jc w:val="center"/>
      </w:pPr>
      <w:r>
        <w:rPr>
          <w:sz w:val="18"/>
        </w:rPr>
        <w:t>în conformitate cu prevederile art. 300 din Legea nr. 169/2026 privind Codul amenajării teritoriului, urbanismului și construcțiilor, solicit</w:t>
      </w:r>
    </w:p>
    <w:p w14:paraId="2C758CD0" w14:textId="77777777" w:rsidR="0092490D" w:rsidRDefault="008D3852">
      <w:pPr>
        <w:spacing w:before="80" w:after="60"/>
        <w:jc w:val="center"/>
      </w:pPr>
      <w:r>
        <w:rPr>
          <w:sz w:val="18"/>
        </w:rPr>
        <w:t>solicit emiterea</w:t>
      </w:r>
    </w:p>
    <w:p w14:paraId="34A7E23A" w14:textId="77777777" w:rsidR="0092490D" w:rsidRDefault="008D3852">
      <w:pPr>
        <w:spacing w:after="160"/>
        <w:jc w:val="center"/>
      </w:pPr>
      <w:r>
        <w:rPr>
          <w:b/>
          <w:sz w:val="20"/>
        </w:rPr>
        <w:t>AVIZ DE AMPLASARE</w:t>
      </w:r>
    </w:p>
    <w:p w14:paraId="279E9CAB" w14:textId="390848E8" w:rsidR="0092490D" w:rsidRDefault="0092490D"/>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5B98CD8" w14:textId="77777777">
        <w:trPr>
          <w:cantSplit/>
        </w:trPr>
        <w:tc>
          <w:tcPr>
            <w:tcW w:w="9636" w:type="dxa"/>
            <w:shd w:val="clear" w:color="auto" w:fill="F4F4F4"/>
          </w:tcPr>
          <w:p w14:paraId="0AED1E8C" w14:textId="42393A44" w:rsidR="0092490D" w:rsidRDefault="008D3852">
            <w:pPr>
              <w:keepNext/>
            </w:pPr>
            <w:r>
              <w:rPr>
                <w:b/>
                <w:sz w:val="16"/>
              </w:rPr>
              <w:t xml:space="preserve"> 3. </w:t>
            </w:r>
            <w:r w:rsidR="00BC56AE">
              <w:rPr>
                <w:b/>
                <w:sz w:val="16"/>
              </w:rPr>
              <w:t xml:space="preserve">ÎN </w:t>
            </w:r>
            <w:r w:rsidR="00EC2169">
              <w:rPr>
                <w:b/>
                <w:color w:val="000000"/>
                <w:sz w:val="18"/>
              </w:rPr>
              <w:t>VEDEREA</w:t>
            </w:r>
            <w:r>
              <w:rPr>
                <w:b/>
                <w:color w:val="000000"/>
                <w:sz w:val="18"/>
              </w:rPr>
              <w:t xml:space="preserve"> </w:t>
            </w:r>
            <w:r w:rsidR="00EC2169">
              <w:rPr>
                <w:b/>
                <w:color w:val="000000"/>
                <w:sz w:val="18"/>
              </w:rPr>
              <w:t>AMPLASĂRII:</w:t>
            </w:r>
          </w:p>
        </w:tc>
      </w:tr>
      <w:tr w:rsidR="0092490D" w14:paraId="5DB62554" w14:textId="77777777">
        <w:trPr>
          <w:cantSplit/>
        </w:trPr>
        <w:tc>
          <w:tcPr>
            <w:tcW w:w="9636" w:type="dxa"/>
          </w:tcPr>
          <w:p w14:paraId="7A5D05D8" w14:textId="77777777" w:rsidR="0092490D" w:rsidRDefault="008D3852">
            <w:pPr>
              <w:keepNext/>
            </w:pPr>
            <w:r>
              <w:rPr>
                <w:sz w:val="16"/>
              </w:rPr>
              <w:t>☐ a) rastele pentru biciclete, trotinete și puncte / stații de încărcare pentru autovehicule electrice / hibride</w:t>
            </w:r>
          </w:p>
        </w:tc>
      </w:tr>
      <w:tr w:rsidR="0092490D" w14:paraId="6673C1E1" w14:textId="77777777">
        <w:trPr>
          <w:cantSplit/>
        </w:trPr>
        <w:tc>
          <w:tcPr>
            <w:tcW w:w="9636" w:type="dxa"/>
          </w:tcPr>
          <w:p w14:paraId="2FC2FD14" w14:textId="2BEEAD93" w:rsidR="0092490D" w:rsidRDefault="008D3852">
            <w:pPr>
              <w:keepNext/>
            </w:pPr>
            <w:r>
              <w:rPr>
                <w:sz w:val="16"/>
              </w:rPr>
              <w:t>☐ b) punct fix de măsurare și punct de măsurare indicativ a calității aerului, cu dotări aferente, conform Legii nr. 104/2011</w:t>
            </w:r>
            <w:r w:rsidR="00D52CF1">
              <w:rPr>
                <w:sz w:val="16"/>
              </w:rPr>
              <w:t xml:space="preserve"> </w:t>
            </w:r>
            <w:proofErr w:type="spellStart"/>
            <w:r w:rsidR="00D52CF1" w:rsidRPr="00D52CF1">
              <w:rPr>
                <w:sz w:val="16"/>
              </w:rPr>
              <w:t>privind</w:t>
            </w:r>
            <w:proofErr w:type="spellEnd"/>
            <w:r w:rsidR="00D52CF1" w:rsidRPr="00D52CF1">
              <w:rPr>
                <w:sz w:val="16"/>
              </w:rPr>
              <w:t xml:space="preserve"> </w:t>
            </w:r>
            <w:proofErr w:type="spellStart"/>
            <w:r w:rsidR="00D52CF1" w:rsidRPr="00D52CF1">
              <w:rPr>
                <w:sz w:val="16"/>
              </w:rPr>
              <w:t>calitatea</w:t>
            </w:r>
            <w:proofErr w:type="spellEnd"/>
            <w:r w:rsidR="00D52CF1" w:rsidRPr="00D52CF1">
              <w:rPr>
                <w:sz w:val="16"/>
              </w:rPr>
              <w:t xml:space="preserve"> </w:t>
            </w:r>
            <w:proofErr w:type="spellStart"/>
            <w:r w:rsidR="00D52CF1" w:rsidRPr="00D52CF1">
              <w:rPr>
                <w:sz w:val="16"/>
              </w:rPr>
              <w:t>aerului</w:t>
            </w:r>
            <w:proofErr w:type="spellEnd"/>
            <w:r w:rsidR="00D52CF1" w:rsidRPr="00D52CF1">
              <w:rPr>
                <w:sz w:val="16"/>
              </w:rPr>
              <w:t xml:space="preserve"> </w:t>
            </w:r>
            <w:proofErr w:type="spellStart"/>
            <w:r w:rsidR="00D52CF1" w:rsidRPr="00D52CF1">
              <w:rPr>
                <w:sz w:val="16"/>
              </w:rPr>
              <w:t>înconjurător</w:t>
            </w:r>
            <w:proofErr w:type="spellEnd"/>
            <w:r>
              <w:rPr>
                <w:sz w:val="16"/>
              </w:rPr>
              <w:t xml:space="preserve">, cu </w:t>
            </w:r>
            <w:proofErr w:type="spellStart"/>
            <w:r>
              <w:rPr>
                <w:sz w:val="16"/>
              </w:rPr>
              <w:t>modificările</w:t>
            </w:r>
            <w:proofErr w:type="spellEnd"/>
            <w:r>
              <w:rPr>
                <w:sz w:val="16"/>
              </w:rPr>
              <w:t xml:space="preserve"> </w:t>
            </w:r>
            <w:proofErr w:type="spellStart"/>
            <w:r>
              <w:rPr>
                <w:sz w:val="16"/>
              </w:rPr>
              <w:t>ulterioare</w:t>
            </w:r>
            <w:proofErr w:type="spellEnd"/>
          </w:p>
        </w:tc>
      </w:tr>
      <w:tr w:rsidR="0092490D" w14:paraId="4B57A567" w14:textId="77777777">
        <w:trPr>
          <w:cantSplit/>
        </w:trPr>
        <w:tc>
          <w:tcPr>
            <w:tcW w:w="9636" w:type="dxa"/>
          </w:tcPr>
          <w:p w14:paraId="01E1B7DF" w14:textId="77777777" w:rsidR="0092490D" w:rsidRDefault="008D3852">
            <w:pPr>
              <w:keepNext/>
            </w:pPr>
            <w:r>
              <w:rPr>
                <w:sz w:val="16"/>
              </w:rPr>
              <w:t>☐ c) puncte / sisteme automate pentru precolectarea și gestionarea deșeurilor reciclabile, recipiente pentru precolectarea deșeurilor, inclusiv platforme și dotări tehnico-edilitare aferente</w:t>
            </w:r>
          </w:p>
        </w:tc>
      </w:tr>
      <w:tr w:rsidR="0092490D" w:rsidRPr="00975330" w14:paraId="1CEC34A4" w14:textId="77777777">
        <w:trPr>
          <w:cantSplit/>
        </w:trPr>
        <w:tc>
          <w:tcPr>
            <w:tcW w:w="9636" w:type="dxa"/>
          </w:tcPr>
          <w:p w14:paraId="7C712D85" w14:textId="77777777" w:rsidR="0092490D" w:rsidRPr="00990104" w:rsidRDefault="008D3852">
            <w:pPr>
              <w:keepNext/>
              <w:rPr>
                <w:lang w:val="fr-FR"/>
              </w:rPr>
            </w:pPr>
            <w:r w:rsidRPr="00990104">
              <w:rPr>
                <w:sz w:val="16"/>
                <w:lang w:val="fr-FR"/>
              </w:rPr>
              <w:t xml:space="preserve">☐ d) </w:t>
            </w:r>
            <w:proofErr w:type="spellStart"/>
            <w:r w:rsidRPr="00990104">
              <w:rPr>
                <w:sz w:val="16"/>
                <w:lang w:val="fr-FR"/>
              </w:rPr>
              <w:t>elemente</w:t>
            </w:r>
            <w:proofErr w:type="spellEnd"/>
            <w:r w:rsidRPr="00990104">
              <w:rPr>
                <w:sz w:val="16"/>
                <w:lang w:val="fr-FR"/>
              </w:rPr>
              <w:t xml:space="preserve"> de </w:t>
            </w:r>
            <w:proofErr w:type="spellStart"/>
            <w:r w:rsidRPr="00990104">
              <w:rPr>
                <w:sz w:val="16"/>
                <w:lang w:val="fr-FR"/>
              </w:rPr>
              <w:t>semnalizare</w:t>
            </w:r>
            <w:proofErr w:type="spellEnd"/>
            <w:r w:rsidRPr="00990104">
              <w:rPr>
                <w:sz w:val="16"/>
                <w:lang w:val="fr-FR"/>
              </w:rPr>
              <w:t xml:space="preserve"> </w:t>
            </w:r>
            <w:proofErr w:type="spellStart"/>
            <w:r w:rsidRPr="00990104">
              <w:rPr>
                <w:sz w:val="16"/>
                <w:lang w:val="fr-FR"/>
              </w:rPr>
              <w:t>rutieră</w:t>
            </w:r>
            <w:proofErr w:type="spellEnd"/>
            <w:r w:rsidRPr="00990104">
              <w:rPr>
                <w:sz w:val="16"/>
                <w:lang w:val="fr-FR"/>
              </w:rPr>
              <w:t xml:space="preserve">, </w:t>
            </w:r>
            <w:proofErr w:type="spellStart"/>
            <w:r w:rsidRPr="00990104">
              <w:rPr>
                <w:sz w:val="16"/>
                <w:lang w:val="fr-FR"/>
              </w:rPr>
              <w:t>plăcuțe</w:t>
            </w:r>
            <w:proofErr w:type="spellEnd"/>
            <w:r w:rsidRPr="00990104">
              <w:rPr>
                <w:sz w:val="16"/>
                <w:lang w:val="fr-FR"/>
              </w:rPr>
              <w:t xml:space="preserve"> de </w:t>
            </w:r>
            <w:proofErr w:type="spellStart"/>
            <w:r w:rsidRPr="00990104">
              <w:rPr>
                <w:sz w:val="16"/>
                <w:lang w:val="fr-FR"/>
              </w:rPr>
              <w:t>nomenclatură</w:t>
            </w:r>
            <w:proofErr w:type="spellEnd"/>
            <w:r w:rsidRPr="00990104">
              <w:rPr>
                <w:sz w:val="16"/>
                <w:lang w:val="fr-FR"/>
              </w:rPr>
              <w:t xml:space="preserve"> / </w:t>
            </w:r>
            <w:proofErr w:type="spellStart"/>
            <w:r w:rsidRPr="00990104">
              <w:rPr>
                <w:sz w:val="16"/>
                <w:lang w:val="fr-FR"/>
              </w:rPr>
              <w:t>identificare</w:t>
            </w:r>
            <w:proofErr w:type="spellEnd"/>
            <w:r w:rsidRPr="00990104">
              <w:rPr>
                <w:sz w:val="16"/>
                <w:lang w:val="fr-FR"/>
              </w:rPr>
              <w:t xml:space="preserve"> </w:t>
            </w:r>
            <w:proofErr w:type="spellStart"/>
            <w:r w:rsidRPr="00990104">
              <w:rPr>
                <w:sz w:val="16"/>
                <w:lang w:val="fr-FR"/>
              </w:rPr>
              <w:t>stradală</w:t>
            </w:r>
            <w:proofErr w:type="spellEnd"/>
            <w:r w:rsidRPr="00990104">
              <w:rPr>
                <w:sz w:val="16"/>
                <w:lang w:val="fr-FR"/>
              </w:rPr>
              <w:t xml:space="preserve"> </w:t>
            </w:r>
            <w:proofErr w:type="spellStart"/>
            <w:r w:rsidRPr="00990104">
              <w:rPr>
                <w:sz w:val="16"/>
                <w:lang w:val="fr-FR"/>
              </w:rPr>
              <w:t>și</w:t>
            </w:r>
            <w:proofErr w:type="spellEnd"/>
            <w:r w:rsidRPr="00990104">
              <w:rPr>
                <w:sz w:val="16"/>
                <w:lang w:val="fr-FR"/>
              </w:rPr>
              <w:t xml:space="preserve"> </w:t>
            </w:r>
            <w:proofErr w:type="spellStart"/>
            <w:r w:rsidRPr="00990104">
              <w:rPr>
                <w:sz w:val="16"/>
                <w:lang w:val="fr-FR"/>
              </w:rPr>
              <w:t>sisteme</w:t>
            </w:r>
            <w:proofErr w:type="spellEnd"/>
            <w:r w:rsidRPr="00990104">
              <w:rPr>
                <w:sz w:val="16"/>
                <w:lang w:val="fr-FR"/>
              </w:rPr>
              <w:t xml:space="preserve"> de </w:t>
            </w:r>
            <w:proofErr w:type="spellStart"/>
            <w:r w:rsidRPr="00990104">
              <w:rPr>
                <w:sz w:val="16"/>
                <w:lang w:val="fr-FR"/>
              </w:rPr>
              <w:t>monitorizare</w:t>
            </w:r>
            <w:proofErr w:type="spellEnd"/>
            <w:r w:rsidRPr="00990104">
              <w:rPr>
                <w:sz w:val="16"/>
                <w:lang w:val="fr-FR"/>
              </w:rPr>
              <w:t xml:space="preserve"> </w:t>
            </w:r>
            <w:proofErr w:type="spellStart"/>
            <w:r w:rsidRPr="00990104">
              <w:rPr>
                <w:sz w:val="16"/>
                <w:lang w:val="fr-FR"/>
              </w:rPr>
              <w:t>video</w:t>
            </w:r>
            <w:proofErr w:type="spellEnd"/>
            <w:r w:rsidRPr="00990104">
              <w:rPr>
                <w:sz w:val="16"/>
                <w:lang w:val="fr-FR"/>
              </w:rPr>
              <w:t xml:space="preserve"> a </w:t>
            </w:r>
            <w:proofErr w:type="spellStart"/>
            <w:r w:rsidRPr="00990104">
              <w:rPr>
                <w:sz w:val="16"/>
                <w:lang w:val="fr-FR"/>
              </w:rPr>
              <w:t>traficului</w:t>
            </w:r>
            <w:proofErr w:type="spellEnd"/>
            <w:r w:rsidRPr="00990104">
              <w:rPr>
                <w:sz w:val="16"/>
                <w:lang w:val="fr-FR"/>
              </w:rPr>
              <w:t xml:space="preserve"> </w:t>
            </w:r>
            <w:proofErr w:type="spellStart"/>
            <w:r w:rsidRPr="00990104">
              <w:rPr>
                <w:sz w:val="16"/>
                <w:lang w:val="fr-FR"/>
              </w:rPr>
              <w:t>rutier</w:t>
            </w:r>
            <w:proofErr w:type="spellEnd"/>
            <w:r w:rsidRPr="00990104">
              <w:rPr>
                <w:sz w:val="16"/>
                <w:lang w:val="fr-FR"/>
              </w:rPr>
              <w:t xml:space="preserve"> </w:t>
            </w:r>
            <w:proofErr w:type="spellStart"/>
            <w:r w:rsidRPr="00990104">
              <w:rPr>
                <w:sz w:val="16"/>
                <w:lang w:val="fr-FR"/>
              </w:rPr>
              <w:t>și</w:t>
            </w:r>
            <w:proofErr w:type="spellEnd"/>
            <w:r w:rsidRPr="00990104">
              <w:rPr>
                <w:sz w:val="16"/>
                <w:lang w:val="fr-FR"/>
              </w:rPr>
              <w:t xml:space="preserve"> a </w:t>
            </w:r>
            <w:proofErr w:type="spellStart"/>
            <w:r w:rsidRPr="00990104">
              <w:rPr>
                <w:sz w:val="16"/>
                <w:lang w:val="fr-FR"/>
              </w:rPr>
              <w:t>siguranței</w:t>
            </w:r>
            <w:proofErr w:type="spellEnd"/>
            <w:r w:rsidRPr="00990104">
              <w:rPr>
                <w:sz w:val="16"/>
                <w:lang w:val="fr-FR"/>
              </w:rPr>
              <w:t xml:space="preserve"> </w:t>
            </w:r>
            <w:proofErr w:type="spellStart"/>
            <w:r w:rsidRPr="00990104">
              <w:rPr>
                <w:sz w:val="16"/>
                <w:lang w:val="fr-FR"/>
              </w:rPr>
              <w:t>publice</w:t>
            </w:r>
            <w:proofErr w:type="spellEnd"/>
          </w:p>
        </w:tc>
      </w:tr>
      <w:tr w:rsidR="0092490D" w14:paraId="641388B9" w14:textId="77777777">
        <w:trPr>
          <w:cantSplit/>
        </w:trPr>
        <w:tc>
          <w:tcPr>
            <w:tcW w:w="9636" w:type="dxa"/>
          </w:tcPr>
          <w:p w14:paraId="2CAC2BA8" w14:textId="77777777" w:rsidR="0092490D" w:rsidRDefault="008D3852">
            <w:pPr>
              <w:keepNext/>
            </w:pPr>
            <w:r w:rsidRPr="00990104">
              <w:rPr>
                <w:sz w:val="16"/>
                <w:lang w:val="fr-FR"/>
              </w:rPr>
              <w:t xml:space="preserve"> </w:t>
            </w:r>
            <w:r>
              <w:rPr>
                <w:sz w:val="16"/>
              </w:rPr>
              <w:t xml:space="preserve">☐ e) </w:t>
            </w:r>
            <w:proofErr w:type="spellStart"/>
            <w:r>
              <w:rPr>
                <w:sz w:val="16"/>
              </w:rPr>
              <w:t>toalete</w:t>
            </w:r>
            <w:proofErr w:type="spellEnd"/>
            <w:r>
              <w:rPr>
                <w:sz w:val="16"/>
              </w:rPr>
              <w:t xml:space="preserve"> </w:t>
            </w:r>
            <w:proofErr w:type="spellStart"/>
            <w:r>
              <w:rPr>
                <w:sz w:val="16"/>
              </w:rPr>
              <w:t>ecologice</w:t>
            </w:r>
            <w:proofErr w:type="spellEnd"/>
            <w:r>
              <w:rPr>
                <w:sz w:val="16"/>
              </w:rPr>
              <w:t xml:space="preserve"> mobile </w:t>
            </w:r>
            <w:proofErr w:type="spellStart"/>
            <w:r>
              <w:rPr>
                <w:sz w:val="16"/>
              </w:rPr>
              <w:t>și</w:t>
            </w:r>
            <w:proofErr w:type="spellEnd"/>
            <w:r>
              <w:rPr>
                <w:sz w:val="16"/>
              </w:rPr>
              <w:t xml:space="preserve"> dotările aferente</w:t>
            </w:r>
          </w:p>
        </w:tc>
      </w:tr>
      <w:tr w:rsidR="0092490D" w14:paraId="7619847E" w14:textId="77777777">
        <w:trPr>
          <w:cantSplit/>
        </w:trPr>
        <w:tc>
          <w:tcPr>
            <w:tcW w:w="9636" w:type="dxa"/>
          </w:tcPr>
          <w:p w14:paraId="5C70FFFD" w14:textId="77777777" w:rsidR="0092490D" w:rsidRDefault="008D3852">
            <w:pPr>
              <w:keepNext/>
            </w:pPr>
            <w:r>
              <w:rPr>
                <w:sz w:val="16"/>
              </w:rPr>
              <w:t>☐ f) lucrări pentru amplasarea de tonete și pupitre acoperite sau închise, destinate difuzării și comercializării presei, cărților și florilor, sisteme automate pentru colectarea / livrarea trimiterilor poștale, pentru servicii de curierat, precum și rulote și agregate automate de vânzare amplasate direct pe sol, fără fundații și platforme, în suprafață de maximum 12 mp, care nu determină congestionarea sau blocarea traficului pietonal pe trotuar, fără racorduri și/sau branșamente la utilități urbane, cu excepția energiei electrice</w:t>
            </w:r>
          </w:p>
        </w:tc>
      </w:tr>
      <w:tr w:rsidR="0092490D" w14:paraId="3D14304B" w14:textId="77777777">
        <w:trPr>
          <w:cantSplit/>
        </w:trPr>
        <w:tc>
          <w:tcPr>
            <w:tcW w:w="9636" w:type="dxa"/>
          </w:tcPr>
          <w:p w14:paraId="4BFCD214" w14:textId="77777777" w:rsidR="0092490D" w:rsidRDefault="008D3852">
            <w:pPr>
              <w:keepNext/>
            </w:pPr>
            <w:r>
              <w:rPr>
                <w:sz w:val="16"/>
              </w:rPr>
              <w:t>☐ g) mobilier necesar practicării comerțului de întâmpinare, în baza unui regulament aprobat de consiliul local al unității administrativ-teritoriale sau al sectorului municipiului București</w:t>
            </w:r>
          </w:p>
        </w:tc>
      </w:tr>
      <w:tr w:rsidR="0092490D" w:rsidRPr="00975330" w14:paraId="311CD8D5" w14:textId="77777777">
        <w:trPr>
          <w:cantSplit/>
        </w:trPr>
        <w:tc>
          <w:tcPr>
            <w:tcW w:w="9636" w:type="dxa"/>
          </w:tcPr>
          <w:p w14:paraId="4A8D7DB8" w14:textId="77777777" w:rsidR="0092490D" w:rsidRPr="00990104" w:rsidRDefault="008D3852">
            <w:pPr>
              <w:keepNext/>
              <w:rPr>
                <w:lang w:val="fr-FR"/>
              </w:rPr>
            </w:pPr>
            <w:r w:rsidRPr="00990104">
              <w:rPr>
                <w:sz w:val="16"/>
                <w:lang w:val="fr-FR"/>
              </w:rPr>
              <w:t xml:space="preserve">☐ h) </w:t>
            </w:r>
            <w:proofErr w:type="spellStart"/>
            <w:r w:rsidRPr="00990104">
              <w:rPr>
                <w:sz w:val="16"/>
                <w:lang w:val="fr-FR"/>
              </w:rPr>
              <w:t>amenajări</w:t>
            </w:r>
            <w:proofErr w:type="spellEnd"/>
            <w:r w:rsidRPr="00990104">
              <w:rPr>
                <w:sz w:val="16"/>
                <w:lang w:val="fr-FR"/>
              </w:rPr>
              <w:t xml:space="preserve"> </w:t>
            </w:r>
            <w:proofErr w:type="spellStart"/>
            <w:r w:rsidRPr="00990104">
              <w:rPr>
                <w:sz w:val="16"/>
                <w:lang w:val="fr-FR"/>
              </w:rPr>
              <w:t>temporare</w:t>
            </w:r>
            <w:proofErr w:type="spellEnd"/>
            <w:r w:rsidRPr="00990104">
              <w:rPr>
                <w:sz w:val="16"/>
                <w:lang w:val="fr-FR"/>
              </w:rPr>
              <w:t xml:space="preserve"> </w:t>
            </w:r>
            <w:proofErr w:type="spellStart"/>
            <w:r w:rsidRPr="00990104">
              <w:rPr>
                <w:sz w:val="16"/>
                <w:lang w:val="fr-FR"/>
              </w:rPr>
              <w:t>în</w:t>
            </w:r>
            <w:proofErr w:type="spellEnd"/>
            <w:r w:rsidRPr="00990104">
              <w:rPr>
                <w:sz w:val="16"/>
                <w:lang w:val="fr-FR"/>
              </w:rPr>
              <w:t xml:space="preserve"> </w:t>
            </w:r>
            <w:proofErr w:type="spellStart"/>
            <w:r w:rsidRPr="00990104">
              <w:rPr>
                <w:sz w:val="16"/>
                <w:lang w:val="fr-FR"/>
              </w:rPr>
              <w:t>aer</w:t>
            </w:r>
            <w:proofErr w:type="spellEnd"/>
            <w:r w:rsidRPr="00990104">
              <w:rPr>
                <w:sz w:val="16"/>
                <w:lang w:val="fr-FR"/>
              </w:rPr>
              <w:t xml:space="preserve"> liber </w:t>
            </w:r>
            <w:proofErr w:type="spellStart"/>
            <w:r w:rsidRPr="00990104">
              <w:rPr>
                <w:sz w:val="16"/>
                <w:lang w:val="fr-FR"/>
              </w:rPr>
              <w:t>pentru</w:t>
            </w:r>
            <w:proofErr w:type="spellEnd"/>
            <w:r w:rsidRPr="00990104">
              <w:rPr>
                <w:sz w:val="16"/>
                <w:lang w:val="fr-FR"/>
              </w:rPr>
              <w:t xml:space="preserve"> </w:t>
            </w:r>
            <w:proofErr w:type="spellStart"/>
            <w:r w:rsidRPr="00990104">
              <w:rPr>
                <w:sz w:val="16"/>
                <w:lang w:val="fr-FR"/>
              </w:rPr>
              <w:t>activitățile</w:t>
            </w:r>
            <w:proofErr w:type="spellEnd"/>
            <w:r w:rsidRPr="00990104">
              <w:rPr>
                <w:sz w:val="16"/>
                <w:lang w:val="fr-FR"/>
              </w:rPr>
              <w:t xml:space="preserve"> de </w:t>
            </w:r>
            <w:proofErr w:type="spellStart"/>
            <w:r w:rsidRPr="00990104">
              <w:rPr>
                <w:sz w:val="16"/>
                <w:lang w:val="fr-FR"/>
              </w:rPr>
              <w:t>spectacole</w:t>
            </w:r>
            <w:proofErr w:type="spellEnd"/>
            <w:r w:rsidRPr="00990104">
              <w:rPr>
                <w:sz w:val="16"/>
                <w:lang w:val="fr-FR"/>
              </w:rPr>
              <w:t xml:space="preserve">, </w:t>
            </w:r>
            <w:proofErr w:type="spellStart"/>
            <w:r w:rsidRPr="00990104">
              <w:rPr>
                <w:sz w:val="16"/>
                <w:lang w:val="fr-FR"/>
              </w:rPr>
              <w:t>întruniri</w:t>
            </w:r>
            <w:proofErr w:type="spellEnd"/>
            <w:r w:rsidRPr="00990104">
              <w:rPr>
                <w:sz w:val="16"/>
                <w:lang w:val="fr-FR"/>
              </w:rPr>
              <w:t xml:space="preserve">, concerte, </w:t>
            </w:r>
            <w:proofErr w:type="spellStart"/>
            <w:r w:rsidRPr="00990104">
              <w:rPr>
                <w:sz w:val="16"/>
                <w:lang w:val="fr-FR"/>
              </w:rPr>
              <w:t>proiecții</w:t>
            </w:r>
            <w:proofErr w:type="spellEnd"/>
            <w:r w:rsidRPr="00990104">
              <w:rPr>
                <w:sz w:val="16"/>
                <w:lang w:val="fr-FR"/>
              </w:rPr>
              <w:t xml:space="preserve"> de filme, </w:t>
            </w:r>
            <w:proofErr w:type="spellStart"/>
            <w:r w:rsidRPr="00990104">
              <w:rPr>
                <w:sz w:val="16"/>
                <w:lang w:val="fr-FR"/>
              </w:rPr>
              <w:t>târguri</w:t>
            </w:r>
            <w:proofErr w:type="spellEnd"/>
            <w:r w:rsidRPr="00990104">
              <w:rPr>
                <w:sz w:val="16"/>
                <w:lang w:val="fr-FR"/>
              </w:rPr>
              <w:t xml:space="preserve">, </w:t>
            </w:r>
            <w:proofErr w:type="spellStart"/>
            <w:r w:rsidRPr="00990104">
              <w:rPr>
                <w:sz w:val="16"/>
                <w:lang w:val="fr-FR"/>
              </w:rPr>
              <w:t>expoziții</w:t>
            </w:r>
            <w:proofErr w:type="spellEnd"/>
            <w:r w:rsidRPr="00990104">
              <w:rPr>
                <w:sz w:val="16"/>
                <w:lang w:val="fr-FR"/>
              </w:rPr>
              <w:t xml:space="preserve">, </w:t>
            </w:r>
            <w:proofErr w:type="spellStart"/>
            <w:r w:rsidRPr="00990104">
              <w:rPr>
                <w:sz w:val="16"/>
                <w:lang w:val="fr-FR"/>
              </w:rPr>
              <w:t>jocuri</w:t>
            </w:r>
            <w:proofErr w:type="spellEnd"/>
            <w:r w:rsidRPr="00990104">
              <w:rPr>
                <w:sz w:val="16"/>
                <w:lang w:val="fr-FR"/>
              </w:rPr>
              <w:t xml:space="preserve"> de </w:t>
            </w:r>
            <w:proofErr w:type="spellStart"/>
            <w:r w:rsidRPr="00990104">
              <w:rPr>
                <w:sz w:val="16"/>
                <w:lang w:val="fr-FR"/>
              </w:rPr>
              <w:t>artificii</w:t>
            </w:r>
            <w:proofErr w:type="spellEnd"/>
            <w:r w:rsidRPr="00990104">
              <w:rPr>
                <w:sz w:val="16"/>
                <w:lang w:val="fr-FR"/>
              </w:rPr>
              <w:t xml:space="preserve"> </w:t>
            </w:r>
            <w:proofErr w:type="spellStart"/>
            <w:r w:rsidRPr="00990104">
              <w:rPr>
                <w:sz w:val="16"/>
                <w:lang w:val="fr-FR"/>
              </w:rPr>
              <w:t>sau</w:t>
            </w:r>
            <w:proofErr w:type="spellEnd"/>
            <w:r w:rsidRPr="00990104">
              <w:rPr>
                <w:sz w:val="16"/>
                <w:lang w:val="fr-FR"/>
              </w:rPr>
              <w:t xml:space="preserve"> </w:t>
            </w:r>
            <w:proofErr w:type="spellStart"/>
            <w:r w:rsidRPr="00990104">
              <w:rPr>
                <w:sz w:val="16"/>
                <w:lang w:val="fr-FR"/>
              </w:rPr>
              <w:t>spectacole</w:t>
            </w:r>
            <w:proofErr w:type="spellEnd"/>
            <w:r w:rsidRPr="00990104">
              <w:rPr>
                <w:sz w:val="16"/>
                <w:lang w:val="fr-FR"/>
              </w:rPr>
              <w:t xml:space="preserve"> </w:t>
            </w:r>
            <w:proofErr w:type="spellStart"/>
            <w:r w:rsidRPr="00990104">
              <w:rPr>
                <w:sz w:val="16"/>
                <w:lang w:val="fr-FR"/>
              </w:rPr>
              <w:t>pirotehnice</w:t>
            </w:r>
            <w:proofErr w:type="spellEnd"/>
            <w:r w:rsidRPr="00990104">
              <w:rPr>
                <w:sz w:val="16"/>
                <w:lang w:val="fr-FR"/>
              </w:rPr>
              <w:t xml:space="preserve">, </w:t>
            </w:r>
            <w:proofErr w:type="spellStart"/>
            <w:r w:rsidRPr="00990104">
              <w:rPr>
                <w:sz w:val="16"/>
                <w:lang w:val="fr-FR"/>
              </w:rPr>
              <w:t>circuri</w:t>
            </w:r>
            <w:proofErr w:type="spellEnd"/>
            <w:r w:rsidRPr="00990104">
              <w:rPr>
                <w:sz w:val="16"/>
                <w:lang w:val="fr-FR"/>
              </w:rPr>
              <w:t xml:space="preserve">, </w:t>
            </w:r>
            <w:proofErr w:type="spellStart"/>
            <w:r w:rsidRPr="00990104">
              <w:rPr>
                <w:sz w:val="16"/>
                <w:lang w:val="fr-FR"/>
              </w:rPr>
              <w:t>alimentație</w:t>
            </w:r>
            <w:proofErr w:type="spellEnd"/>
            <w:r w:rsidRPr="00990104">
              <w:rPr>
                <w:sz w:val="16"/>
                <w:lang w:val="fr-FR"/>
              </w:rPr>
              <w:t xml:space="preserve"> </w:t>
            </w:r>
            <w:proofErr w:type="spellStart"/>
            <w:r w:rsidRPr="00990104">
              <w:rPr>
                <w:sz w:val="16"/>
                <w:lang w:val="fr-FR"/>
              </w:rPr>
              <w:t>publică</w:t>
            </w:r>
            <w:proofErr w:type="spellEnd"/>
            <w:r w:rsidRPr="00990104">
              <w:rPr>
                <w:sz w:val="16"/>
                <w:lang w:val="fr-FR"/>
              </w:rPr>
              <w:t xml:space="preserve">, </w:t>
            </w:r>
            <w:proofErr w:type="spellStart"/>
            <w:r w:rsidRPr="00990104">
              <w:rPr>
                <w:sz w:val="16"/>
                <w:lang w:val="fr-FR"/>
              </w:rPr>
              <w:t>patinoare</w:t>
            </w:r>
            <w:proofErr w:type="spellEnd"/>
            <w:r w:rsidRPr="00990104">
              <w:rPr>
                <w:sz w:val="16"/>
                <w:lang w:val="fr-FR"/>
              </w:rPr>
              <w:t xml:space="preserve">, </w:t>
            </w:r>
            <w:proofErr w:type="spellStart"/>
            <w:r w:rsidRPr="00990104">
              <w:rPr>
                <w:sz w:val="16"/>
                <w:lang w:val="fr-FR"/>
              </w:rPr>
              <w:t>parcuri</w:t>
            </w:r>
            <w:proofErr w:type="spellEnd"/>
            <w:r w:rsidRPr="00990104">
              <w:rPr>
                <w:sz w:val="16"/>
                <w:lang w:val="fr-FR"/>
              </w:rPr>
              <w:t xml:space="preserve"> de </w:t>
            </w:r>
            <w:proofErr w:type="spellStart"/>
            <w:r w:rsidRPr="00990104">
              <w:rPr>
                <w:sz w:val="16"/>
                <w:lang w:val="fr-FR"/>
              </w:rPr>
              <w:t>distracții</w:t>
            </w:r>
            <w:proofErr w:type="spellEnd"/>
          </w:p>
        </w:tc>
      </w:tr>
      <w:tr w:rsidR="0092490D" w:rsidRPr="00975330" w14:paraId="1F58E5B0" w14:textId="77777777">
        <w:trPr>
          <w:cantSplit/>
        </w:trPr>
        <w:tc>
          <w:tcPr>
            <w:tcW w:w="9636" w:type="dxa"/>
          </w:tcPr>
          <w:p w14:paraId="3AB726D1" w14:textId="77777777" w:rsidR="0092490D" w:rsidRPr="00990104" w:rsidRDefault="008D3852">
            <w:pPr>
              <w:rPr>
                <w:lang w:val="fr-FR"/>
              </w:rPr>
            </w:pPr>
            <w:r w:rsidRPr="00990104">
              <w:rPr>
                <w:sz w:val="16"/>
                <w:lang w:val="fr-FR"/>
              </w:rPr>
              <w:t xml:space="preserve">☐ i) </w:t>
            </w:r>
            <w:proofErr w:type="spellStart"/>
            <w:r w:rsidRPr="00990104">
              <w:rPr>
                <w:sz w:val="16"/>
                <w:lang w:val="fr-FR"/>
              </w:rPr>
              <w:t>stație</w:t>
            </w:r>
            <w:proofErr w:type="spellEnd"/>
            <w:r w:rsidRPr="00990104">
              <w:rPr>
                <w:sz w:val="16"/>
                <w:lang w:val="fr-FR"/>
              </w:rPr>
              <w:t xml:space="preserve"> </w:t>
            </w:r>
            <w:proofErr w:type="spellStart"/>
            <w:r w:rsidRPr="00990104">
              <w:rPr>
                <w:sz w:val="16"/>
                <w:lang w:val="fr-FR"/>
              </w:rPr>
              <w:t>automată</w:t>
            </w:r>
            <w:proofErr w:type="spellEnd"/>
            <w:r w:rsidRPr="00990104">
              <w:rPr>
                <w:sz w:val="16"/>
                <w:lang w:val="fr-FR"/>
              </w:rPr>
              <w:t xml:space="preserve"> </w:t>
            </w:r>
            <w:proofErr w:type="spellStart"/>
            <w:r w:rsidRPr="00990104">
              <w:rPr>
                <w:sz w:val="16"/>
                <w:lang w:val="fr-FR"/>
              </w:rPr>
              <w:t>fixă</w:t>
            </w:r>
            <w:proofErr w:type="spellEnd"/>
            <w:r w:rsidRPr="00990104">
              <w:rPr>
                <w:sz w:val="16"/>
                <w:lang w:val="fr-FR"/>
              </w:rPr>
              <w:t xml:space="preserve"> de </w:t>
            </w:r>
            <w:proofErr w:type="spellStart"/>
            <w:r w:rsidRPr="00990104">
              <w:rPr>
                <w:sz w:val="16"/>
                <w:lang w:val="fr-FR"/>
              </w:rPr>
              <w:t>monitorizare</w:t>
            </w:r>
            <w:proofErr w:type="spellEnd"/>
            <w:r w:rsidRPr="00990104">
              <w:rPr>
                <w:sz w:val="16"/>
                <w:lang w:val="fr-FR"/>
              </w:rPr>
              <w:t xml:space="preserve"> a </w:t>
            </w:r>
            <w:proofErr w:type="spellStart"/>
            <w:r w:rsidRPr="00990104">
              <w:rPr>
                <w:sz w:val="16"/>
                <w:lang w:val="fr-FR"/>
              </w:rPr>
              <w:t>nivelului</w:t>
            </w:r>
            <w:proofErr w:type="spellEnd"/>
            <w:r w:rsidRPr="00990104">
              <w:rPr>
                <w:sz w:val="16"/>
                <w:lang w:val="fr-FR"/>
              </w:rPr>
              <w:t xml:space="preserve"> de </w:t>
            </w:r>
            <w:proofErr w:type="spellStart"/>
            <w:r w:rsidRPr="00990104">
              <w:rPr>
                <w:sz w:val="16"/>
                <w:lang w:val="fr-FR"/>
              </w:rPr>
              <w:t>zgomot</w:t>
            </w:r>
            <w:proofErr w:type="spellEnd"/>
            <w:r w:rsidRPr="00990104">
              <w:rPr>
                <w:sz w:val="16"/>
                <w:lang w:val="fr-FR"/>
              </w:rPr>
              <w:t xml:space="preserve"> ambiant</w:t>
            </w:r>
          </w:p>
        </w:tc>
      </w:tr>
    </w:tbl>
    <w:p w14:paraId="30704889"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92490D" w14:paraId="0EB34617" w14:textId="77777777">
        <w:trPr>
          <w:cantSplit/>
        </w:trPr>
        <w:tc>
          <w:tcPr>
            <w:tcW w:w="9636" w:type="dxa"/>
            <w:gridSpan w:val="6"/>
            <w:shd w:val="clear" w:color="auto" w:fill="F4F4F4"/>
          </w:tcPr>
          <w:p w14:paraId="5E9B8111" w14:textId="77777777" w:rsidR="0092490D" w:rsidRDefault="008D3852">
            <w:pPr>
              <w:keepNext/>
            </w:pPr>
            <w:r w:rsidRPr="00990104">
              <w:rPr>
                <w:b/>
                <w:sz w:val="16"/>
                <w:lang w:val="fr-FR"/>
              </w:rPr>
              <w:lastRenderedPageBreak/>
              <w:t xml:space="preserve"> </w:t>
            </w:r>
            <w:r>
              <w:rPr>
                <w:b/>
                <w:sz w:val="16"/>
              </w:rPr>
              <w:t xml:space="preserve">4. </w:t>
            </w:r>
            <w:r>
              <w:rPr>
                <w:b/>
                <w:color w:val="000000"/>
                <w:sz w:val="18"/>
              </w:rPr>
              <w:t>IMOBILUL</w:t>
            </w:r>
          </w:p>
        </w:tc>
      </w:tr>
      <w:tr w:rsidR="0092490D" w14:paraId="76511487" w14:textId="77777777">
        <w:trPr>
          <w:cantSplit/>
        </w:trPr>
        <w:tc>
          <w:tcPr>
            <w:tcW w:w="9636" w:type="dxa"/>
            <w:gridSpan w:val="6"/>
          </w:tcPr>
          <w:p w14:paraId="0E949CD3" w14:textId="77777777" w:rsidR="0092490D" w:rsidRDefault="008D3852">
            <w:pPr>
              <w:keepNext/>
            </w:pPr>
            <w:r>
              <w:rPr>
                <w:sz w:val="16"/>
              </w:rPr>
              <w:t xml:space="preserve"> ☐ teren     ☐ construcții</w:t>
            </w:r>
          </w:p>
        </w:tc>
      </w:tr>
      <w:tr w:rsidR="0092490D" w14:paraId="5A367007" w14:textId="77777777">
        <w:trPr>
          <w:cantSplit/>
          <w:trHeight w:val="510"/>
        </w:trPr>
        <w:tc>
          <w:tcPr>
            <w:tcW w:w="3212" w:type="dxa"/>
            <w:gridSpan w:val="2"/>
          </w:tcPr>
          <w:p w14:paraId="1F8D82FE" w14:textId="77777777" w:rsidR="0092490D" w:rsidRDefault="008D3852">
            <w:pPr>
              <w:keepNext/>
            </w:pPr>
            <w:r>
              <w:rPr>
                <w:b/>
                <w:color w:val="0D5F78"/>
              </w:rPr>
              <w:t>Județ</w:t>
            </w:r>
          </w:p>
          <w:p w14:paraId="12E71F2C" w14:textId="77777777" w:rsidR="0092490D" w:rsidRDefault="0092490D">
            <w:pPr>
              <w:keepNext/>
            </w:pPr>
          </w:p>
        </w:tc>
        <w:tc>
          <w:tcPr>
            <w:tcW w:w="3212" w:type="dxa"/>
            <w:gridSpan w:val="2"/>
          </w:tcPr>
          <w:p w14:paraId="47A386BE" w14:textId="77777777" w:rsidR="0092490D" w:rsidRDefault="008D3852">
            <w:pPr>
              <w:keepNext/>
            </w:pPr>
            <w:r>
              <w:rPr>
                <w:b/>
                <w:color w:val="0D5F78"/>
              </w:rPr>
              <w:t>Municipiu / oraș / comună</w:t>
            </w:r>
          </w:p>
          <w:p w14:paraId="677503DC" w14:textId="77777777" w:rsidR="0092490D" w:rsidRDefault="0092490D">
            <w:pPr>
              <w:keepNext/>
            </w:pPr>
          </w:p>
        </w:tc>
        <w:tc>
          <w:tcPr>
            <w:tcW w:w="3212" w:type="dxa"/>
            <w:gridSpan w:val="2"/>
          </w:tcPr>
          <w:p w14:paraId="0F21EACA" w14:textId="77777777" w:rsidR="0092490D" w:rsidRDefault="008D3852">
            <w:pPr>
              <w:keepNext/>
            </w:pPr>
            <w:r>
              <w:rPr>
                <w:b/>
                <w:color w:val="0D5F78"/>
              </w:rPr>
              <w:t>Sat / sector</w:t>
            </w:r>
          </w:p>
          <w:p w14:paraId="2338EF06" w14:textId="77777777" w:rsidR="0092490D" w:rsidRDefault="0092490D">
            <w:pPr>
              <w:keepNext/>
            </w:pPr>
          </w:p>
        </w:tc>
      </w:tr>
      <w:tr w:rsidR="0092490D" w14:paraId="51CC4E81" w14:textId="77777777">
        <w:trPr>
          <w:cantSplit/>
          <w:trHeight w:val="510"/>
        </w:trPr>
        <w:tc>
          <w:tcPr>
            <w:tcW w:w="1606" w:type="dxa"/>
          </w:tcPr>
          <w:p w14:paraId="757494E1" w14:textId="77777777" w:rsidR="0092490D" w:rsidRDefault="008D3852">
            <w:pPr>
              <w:keepNext/>
            </w:pPr>
            <w:r>
              <w:rPr>
                <w:b/>
                <w:color w:val="0D5F78"/>
              </w:rPr>
              <w:t>Cod poștal</w:t>
            </w:r>
          </w:p>
          <w:p w14:paraId="148081DD" w14:textId="77777777" w:rsidR="0092490D" w:rsidRDefault="0092490D">
            <w:pPr>
              <w:keepNext/>
            </w:pPr>
          </w:p>
        </w:tc>
        <w:tc>
          <w:tcPr>
            <w:tcW w:w="4818" w:type="dxa"/>
            <w:gridSpan w:val="3"/>
          </w:tcPr>
          <w:p w14:paraId="2102B428" w14:textId="77777777" w:rsidR="0092490D" w:rsidRDefault="008D3852">
            <w:pPr>
              <w:keepNext/>
            </w:pPr>
            <w:r>
              <w:rPr>
                <w:b/>
                <w:color w:val="0D5F78"/>
              </w:rPr>
              <w:t>Strada</w:t>
            </w:r>
          </w:p>
          <w:p w14:paraId="7FC63732" w14:textId="77777777" w:rsidR="0092490D" w:rsidRDefault="0092490D">
            <w:pPr>
              <w:keepNext/>
            </w:pPr>
          </w:p>
        </w:tc>
        <w:tc>
          <w:tcPr>
            <w:tcW w:w="803" w:type="dxa"/>
          </w:tcPr>
          <w:p w14:paraId="7240831B" w14:textId="77777777" w:rsidR="0092490D" w:rsidRDefault="008D3852">
            <w:pPr>
              <w:keepNext/>
            </w:pPr>
            <w:r>
              <w:rPr>
                <w:b/>
                <w:color w:val="0D5F78"/>
              </w:rPr>
              <w:t>Nr.</w:t>
            </w:r>
          </w:p>
          <w:p w14:paraId="2FF28C16" w14:textId="77777777" w:rsidR="0092490D" w:rsidRDefault="0092490D">
            <w:pPr>
              <w:keepNext/>
            </w:pPr>
          </w:p>
        </w:tc>
        <w:tc>
          <w:tcPr>
            <w:tcW w:w="2409" w:type="dxa"/>
          </w:tcPr>
          <w:p w14:paraId="06F4E36A" w14:textId="77777777" w:rsidR="0092490D" w:rsidRDefault="008D3852">
            <w:pPr>
              <w:keepNext/>
            </w:pPr>
            <w:r>
              <w:rPr>
                <w:b/>
                <w:color w:val="0D5F78"/>
              </w:rPr>
              <w:t>Bl. / sc. / et. / ap.</w:t>
            </w:r>
          </w:p>
          <w:p w14:paraId="7BC50E8E" w14:textId="77777777" w:rsidR="0092490D" w:rsidRDefault="0092490D">
            <w:pPr>
              <w:keepNext/>
            </w:pPr>
          </w:p>
        </w:tc>
      </w:tr>
      <w:tr w:rsidR="0092490D" w14:paraId="0911DE43" w14:textId="77777777">
        <w:trPr>
          <w:cantSplit/>
          <w:trHeight w:val="510"/>
        </w:trPr>
        <w:tc>
          <w:tcPr>
            <w:tcW w:w="5621" w:type="dxa"/>
            <w:gridSpan w:val="3"/>
          </w:tcPr>
          <w:p w14:paraId="25EC7A84" w14:textId="77777777" w:rsidR="0092490D" w:rsidRPr="00990104" w:rsidRDefault="008D3852">
            <w:pPr>
              <w:keepNext/>
              <w:rPr>
                <w:lang w:val="fr-FR"/>
              </w:rPr>
            </w:pPr>
            <w:proofErr w:type="spellStart"/>
            <w:r w:rsidRPr="00990104">
              <w:rPr>
                <w:b/>
                <w:color w:val="0D5F78"/>
                <w:lang w:val="fr-FR"/>
              </w:rPr>
              <w:t>Număr</w:t>
            </w:r>
            <w:proofErr w:type="spellEnd"/>
            <w:r w:rsidRPr="00990104">
              <w:rPr>
                <w:b/>
                <w:color w:val="0D5F78"/>
                <w:lang w:val="fr-FR"/>
              </w:rPr>
              <w:t xml:space="preserve"> cadastral</w:t>
            </w:r>
          </w:p>
          <w:p w14:paraId="7C24D0A6" w14:textId="77777777" w:rsidR="0092490D" w:rsidRPr="00990104" w:rsidRDefault="008D3852">
            <w:pPr>
              <w:keepNext/>
              <w:rPr>
                <w:lang w:val="fr-FR"/>
              </w:rPr>
            </w:pPr>
            <w:proofErr w:type="spellStart"/>
            <w:proofErr w:type="gramStart"/>
            <w:r w:rsidRPr="00990104">
              <w:rPr>
                <w:i/>
                <w:color w:val="7A7A7A"/>
                <w:lang w:val="fr-FR"/>
              </w:rPr>
              <w:t>dacă</w:t>
            </w:r>
            <w:proofErr w:type="spellEnd"/>
            <w:proofErr w:type="gramEnd"/>
            <w:r w:rsidRPr="00990104">
              <w:rPr>
                <w:i/>
                <w:color w:val="7A7A7A"/>
                <w:lang w:val="fr-FR"/>
              </w:rPr>
              <w:t xml:space="preserve"> </w:t>
            </w:r>
            <w:proofErr w:type="spellStart"/>
            <w:r w:rsidRPr="00990104">
              <w:rPr>
                <w:i/>
                <w:color w:val="7A7A7A"/>
                <w:lang w:val="fr-FR"/>
              </w:rPr>
              <w:t>imobilul</w:t>
            </w:r>
            <w:proofErr w:type="spellEnd"/>
            <w:r w:rsidRPr="00990104">
              <w:rPr>
                <w:i/>
                <w:color w:val="7A7A7A"/>
                <w:lang w:val="fr-FR"/>
              </w:rPr>
              <w:t xml:space="preserve"> e </w:t>
            </w:r>
            <w:proofErr w:type="spellStart"/>
            <w:r w:rsidRPr="00990104">
              <w:rPr>
                <w:i/>
                <w:color w:val="7A7A7A"/>
                <w:lang w:val="fr-FR"/>
              </w:rPr>
              <w:t>înscris</w:t>
            </w:r>
            <w:proofErr w:type="spellEnd"/>
            <w:r w:rsidRPr="00990104">
              <w:rPr>
                <w:i/>
                <w:color w:val="7A7A7A"/>
                <w:lang w:val="fr-FR"/>
              </w:rPr>
              <w:t xml:space="preserve"> </w:t>
            </w:r>
            <w:proofErr w:type="spellStart"/>
            <w:r w:rsidRPr="00990104">
              <w:rPr>
                <w:i/>
                <w:color w:val="7A7A7A"/>
                <w:lang w:val="fr-FR"/>
              </w:rPr>
              <w:t>în</w:t>
            </w:r>
            <w:proofErr w:type="spellEnd"/>
            <w:r w:rsidRPr="00990104">
              <w:rPr>
                <w:i/>
                <w:color w:val="7A7A7A"/>
                <w:lang w:val="fr-FR"/>
              </w:rPr>
              <w:t xml:space="preserve"> e-Terra</w:t>
            </w:r>
          </w:p>
          <w:p w14:paraId="2B656113" w14:textId="77777777" w:rsidR="0092490D" w:rsidRPr="00990104" w:rsidRDefault="0092490D">
            <w:pPr>
              <w:keepNext/>
              <w:rPr>
                <w:lang w:val="fr-FR"/>
              </w:rPr>
            </w:pPr>
          </w:p>
        </w:tc>
        <w:tc>
          <w:tcPr>
            <w:tcW w:w="4015" w:type="dxa"/>
            <w:gridSpan w:val="3"/>
          </w:tcPr>
          <w:p w14:paraId="6B49D79D" w14:textId="77777777" w:rsidR="0092490D" w:rsidRDefault="008D3852">
            <w:pPr>
              <w:keepNext/>
            </w:pPr>
            <w:r>
              <w:rPr>
                <w:b/>
                <w:color w:val="0D5F78"/>
              </w:rPr>
              <w:t xml:space="preserve">Carte </w:t>
            </w:r>
            <w:proofErr w:type="spellStart"/>
            <w:r>
              <w:rPr>
                <w:b/>
                <w:color w:val="0D5F78"/>
              </w:rPr>
              <w:t>funciară</w:t>
            </w:r>
            <w:proofErr w:type="spellEnd"/>
            <w:r>
              <w:rPr>
                <w:b/>
                <w:color w:val="0D5F78"/>
              </w:rPr>
              <w:t xml:space="preserve"> nr.</w:t>
            </w:r>
          </w:p>
          <w:p w14:paraId="0AE18757" w14:textId="77777777" w:rsidR="0092490D" w:rsidRDefault="0092490D">
            <w:pPr>
              <w:keepNext/>
            </w:pPr>
          </w:p>
        </w:tc>
      </w:tr>
      <w:tr w:rsidR="0092490D" w14:paraId="47979600" w14:textId="77777777">
        <w:trPr>
          <w:cantSplit/>
        </w:trPr>
        <w:tc>
          <w:tcPr>
            <w:tcW w:w="9636" w:type="dxa"/>
            <w:gridSpan w:val="6"/>
          </w:tcPr>
          <w:p w14:paraId="0D887906" w14:textId="77777777" w:rsidR="0092490D" w:rsidRDefault="008D3852">
            <w:r>
              <w:rPr>
                <w:sz w:val="16"/>
              </w:rPr>
              <w:t xml:space="preserve"> ☐ extras de carte funciară actualizat, anexat     ☐ plan de încadrare în zonă în sistem Stereo 70, anexat</w:t>
            </w:r>
          </w:p>
        </w:tc>
      </w:tr>
    </w:tbl>
    <w:p w14:paraId="1D624808" w14:textId="77777777" w:rsidR="0092490D" w:rsidRDefault="0092490D">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5B44F8C0" w14:textId="77777777">
        <w:trPr>
          <w:cantSplit/>
        </w:trPr>
        <w:tc>
          <w:tcPr>
            <w:tcW w:w="9636" w:type="dxa"/>
            <w:shd w:val="clear" w:color="auto" w:fill="F4F4F4"/>
          </w:tcPr>
          <w:p w14:paraId="5E722010" w14:textId="77777777" w:rsidR="0092490D" w:rsidRDefault="008D3852">
            <w:pPr>
              <w:keepNext/>
            </w:pPr>
            <w:r>
              <w:rPr>
                <w:b/>
                <w:sz w:val="16"/>
              </w:rPr>
              <w:t xml:space="preserve"> 5. </w:t>
            </w:r>
            <w:r>
              <w:rPr>
                <w:b/>
                <w:color w:val="000000"/>
                <w:sz w:val="18"/>
              </w:rPr>
              <w:t>SUPRAFAȚA</w:t>
            </w:r>
          </w:p>
        </w:tc>
      </w:tr>
      <w:tr w:rsidR="0092490D" w:rsidRPr="00975330" w14:paraId="68C205CA" w14:textId="77777777">
        <w:trPr>
          <w:cantSplit/>
          <w:trHeight w:val="510"/>
        </w:trPr>
        <w:tc>
          <w:tcPr>
            <w:tcW w:w="9636" w:type="dxa"/>
          </w:tcPr>
          <w:p w14:paraId="0007D005" w14:textId="77777777" w:rsidR="0092490D" w:rsidRPr="00990104" w:rsidRDefault="008D3852">
            <w:pPr>
              <w:rPr>
                <w:lang w:val="fr-FR"/>
              </w:rPr>
            </w:pPr>
            <w:proofErr w:type="spellStart"/>
            <w:r w:rsidRPr="00990104">
              <w:rPr>
                <w:b/>
                <w:color w:val="0D5F78"/>
                <w:lang w:val="fr-FR"/>
              </w:rPr>
              <w:t>Suprafața</w:t>
            </w:r>
            <w:proofErr w:type="spellEnd"/>
            <w:r w:rsidRPr="00990104">
              <w:rPr>
                <w:b/>
                <w:color w:val="0D5F78"/>
                <w:lang w:val="fr-FR"/>
              </w:rPr>
              <w:t xml:space="preserve"> </w:t>
            </w:r>
            <w:proofErr w:type="spellStart"/>
            <w:r w:rsidRPr="00990104">
              <w:rPr>
                <w:b/>
                <w:color w:val="0D5F78"/>
                <w:lang w:val="fr-FR"/>
              </w:rPr>
              <w:t>terenului</w:t>
            </w:r>
            <w:proofErr w:type="spellEnd"/>
            <w:r w:rsidRPr="00990104">
              <w:rPr>
                <w:b/>
                <w:color w:val="0D5F78"/>
                <w:lang w:val="fr-FR"/>
              </w:rPr>
              <w:t xml:space="preserve"> </w:t>
            </w:r>
            <w:proofErr w:type="spellStart"/>
            <w:r w:rsidRPr="00990104">
              <w:rPr>
                <w:b/>
                <w:color w:val="0D5F78"/>
                <w:lang w:val="fr-FR"/>
              </w:rPr>
              <w:t>și</w:t>
            </w:r>
            <w:proofErr w:type="spellEnd"/>
            <w:r w:rsidRPr="00990104">
              <w:rPr>
                <w:b/>
                <w:color w:val="0D5F78"/>
                <w:lang w:val="fr-FR"/>
              </w:rPr>
              <w:t>/</w:t>
            </w:r>
            <w:proofErr w:type="spellStart"/>
            <w:r w:rsidRPr="00990104">
              <w:rPr>
                <w:b/>
                <w:color w:val="0D5F78"/>
                <w:lang w:val="fr-FR"/>
              </w:rPr>
              <w:t>sau</w:t>
            </w:r>
            <w:proofErr w:type="spellEnd"/>
            <w:r w:rsidRPr="00990104">
              <w:rPr>
                <w:b/>
                <w:color w:val="0D5F78"/>
                <w:lang w:val="fr-FR"/>
              </w:rPr>
              <w:t xml:space="preserve"> a </w:t>
            </w:r>
            <w:proofErr w:type="spellStart"/>
            <w:r w:rsidRPr="00990104">
              <w:rPr>
                <w:b/>
                <w:color w:val="0D5F78"/>
                <w:lang w:val="fr-FR"/>
              </w:rPr>
              <w:t>construcției</w:t>
            </w:r>
            <w:proofErr w:type="spellEnd"/>
            <w:r w:rsidRPr="00990104">
              <w:rPr>
                <w:b/>
                <w:color w:val="0D5F78"/>
                <w:lang w:val="fr-FR"/>
              </w:rPr>
              <w:t xml:space="preserve"> </w:t>
            </w:r>
            <w:proofErr w:type="spellStart"/>
            <w:r w:rsidRPr="00990104">
              <w:rPr>
                <w:b/>
                <w:color w:val="0D5F78"/>
                <w:lang w:val="fr-FR"/>
              </w:rPr>
              <w:t>pentru</w:t>
            </w:r>
            <w:proofErr w:type="spellEnd"/>
            <w:r w:rsidRPr="00990104">
              <w:rPr>
                <w:b/>
                <w:color w:val="0D5F78"/>
                <w:lang w:val="fr-FR"/>
              </w:rPr>
              <w:t xml:space="preserve"> care se </w:t>
            </w:r>
            <w:proofErr w:type="spellStart"/>
            <w:r w:rsidRPr="00990104">
              <w:rPr>
                <w:b/>
                <w:color w:val="0D5F78"/>
                <w:lang w:val="fr-FR"/>
              </w:rPr>
              <w:t>solicită</w:t>
            </w:r>
            <w:proofErr w:type="spellEnd"/>
            <w:r w:rsidRPr="00990104">
              <w:rPr>
                <w:b/>
                <w:color w:val="0D5F78"/>
                <w:lang w:val="fr-FR"/>
              </w:rPr>
              <w:t xml:space="preserve"> </w:t>
            </w:r>
            <w:proofErr w:type="spellStart"/>
            <w:r w:rsidRPr="00990104">
              <w:rPr>
                <w:b/>
                <w:color w:val="0D5F78"/>
                <w:lang w:val="fr-FR"/>
              </w:rPr>
              <w:t>avizul</w:t>
            </w:r>
            <w:proofErr w:type="spellEnd"/>
            <w:r w:rsidRPr="00990104">
              <w:rPr>
                <w:b/>
                <w:color w:val="0D5F78"/>
                <w:lang w:val="fr-FR"/>
              </w:rPr>
              <w:t xml:space="preserve"> (m²)</w:t>
            </w:r>
          </w:p>
          <w:p w14:paraId="46C4035E" w14:textId="77777777" w:rsidR="0092490D" w:rsidRPr="00990104" w:rsidRDefault="0092490D">
            <w:pPr>
              <w:rPr>
                <w:lang w:val="fr-FR"/>
              </w:rPr>
            </w:pPr>
          </w:p>
        </w:tc>
      </w:tr>
    </w:tbl>
    <w:p w14:paraId="7664F949"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73E4B79" w14:textId="77777777">
        <w:trPr>
          <w:cantSplit/>
        </w:trPr>
        <w:tc>
          <w:tcPr>
            <w:tcW w:w="9636" w:type="dxa"/>
            <w:shd w:val="clear" w:color="auto" w:fill="F4F4F4"/>
          </w:tcPr>
          <w:p w14:paraId="1ABC5CBC" w14:textId="77777777" w:rsidR="0092490D" w:rsidRDefault="008D3852">
            <w:pPr>
              <w:keepNext/>
            </w:pPr>
            <w:r w:rsidRPr="00990104">
              <w:rPr>
                <w:b/>
                <w:sz w:val="16"/>
                <w:lang w:val="fr-FR"/>
              </w:rPr>
              <w:t xml:space="preserve"> </w:t>
            </w:r>
            <w:r>
              <w:rPr>
                <w:b/>
                <w:sz w:val="16"/>
              </w:rPr>
              <w:t xml:space="preserve">6. </w:t>
            </w:r>
            <w:r>
              <w:rPr>
                <w:b/>
                <w:color w:val="000000"/>
                <w:sz w:val="18"/>
              </w:rPr>
              <w:t>ANEXEZ PREZENTEI SOLICITĂRI</w:t>
            </w:r>
          </w:p>
        </w:tc>
      </w:tr>
      <w:tr w:rsidR="0092490D" w:rsidRPr="00975330" w14:paraId="149825A9" w14:textId="77777777">
        <w:trPr>
          <w:cantSplit/>
        </w:trPr>
        <w:tc>
          <w:tcPr>
            <w:tcW w:w="9636" w:type="dxa"/>
          </w:tcPr>
          <w:p w14:paraId="3BE23D1F" w14:textId="77777777" w:rsidR="0092490D" w:rsidRPr="00990104" w:rsidRDefault="008D3852">
            <w:pPr>
              <w:keepNext/>
              <w:rPr>
                <w:lang w:val="fr-FR"/>
              </w:rPr>
            </w:pPr>
            <w:r w:rsidRPr="00990104">
              <w:rPr>
                <w:sz w:val="16"/>
                <w:lang w:val="fr-FR"/>
              </w:rPr>
              <w:t xml:space="preserve">☐ copie a </w:t>
            </w:r>
            <w:proofErr w:type="spellStart"/>
            <w:r w:rsidRPr="00990104">
              <w:rPr>
                <w:sz w:val="16"/>
                <w:lang w:val="fr-FR"/>
              </w:rPr>
              <w:t>certificatului</w:t>
            </w:r>
            <w:proofErr w:type="spellEnd"/>
            <w:r w:rsidRPr="00990104">
              <w:rPr>
                <w:sz w:val="16"/>
                <w:lang w:val="fr-FR"/>
              </w:rPr>
              <w:t xml:space="preserve"> de </w:t>
            </w:r>
            <w:proofErr w:type="spellStart"/>
            <w:r w:rsidRPr="00990104">
              <w:rPr>
                <w:sz w:val="16"/>
                <w:lang w:val="fr-FR"/>
              </w:rPr>
              <w:t>înregistrare</w:t>
            </w:r>
            <w:proofErr w:type="spellEnd"/>
            <w:r w:rsidRPr="00990104">
              <w:rPr>
                <w:sz w:val="16"/>
                <w:lang w:val="fr-FR"/>
              </w:rPr>
              <w:t xml:space="preserve"> (C.U.I.)</w:t>
            </w:r>
          </w:p>
          <w:p w14:paraId="714F91C5" w14:textId="77777777" w:rsidR="0092490D" w:rsidRPr="00990104" w:rsidRDefault="008D3852">
            <w:pPr>
              <w:keepNext/>
              <w:rPr>
                <w:lang w:val="fr-FR"/>
              </w:rPr>
            </w:pPr>
            <w:r w:rsidRPr="00990104">
              <w:rPr>
                <w:sz w:val="16"/>
                <w:lang w:val="fr-FR"/>
              </w:rPr>
              <w:t xml:space="preserve">☐ copie a </w:t>
            </w:r>
            <w:proofErr w:type="spellStart"/>
            <w:r w:rsidRPr="00990104">
              <w:rPr>
                <w:sz w:val="16"/>
                <w:lang w:val="fr-FR"/>
              </w:rPr>
              <w:t>actului</w:t>
            </w:r>
            <w:proofErr w:type="spellEnd"/>
            <w:r w:rsidRPr="00990104">
              <w:rPr>
                <w:sz w:val="16"/>
                <w:lang w:val="fr-FR"/>
              </w:rPr>
              <w:t xml:space="preserve"> de </w:t>
            </w:r>
            <w:proofErr w:type="spellStart"/>
            <w:r w:rsidRPr="00990104">
              <w:rPr>
                <w:sz w:val="16"/>
                <w:lang w:val="fr-FR"/>
              </w:rPr>
              <w:t>identitate</w:t>
            </w:r>
            <w:proofErr w:type="spellEnd"/>
            <w:r w:rsidRPr="00990104">
              <w:rPr>
                <w:sz w:val="16"/>
                <w:lang w:val="fr-FR"/>
              </w:rPr>
              <w:t xml:space="preserve"> al </w:t>
            </w:r>
            <w:proofErr w:type="spellStart"/>
            <w:r w:rsidRPr="00990104">
              <w:rPr>
                <w:sz w:val="16"/>
                <w:lang w:val="fr-FR"/>
              </w:rPr>
              <w:t>asociatului</w:t>
            </w:r>
            <w:proofErr w:type="spellEnd"/>
            <w:r w:rsidRPr="00990104">
              <w:rPr>
                <w:sz w:val="16"/>
                <w:lang w:val="fr-FR"/>
              </w:rPr>
              <w:t xml:space="preserve"> / </w:t>
            </w:r>
            <w:proofErr w:type="spellStart"/>
            <w:r w:rsidRPr="00990104">
              <w:rPr>
                <w:sz w:val="16"/>
                <w:lang w:val="fr-FR"/>
              </w:rPr>
              <w:t>administratorului</w:t>
            </w:r>
            <w:proofErr w:type="spellEnd"/>
          </w:p>
        </w:tc>
      </w:tr>
      <w:tr w:rsidR="0092490D" w:rsidRPr="00975330" w14:paraId="36A877AF" w14:textId="77777777">
        <w:trPr>
          <w:cantSplit/>
        </w:trPr>
        <w:tc>
          <w:tcPr>
            <w:tcW w:w="9636" w:type="dxa"/>
          </w:tcPr>
          <w:p w14:paraId="2BE977DF" w14:textId="77777777" w:rsidR="0092490D" w:rsidRPr="00990104" w:rsidRDefault="008D3852">
            <w:pPr>
              <w:keepNext/>
              <w:rPr>
                <w:lang w:val="fr-FR"/>
              </w:rPr>
            </w:pPr>
            <w:r w:rsidRPr="00990104">
              <w:rPr>
                <w:sz w:val="16"/>
                <w:lang w:val="fr-FR"/>
              </w:rPr>
              <w:t xml:space="preserve"> ☐ extras de carte </w:t>
            </w:r>
            <w:proofErr w:type="spellStart"/>
            <w:r w:rsidRPr="00990104">
              <w:rPr>
                <w:sz w:val="16"/>
                <w:lang w:val="fr-FR"/>
              </w:rPr>
              <w:t>funciară</w:t>
            </w:r>
            <w:proofErr w:type="spellEnd"/>
            <w:r w:rsidRPr="00990104">
              <w:rPr>
                <w:sz w:val="16"/>
                <w:lang w:val="fr-FR"/>
              </w:rPr>
              <w:t xml:space="preserve"> </w:t>
            </w:r>
            <w:proofErr w:type="spellStart"/>
            <w:r w:rsidRPr="00990104">
              <w:rPr>
                <w:sz w:val="16"/>
                <w:lang w:val="fr-FR"/>
              </w:rPr>
              <w:t>pentru</w:t>
            </w:r>
            <w:proofErr w:type="spellEnd"/>
            <w:r w:rsidRPr="00990104">
              <w:rPr>
                <w:sz w:val="16"/>
                <w:lang w:val="fr-FR"/>
              </w:rPr>
              <w:t xml:space="preserve"> </w:t>
            </w:r>
            <w:proofErr w:type="spellStart"/>
            <w:r w:rsidRPr="00990104">
              <w:rPr>
                <w:sz w:val="16"/>
                <w:lang w:val="fr-FR"/>
              </w:rPr>
              <w:t>informare</w:t>
            </w:r>
            <w:proofErr w:type="spellEnd"/>
            <w:r w:rsidRPr="00990104">
              <w:rPr>
                <w:sz w:val="16"/>
                <w:lang w:val="fr-FR"/>
              </w:rPr>
              <w:t xml:space="preserve">     ☐ plan de </w:t>
            </w:r>
            <w:proofErr w:type="spellStart"/>
            <w:r w:rsidRPr="00990104">
              <w:rPr>
                <w:sz w:val="16"/>
                <w:lang w:val="fr-FR"/>
              </w:rPr>
              <w:t>amplasament</w:t>
            </w:r>
            <w:proofErr w:type="spellEnd"/>
            <w:r w:rsidRPr="00990104">
              <w:rPr>
                <w:sz w:val="16"/>
                <w:lang w:val="fr-FR"/>
              </w:rPr>
              <w:t xml:space="preserve">     ☐ </w:t>
            </w:r>
            <w:proofErr w:type="spellStart"/>
            <w:r w:rsidRPr="00990104">
              <w:rPr>
                <w:sz w:val="16"/>
                <w:lang w:val="fr-FR"/>
              </w:rPr>
              <w:t>contract</w:t>
            </w:r>
            <w:proofErr w:type="spellEnd"/>
            <w:r w:rsidRPr="00990104">
              <w:rPr>
                <w:sz w:val="16"/>
                <w:lang w:val="fr-FR"/>
              </w:rPr>
              <w:t xml:space="preserve"> de </w:t>
            </w:r>
            <w:proofErr w:type="spellStart"/>
            <w:r w:rsidRPr="00990104">
              <w:rPr>
                <w:sz w:val="16"/>
                <w:lang w:val="fr-FR"/>
              </w:rPr>
              <w:t>închiriere</w:t>
            </w:r>
            <w:proofErr w:type="spellEnd"/>
            <w:r w:rsidRPr="00990104">
              <w:rPr>
                <w:sz w:val="16"/>
                <w:lang w:val="fr-FR"/>
              </w:rPr>
              <w:t xml:space="preserve">, </w:t>
            </w:r>
            <w:proofErr w:type="spellStart"/>
            <w:r w:rsidRPr="00990104">
              <w:rPr>
                <w:sz w:val="16"/>
                <w:lang w:val="fr-FR"/>
              </w:rPr>
              <w:t>după</w:t>
            </w:r>
            <w:proofErr w:type="spellEnd"/>
            <w:r w:rsidRPr="00990104">
              <w:rPr>
                <w:sz w:val="16"/>
                <w:lang w:val="fr-FR"/>
              </w:rPr>
              <w:t xml:space="preserve"> </w:t>
            </w:r>
            <w:proofErr w:type="spellStart"/>
            <w:r w:rsidRPr="00990104">
              <w:rPr>
                <w:sz w:val="16"/>
                <w:lang w:val="fr-FR"/>
              </w:rPr>
              <w:t>caz</w:t>
            </w:r>
            <w:proofErr w:type="spellEnd"/>
          </w:p>
        </w:tc>
      </w:tr>
      <w:tr w:rsidR="0092490D" w14:paraId="582FCAF4" w14:textId="77777777">
        <w:trPr>
          <w:cantSplit/>
        </w:trPr>
        <w:tc>
          <w:tcPr>
            <w:tcW w:w="9636" w:type="dxa"/>
          </w:tcPr>
          <w:p w14:paraId="78044DF6" w14:textId="77777777" w:rsidR="0092490D" w:rsidRDefault="008D3852">
            <w:pPr>
              <w:keepNext/>
            </w:pPr>
            <w:r w:rsidRPr="00990104">
              <w:rPr>
                <w:sz w:val="16"/>
                <w:lang w:val="fr-FR"/>
              </w:rPr>
              <w:t xml:space="preserve"> </w:t>
            </w:r>
            <w:r>
              <w:rPr>
                <w:sz w:val="16"/>
              </w:rPr>
              <w:t xml:space="preserve">☐ </w:t>
            </w:r>
            <w:proofErr w:type="spellStart"/>
            <w:r>
              <w:rPr>
                <w:sz w:val="16"/>
              </w:rPr>
              <w:t>memoriu</w:t>
            </w:r>
            <w:proofErr w:type="spellEnd"/>
            <w:r>
              <w:rPr>
                <w:sz w:val="16"/>
              </w:rPr>
              <w:t xml:space="preserve"> </w:t>
            </w:r>
            <w:proofErr w:type="spellStart"/>
            <w:r>
              <w:rPr>
                <w:sz w:val="16"/>
              </w:rPr>
              <w:t>tehnic</w:t>
            </w:r>
            <w:proofErr w:type="spellEnd"/>
            <w:r>
              <w:rPr>
                <w:sz w:val="16"/>
              </w:rPr>
              <w:t xml:space="preserve">     ☐ </w:t>
            </w:r>
            <w:proofErr w:type="spellStart"/>
            <w:r>
              <w:rPr>
                <w:sz w:val="16"/>
              </w:rPr>
              <w:t>avizul</w:t>
            </w:r>
            <w:proofErr w:type="spellEnd"/>
            <w:r>
              <w:rPr>
                <w:sz w:val="16"/>
              </w:rPr>
              <w:t xml:space="preserve"> anterior, după caz</w:t>
            </w:r>
          </w:p>
        </w:tc>
      </w:tr>
      <w:tr w:rsidR="0092490D" w14:paraId="21DFED06" w14:textId="77777777">
        <w:trPr>
          <w:cantSplit/>
        </w:trPr>
        <w:tc>
          <w:tcPr>
            <w:tcW w:w="9636" w:type="dxa"/>
          </w:tcPr>
          <w:p w14:paraId="3C89E4C2" w14:textId="77777777" w:rsidR="0092490D" w:rsidRDefault="0092490D">
            <w:pPr>
              <w:pBdr>
                <w:bottom w:val="dotted" w:sz="6" w:space="0" w:color="999999"/>
              </w:pBdr>
              <w:spacing w:after="80"/>
            </w:pPr>
          </w:p>
          <w:p w14:paraId="1119B275" w14:textId="77777777" w:rsidR="0092490D" w:rsidRDefault="0092490D">
            <w:pPr>
              <w:pBdr>
                <w:bottom w:val="dotted" w:sz="6" w:space="0" w:color="999999"/>
              </w:pBdr>
              <w:spacing w:after="80"/>
            </w:pPr>
          </w:p>
        </w:tc>
      </w:tr>
    </w:tbl>
    <w:p w14:paraId="2694D3B3" w14:textId="77777777" w:rsidR="0092490D" w:rsidRDefault="0092490D">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92490D" w14:paraId="731F448F" w14:textId="77777777">
        <w:trPr>
          <w:cantSplit/>
        </w:trPr>
        <w:tc>
          <w:tcPr>
            <w:tcW w:w="9636" w:type="dxa"/>
            <w:gridSpan w:val="3"/>
            <w:shd w:val="clear" w:color="auto" w:fill="F4F4F4"/>
          </w:tcPr>
          <w:p w14:paraId="368A4FAC" w14:textId="77777777" w:rsidR="0092490D" w:rsidRDefault="008D3852">
            <w:pPr>
              <w:keepNext/>
            </w:pPr>
            <w:r>
              <w:rPr>
                <w:b/>
                <w:sz w:val="16"/>
              </w:rPr>
              <w:t xml:space="preserve"> 7. </w:t>
            </w:r>
            <w:r>
              <w:rPr>
                <w:b/>
                <w:color w:val="000000"/>
                <w:sz w:val="18"/>
              </w:rPr>
              <w:t>DATA ȘI SEMNĂTURA</w:t>
            </w:r>
          </w:p>
        </w:tc>
      </w:tr>
      <w:tr w:rsidR="0092490D" w14:paraId="47AEC3A8" w14:textId="77777777">
        <w:trPr>
          <w:cantSplit/>
        </w:trPr>
        <w:tc>
          <w:tcPr>
            <w:tcW w:w="9636" w:type="dxa"/>
            <w:gridSpan w:val="3"/>
          </w:tcPr>
          <w:p w14:paraId="1196224E" w14:textId="77777777" w:rsidR="0092490D" w:rsidRDefault="008D3852">
            <w:pPr>
              <w:keepNext/>
              <w:spacing w:line="228" w:lineRule="auto"/>
            </w:pPr>
            <w:r>
              <w:rPr>
                <w:i/>
                <w:sz w:val="17"/>
              </w:rPr>
              <w:t>Declar pe propria răspundere, cunoscând prevederile legii penale privind falsul în declarații, că datele înscrise sunt reale și exacte.</w:t>
            </w:r>
          </w:p>
        </w:tc>
      </w:tr>
      <w:tr w:rsidR="0092490D" w14:paraId="2CE6095D" w14:textId="77777777">
        <w:trPr>
          <w:cantSplit/>
          <w:trHeight w:val="510"/>
        </w:trPr>
        <w:tc>
          <w:tcPr>
            <w:tcW w:w="1606" w:type="dxa"/>
          </w:tcPr>
          <w:p w14:paraId="1694DC26" w14:textId="77777777" w:rsidR="0092490D" w:rsidRDefault="008D3852">
            <w:r>
              <w:rPr>
                <w:b/>
                <w:color w:val="0D5F78"/>
              </w:rPr>
              <w:t>Data</w:t>
            </w:r>
          </w:p>
          <w:p w14:paraId="67CE68A8" w14:textId="77777777" w:rsidR="0092490D" w:rsidRDefault="0092490D"/>
        </w:tc>
        <w:tc>
          <w:tcPr>
            <w:tcW w:w="4818" w:type="dxa"/>
          </w:tcPr>
          <w:p w14:paraId="7491E07A" w14:textId="77777777" w:rsidR="0092490D" w:rsidRDefault="008D3852">
            <w:r>
              <w:rPr>
                <w:b/>
                <w:color w:val="0D5F78"/>
              </w:rPr>
              <w:t>Solicitantul</w:t>
            </w:r>
          </w:p>
          <w:p w14:paraId="1B5D944B" w14:textId="77777777" w:rsidR="0092490D" w:rsidRDefault="0092490D"/>
        </w:tc>
        <w:tc>
          <w:tcPr>
            <w:tcW w:w="3212" w:type="dxa"/>
          </w:tcPr>
          <w:p w14:paraId="700ED158" w14:textId="77777777" w:rsidR="0092490D" w:rsidRDefault="008D3852">
            <w:r>
              <w:rPr>
                <w:b/>
                <w:color w:val="0D5F78"/>
              </w:rPr>
              <w:t>Semnătura</w:t>
            </w:r>
          </w:p>
          <w:p w14:paraId="0381FD7B" w14:textId="77777777" w:rsidR="0092490D" w:rsidRDefault="0092490D"/>
        </w:tc>
      </w:tr>
    </w:tbl>
    <w:p w14:paraId="1001F8AC" w14:textId="77777777" w:rsidR="0092490D" w:rsidRDefault="0092490D">
      <w:pPr>
        <w:spacing w:line="168" w:lineRule="auto"/>
      </w:pPr>
    </w:p>
    <w:sectPr w:rsidR="0092490D" w:rsidSect="00034616">
      <w:headerReference w:type="default" r:id="rId9"/>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CF63B" w14:textId="77777777" w:rsidR="00D46B5F" w:rsidRDefault="00D46B5F">
      <w:r>
        <w:separator/>
      </w:r>
    </w:p>
  </w:endnote>
  <w:endnote w:type="continuationSeparator" w:id="0">
    <w:p w14:paraId="656DD0A4" w14:textId="77777777" w:rsidR="00D46B5F" w:rsidRDefault="00D4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4BAA" w14:textId="72155FC7" w:rsidR="0092490D" w:rsidRDefault="008D3852">
    <w:pPr>
      <w:pStyle w:val="Footer"/>
      <w:tabs>
        <w:tab w:val="right" w:pos="9639"/>
      </w:tabs>
    </w:pPr>
    <w:r>
      <w:rPr>
        <w:color w:val="595959"/>
      </w:rPr>
      <w:t>F_0</w:t>
    </w:r>
    <w:r w:rsidR="00990104">
      <w:rPr>
        <w:color w:val="595959"/>
      </w:rPr>
      <w:t>5</w:t>
    </w:r>
    <w:r>
      <w:rPr>
        <w:color w:val="595959"/>
      </w:rPr>
      <w:t xml:space="preserve"> · </w:t>
    </w:r>
    <w:proofErr w:type="spellStart"/>
    <w:r>
      <w:rPr>
        <w:color w:val="595959"/>
      </w:rPr>
      <w:t>versiunea</w:t>
    </w:r>
    <w:proofErr w:type="spellEnd"/>
    <w:r>
      <w:rPr>
        <w:color w:val="595959"/>
      </w:rPr>
      <w:t xml:space="preserve"> 1.0</w:t>
    </w:r>
    <w:r>
      <w:rPr>
        <w:color w:val="595959"/>
      </w:rPr>
      <w:tab/>
    </w:r>
    <w:proofErr w:type="spellStart"/>
    <w:r>
      <w:rPr>
        <w:color w:val="595959"/>
      </w:rPr>
      <w:t>pagina</w:t>
    </w:r>
    <w:proofErr w:type="spellEnd"/>
    <w:r>
      <w:rPr>
        <w:color w:val="595959"/>
      </w:rPr>
      <w:t xml:space="preserve"> </w:t>
    </w:r>
    <w:r>
      <w:rPr>
        <w:color w:val="595959"/>
      </w:rPr>
      <w:fldChar w:fldCharType="begin"/>
    </w:r>
    <w:r>
      <w:rPr>
        <w:color w:val="595959"/>
      </w:rPr>
      <w:instrText xml:space="preserve"> PAGE </w:instrText>
    </w:r>
    <w:r>
      <w:rPr>
        <w:color w:val="595959"/>
      </w:rPr>
      <w:fldChar w:fldCharType="separate"/>
    </w:r>
    <w:r w:rsidR="00990104">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990104">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DF912" w14:textId="77777777" w:rsidR="00D46B5F" w:rsidRDefault="00D46B5F">
      <w:r>
        <w:separator/>
      </w:r>
    </w:p>
  </w:footnote>
  <w:footnote w:type="continuationSeparator" w:id="0">
    <w:p w14:paraId="6E5A0E15" w14:textId="77777777" w:rsidR="00D46B5F" w:rsidRDefault="00D46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8634" w14:textId="3AE7FEBF" w:rsidR="00975330" w:rsidRDefault="00975330">
    <w:pPr>
      <w:pStyle w:val="Header"/>
      <w:rPr>
        <w:color w:val="595959"/>
      </w:rPr>
    </w:pPr>
    <w:r>
      <w:rPr>
        <w:color w:val="595959"/>
      </w:rPr>
      <w:t xml:space="preserve">F_05 · </w:t>
    </w:r>
    <w:proofErr w:type="spellStart"/>
    <w:r>
      <w:rPr>
        <w:color w:val="595959"/>
      </w:rPr>
      <w:t>versiunea</w:t>
    </w:r>
    <w:proofErr w:type="spellEnd"/>
    <w:r>
      <w:rPr>
        <w:color w:val="595959"/>
      </w:rPr>
      <w:t xml:space="preserve"> 1.0</w:t>
    </w:r>
  </w:p>
  <w:p w14:paraId="2AB49B24" w14:textId="77777777" w:rsidR="00975330" w:rsidRDefault="00975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775410">
    <w:abstractNumId w:val="8"/>
  </w:num>
  <w:num w:numId="2" w16cid:durableId="1978954778">
    <w:abstractNumId w:val="6"/>
  </w:num>
  <w:num w:numId="3" w16cid:durableId="1786732442">
    <w:abstractNumId w:val="5"/>
  </w:num>
  <w:num w:numId="4" w16cid:durableId="84957484">
    <w:abstractNumId w:val="4"/>
  </w:num>
  <w:num w:numId="5" w16cid:durableId="580598452">
    <w:abstractNumId w:val="7"/>
  </w:num>
  <w:num w:numId="6" w16cid:durableId="1294753892">
    <w:abstractNumId w:val="3"/>
  </w:num>
  <w:num w:numId="7" w16cid:durableId="1762484805">
    <w:abstractNumId w:val="2"/>
  </w:num>
  <w:num w:numId="8" w16cid:durableId="481240701">
    <w:abstractNumId w:val="1"/>
  </w:num>
  <w:num w:numId="9" w16cid:durableId="1127816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72F"/>
    <w:rsid w:val="00034616"/>
    <w:rsid w:val="0006063C"/>
    <w:rsid w:val="00111A69"/>
    <w:rsid w:val="0015074B"/>
    <w:rsid w:val="0029639D"/>
    <w:rsid w:val="002B7F5F"/>
    <w:rsid w:val="002C374C"/>
    <w:rsid w:val="00326F90"/>
    <w:rsid w:val="00627198"/>
    <w:rsid w:val="008D3852"/>
    <w:rsid w:val="0092490D"/>
    <w:rsid w:val="00975330"/>
    <w:rsid w:val="00990104"/>
    <w:rsid w:val="00AA1D8D"/>
    <w:rsid w:val="00AB55EB"/>
    <w:rsid w:val="00B47730"/>
    <w:rsid w:val="00BC56AE"/>
    <w:rsid w:val="00CB0664"/>
    <w:rsid w:val="00D46B5F"/>
    <w:rsid w:val="00D52CF1"/>
    <w:rsid w:val="00DC729B"/>
    <w:rsid w:val="00E61A6B"/>
    <w:rsid w:val="00EC21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FB69FD"/>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2C374C"/>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79D44-E5C6-49FC-A701-4A6E5B563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Borz Daniel</cp:lastModifiedBy>
  <cp:revision>2</cp:revision>
  <dcterms:created xsi:type="dcterms:W3CDTF">2013-12-23T23:15:00Z</dcterms:created>
  <dcterms:modified xsi:type="dcterms:W3CDTF">2026-09-02T06:06:00Z</dcterms:modified>
  <cp:category/>
</cp:coreProperties>
</file>