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CCAEBB" w14:textId="77777777" w:rsidR="00DB2533" w:rsidRPr="00241FDE" w:rsidRDefault="00000000">
      <w:pPr>
        <w:spacing w:after="60" w:line="240" w:lineRule="auto"/>
        <w:rPr>
          <w:color w:val="555555"/>
          <w:sz w:val="16"/>
          <w:szCs w:val="16"/>
        </w:rPr>
      </w:pPr>
      <w:r w:rsidRPr="00241FDE">
        <w:rPr>
          <w:color w:val="555555"/>
          <w:sz w:val="16"/>
          <w:szCs w:val="16"/>
        </w:rPr>
        <w:t>F_02 · versiunea 1.0</w:t>
      </w:r>
    </w:p>
    <w:p w14:paraId="149AD2C6" w14:textId="77777777" w:rsidR="0005133C" w:rsidRPr="00241FDE" w:rsidRDefault="0005133C">
      <w:pPr>
        <w:spacing w:after="60" w:line="240" w:lineRule="auto"/>
        <w:rPr>
          <w:sz w:val="16"/>
          <w:szCs w:val="16"/>
        </w:rPr>
      </w:pPr>
    </w:p>
    <w:tbl>
      <w:tblPr>
        <w:tblW w:w="10980" w:type="dxa"/>
        <w:jc w:val="center"/>
        <w:tblLayout w:type="fixed"/>
        <w:tblLook w:val="04A0" w:firstRow="1" w:lastRow="0" w:firstColumn="1" w:lastColumn="0" w:noHBand="0" w:noVBand="1"/>
      </w:tblPr>
      <w:tblGrid>
        <w:gridCol w:w="2937"/>
        <w:gridCol w:w="708"/>
        <w:gridCol w:w="709"/>
        <w:gridCol w:w="1124"/>
        <w:gridCol w:w="861"/>
        <w:gridCol w:w="973"/>
        <w:gridCol w:w="728"/>
        <w:gridCol w:w="1106"/>
        <w:gridCol w:w="1834"/>
      </w:tblGrid>
      <w:tr w:rsidR="00DB2533" w:rsidRPr="00241FDE" w14:paraId="5A92AFBA" w14:textId="77777777" w:rsidTr="000D416D">
        <w:trPr>
          <w:cantSplit/>
          <w:jc w:val="center"/>
        </w:trPr>
        <w:tc>
          <w:tcPr>
            <w:tcW w:w="10980" w:type="dxa"/>
            <w:gridSpan w:val="9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E7E7E7"/>
            <w:tcMar>
              <w:top w:w="1" w:type="dxa"/>
              <w:left w:w="2" w:type="dxa"/>
              <w:bottom w:w="1" w:type="dxa"/>
              <w:right w:w="2" w:type="dxa"/>
            </w:tcMar>
            <w:vAlign w:val="center"/>
          </w:tcPr>
          <w:p w14:paraId="07581E65" w14:textId="77777777" w:rsidR="00DB2533" w:rsidRPr="00241FDE" w:rsidRDefault="00000000" w:rsidP="006A0118">
            <w:pPr>
              <w:spacing w:before="40" w:after="40" w:line="240" w:lineRule="auto"/>
              <w:ind w:left="113"/>
              <w:rPr>
                <w:sz w:val="26"/>
                <w:szCs w:val="26"/>
              </w:rPr>
            </w:pPr>
            <w:r w:rsidRPr="00241FDE">
              <w:rPr>
                <w:b/>
                <w:sz w:val="26"/>
                <w:szCs w:val="26"/>
              </w:rPr>
              <w:t>ȘANTIER ÎN LUCRU — PANOU DE IDENTIFICARE A INVESTIȚIEI / LUCRĂRILOR</w:t>
            </w:r>
          </w:p>
        </w:tc>
      </w:tr>
      <w:tr w:rsidR="00DB2533" w:rsidRPr="00241FDE" w14:paraId="01625FCA" w14:textId="77777777" w:rsidTr="000D416D">
        <w:trPr>
          <w:cantSplit/>
          <w:jc w:val="center"/>
        </w:trPr>
        <w:tc>
          <w:tcPr>
            <w:tcW w:w="10980" w:type="dxa"/>
            <w:gridSpan w:val="9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E7E7E7"/>
            <w:tcMar>
              <w:top w:w="1" w:type="dxa"/>
              <w:left w:w="2" w:type="dxa"/>
              <w:bottom w:w="1" w:type="dxa"/>
              <w:right w:w="2" w:type="dxa"/>
            </w:tcMar>
            <w:vAlign w:val="center"/>
          </w:tcPr>
          <w:p w14:paraId="486C64C3" w14:textId="77777777" w:rsidR="00DB2533" w:rsidRPr="00241FDE" w:rsidRDefault="00000000" w:rsidP="006A0118">
            <w:pPr>
              <w:spacing w:before="40" w:after="40" w:line="240" w:lineRule="auto"/>
              <w:ind w:left="113"/>
              <w:rPr>
                <w:sz w:val="16"/>
                <w:szCs w:val="16"/>
              </w:rPr>
            </w:pPr>
            <w:r w:rsidRPr="00241FDE">
              <w:rPr>
                <w:b/>
                <w:sz w:val="16"/>
                <w:szCs w:val="16"/>
              </w:rPr>
              <w:t>1. ACTUL DE REGLEMENTARE / AUTORIZARE SAU NOTIFICARE</w:t>
            </w:r>
          </w:p>
        </w:tc>
      </w:tr>
      <w:tr w:rsidR="00DB2533" w:rsidRPr="00241FDE" w14:paraId="4478E9D7" w14:textId="77777777" w:rsidTr="006A6BD8">
        <w:trPr>
          <w:cantSplit/>
          <w:jc w:val="center"/>
        </w:trPr>
        <w:tc>
          <w:tcPr>
            <w:tcW w:w="4354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" w:type="dxa"/>
              <w:left w:w="2" w:type="dxa"/>
              <w:bottom w:w="1" w:type="dxa"/>
              <w:right w:w="2" w:type="dxa"/>
            </w:tcMar>
          </w:tcPr>
          <w:p w14:paraId="36017EC8" w14:textId="77777777" w:rsidR="00DB2533" w:rsidRPr="00241FDE" w:rsidRDefault="00000000" w:rsidP="006A0118">
            <w:pPr>
              <w:spacing w:before="40" w:after="40" w:line="240" w:lineRule="auto"/>
              <w:ind w:left="113"/>
              <w:rPr>
                <w:sz w:val="16"/>
                <w:szCs w:val="16"/>
              </w:rPr>
            </w:pPr>
            <w:r w:rsidRPr="00241FDE">
              <w:rPr>
                <w:sz w:val="16"/>
                <w:szCs w:val="16"/>
              </w:rPr>
              <w:t>☐ AUTORIZAȚIE DE CONSTRUIRE / DESFIINȚARE</w:t>
            </w:r>
            <w:r w:rsidRPr="00241FDE">
              <w:rPr>
                <w:sz w:val="16"/>
                <w:szCs w:val="16"/>
              </w:rPr>
              <w:br/>
              <w:t>☐ NOTIFICARE LUCRĂRI</w:t>
            </w:r>
          </w:p>
        </w:tc>
        <w:tc>
          <w:tcPr>
            <w:tcW w:w="6626" w:type="dxa"/>
            <w:gridSpan w:val="6"/>
            <w:vMerge w:val="restar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" w:type="dxa"/>
              <w:left w:w="2" w:type="dxa"/>
              <w:bottom w:w="1" w:type="dxa"/>
              <w:right w:w="2" w:type="dxa"/>
            </w:tcMar>
          </w:tcPr>
          <w:p w14:paraId="7269938C" w14:textId="77777777" w:rsidR="00DB2533" w:rsidRPr="00241FDE" w:rsidRDefault="00000000" w:rsidP="006A0118">
            <w:pPr>
              <w:spacing w:before="40" w:after="40" w:line="240" w:lineRule="auto"/>
              <w:ind w:left="113"/>
              <w:jc w:val="center"/>
              <w:rPr>
                <w:sz w:val="18"/>
                <w:szCs w:val="18"/>
              </w:rPr>
            </w:pPr>
            <w:r w:rsidRPr="00241FDE">
              <w:rPr>
                <w:sz w:val="18"/>
                <w:szCs w:val="18"/>
              </w:rPr>
              <w:t>VEDERE DE ANSAMBLU A OBIECTIVULUI</w:t>
            </w:r>
          </w:p>
          <w:p w14:paraId="574E65CF" w14:textId="77777777" w:rsidR="00DB2533" w:rsidRPr="00241FDE" w:rsidRDefault="00000000" w:rsidP="006A0118">
            <w:pPr>
              <w:spacing w:before="40" w:after="40"/>
              <w:ind w:left="113"/>
              <w:jc w:val="center"/>
              <w:rPr>
                <w:sz w:val="18"/>
                <w:szCs w:val="18"/>
              </w:rPr>
            </w:pPr>
            <w:r w:rsidRPr="00241FDE">
              <w:rPr>
                <w:sz w:val="18"/>
                <w:szCs w:val="18"/>
              </w:rPr>
              <w:t>(fotografia machetei, perspectivă 3D sau fațada reprezentativă din proiectul tehnic</w:t>
            </w:r>
          </w:p>
          <w:p w14:paraId="75A48B17" w14:textId="77777777" w:rsidR="00DB2533" w:rsidRPr="00241FDE" w:rsidRDefault="00000000" w:rsidP="006A0118">
            <w:pPr>
              <w:spacing w:before="40" w:after="40"/>
              <w:ind w:left="113"/>
              <w:jc w:val="center"/>
            </w:pPr>
            <w:r w:rsidRPr="00241FDE">
              <w:rPr>
                <w:sz w:val="18"/>
                <w:szCs w:val="18"/>
              </w:rPr>
              <w:t>simplificat / documentația tehnică)</w:t>
            </w:r>
          </w:p>
        </w:tc>
      </w:tr>
      <w:tr w:rsidR="00DB2533" w:rsidRPr="00241FDE" w14:paraId="226A66A9" w14:textId="77777777" w:rsidTr="006A6BD8">
        <w:trPr>
          <w:cantSplit/>
          <w:jc w:val="center"/>
        </w:trPr>
        <w:tc>
          <w:tcPr>
            <w:tcW w:w="4354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" w:type="dxa"/>
              <w:left w:w="2" w:type="dxa"/>
              <w:bottom w:w="1" w:type="dxa"/>
              <w:right w:w="2" w:type="dxa"/>
            </w:tcMar>
          </w:tcPr>
          <w:p w14:paraId="6FCE17F8" w14:textId="77777777" w:rsidR="00DB2533" w:rsidRPr="00241FDE" w:rsidRDefault="00000000" w:rsidP="006A0118">
            <w:pPr>
              <w:spacing w:before="40" w:after="40" w:line="240" w:lineRule="auto"/>
              <w:ind w:left="113"/>
              <w:rPr>
                <w:i/>
                <w:color w:val="8A8A8A"/>
                <w:sz w:val="16"/>
                <w:szCs w:val="16"/>
              </w:rPr>
            </w:pPr>
            <w:r w:rsidRPr="00241FDE">
              <w:rPr>
                <w:b/>
                <w:color w:val="0D617E"/>
                <w:sz w:val="16"/>
                <w:szCs w:val="16"/>
              </w:rPr>
              <w:t>Număr și dată de înregistrare</w:t>
            </w:r>
            <w:r w:rsidRPr="00241FDE">
              <w:rPr>
                <w:i/>
                <w:color w:val="8A8A8A"/>
                <w:sz w:val="16"/>
                <w:szCs w:val="16"/>
              </w:rPr>
              <w:br/>
              <w:t>nr. / zz.ll.aaaa</w:t>
            </w:r>
          </w:p>
          <w:p w14:paraId="6DAFB9F0" w14:textId="77777777" w:rsidR="006A0118" w:rsidRPr="00241FDE" w:rsidRDefault="006A0118" w:rsidP="00AE3D74">
            <w:pPr>
              <w:spacing w:before="40" w:after="120" w:line="240" w:lineRule="auto"/>
              <w:ind w:left="113"/>
              <w:rPr>
                <w:sz w:val="16"/>
                <w:szCs w:val="16"/>
              </w:rPr>
            </w:pPr>
          </w:p>
        </w:tc>
        <w:tc>
          <w:tcPr>
            <w:tcW w:w="6626" w:type="dxa"/>
            <w:gridSpan w:val="6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" w:type="dxa"/>
              <w:left w:w="2" w:type="dxa"/>
              <w:bottom w:w="1" w:type="dxa"/>
              <w:right w:w="2" w:type="dxa"/>
            </w:tcMar>
          </w:tcPr>
          <w:p w14:paraId="097D2E6B" w14:textId="77777777" w:rsidR="00DB2533" w:rsidRPr="00241FDE" w:rsidRDefault="00DB2533" w:rsidP="006A0118">
            <w:pPr>
              <w:spacing w:before="40" w:after="40"/>
              <w:ind w:left="113"/>
            </w:pPr>
          </w:p>
        </w:tc>
      </w:tr>
      <w:tr w:rsidR="00DB2533" w:rsidRPr="00241FDE" w14:paraId="14711FB6" w14:textId="77777777" w:rsidTr="006A6BD8">
        <w:trPr>
          <w:cantSplit/>
          <w:jc w:val="center"/>
        </w:trPr>
        <w:tc>
          <w:tcPr>
            <w:tcW w:w="4354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" w:type="dxa"/>
              <w:left w:w="2" w:type="dxa"/>
              <w:bottom w:w="1" w:type="dxa"/>
              <w:right w:w="2" w:type="dxa"/>
            </w:tcMar>
          </w:tcPr>
          <w:p w14:paraId="06C02D4A" w14:textId="77777777" w:rsidR="00DB2533" w:rsidRPr="00241FDE" w:rsidRDefault="00000000" w:rsidP="006A0118">
            <w:pPr>
              <w:spacing w:before="40" w:after="40" w:line="240" w:lineRule="auto"/>
              <w:ind w:left="113"/>
              <w:rPr>
                <w:i/>
                <w:color w:val="8A8A8A"/>
                <w:sz w:val="16"/>
                <w:szCs w:val="16"/>
              </w:rPr>
            </w:pPr>
            <w:r w:rsidRPr="00241FDE">
              <w:rPr>
                <w:b/>
                <w:color w:val="0D617E"/>
                <w:sz w:val="16"/>
                <w:szCs w:val="16"/>
              </w:rPr>
              <w:t>Autoritatea emitentă / primitoare</w:t>
            </w:r>
            <w:r w:rsidRPr="00241FDE">
              <w:rPr>
                <w:i/>
                <w:color w:val="8A8A8A"/>
                <w:sz w:val="16"/>
                <w:szCs w:val="16"/>
              </w:rPr>
              <w:br/>
              <w:t>Primăria / Consiliul Județean</w:t>
            </w:r>
          </w:p>
          <w:p w14:paraId="66F1262D" w14:textId="77777777" w:rsidR="006A0118" w:rsidRPr="00241FDE" w:rsidRDefault="006A0118" w:rsidP="00AE3D74">
            <w:pPr>
              <w:spacing w:before="40" w:after="120" w:line="240" w:lineRule="auto"/>
              <w:ind w:left="113"/>
              <w:rPr>
                <w:sz w:val="16"/>
                <w:szCs w:val="16"/>
              </w:rPr>
            </w:pPr>
          </w:p>
        </w:tc>
        <w:tc>
          <w:tcPr>
            <w:tcW w:w="6626" w:type="dxa"/>
            <w:gridSpan w:val="6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" w:type="dxa"/>
              <w:left w:w="2" w:type="dxa"/>
              <w:bottom w:w="1" w:type="dxa"/>
              <w:right w:w="2" w:type="dxa"/>
            </w:tcMar>
          </w:tcPr>
          <w:p w14:paraId="4C5282CF" w14:textId="77777777" w:rsidR="00DB2533" w:rsidRPr="00241FDE" w:rsidRDefault="00DB2533" w:rsidP="006A0118">
            <w:pPr>
              <w:spacing w:before="40" w:after="40"/>
              <w:ind w:left="113"/>
              <w:rPr>
                <w:sz w:val="16"/>
                <w:szCs w:val="16"/>
              </w:rPr>
            </w:pPr>
          </w:p>
        </w:tc>
      </w:tr>
      <w:tr w:rsidR="00DB2533" w:rsidRPr="00241FDE" w14:paraId="58B86AD7" w14:textId="77777777" w:rsidTr="006A6BD8">
        <w:trPr>
          <w:cantSplit/>
          <w:jc w:val="center"/>
        </w:trPr>
        <w:tc>
          <w:tcPr>
            <w:tcW w:w="4354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" w:type="dxa"/>
              <w:left w:w="2" w:type="dxa"/>
              <w:bottom w:w="1" w:type="dxa"/>
              <w:right w:w="2" w:type="dxa"/>
            </w:tcMar>
          </w:tcPr>
          <w:p w14:paraId="3D75694F" w14:textId="77777777" w:rsidR="00DB2533" w:rsidRPr="00241FDE" w:rsidRDefault="00000000" w:rsidP="006A0118">
            <w:pPr>
              <w:spacing w:before="40" w:after="40" w:line="240" w:lineRule="auto"/>
              <w:ind w:left="113"/>
              <w:rPr>
                <w:b/>
                <w:color w:val="0D617E"/>
                <w:sz w:val="16"/>
                <w:szCs w:val="16"/>
              </w:rPr>
            </w:pPr>
            <w:r w:rsidRPr="00241FDE">
              <w:rPr>
                <w:b/>
                <w:color w:val="0D617E"/>
                <w:sz w:val="16"/>
                <w:szCs w:val="16"/>
              </w:rPr>
              <w:t>Identificator în Registrul Național al Construcțiilor (RNC)</w:t>
            </w:r>
          </w:p>
          <w:p w14:paraId="52DA3ACB" w14:textId="77777777" w:rsidR="006A0118" w:rsidRPr="00241FDE" w:rsidRDefault="006A0118" w:rsidP="00AE3D74">
            <w:pPr>
              <w:spacing w:before="40" w:after="120" w:line="240" w:lineRule="auto"/>
              <w:ind w:left="113"/>
              <w:rPr>
                <w:sz w:val="16"/>
                <w:szCs w:val="16"/>
              </w:rPr>
            </w:pPr>
          </w:p>
        </w:tc>
        <w:tc>
          <w:tcPr>
            <w:tcW w:w="6626" w:type="dxa"/>
            <w:gridSpan w:val="6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" w:type="dxa"/>
              <w:left w:w="2" w:type="dxa"/>
              <w:bottom w:w="1" w:type="dxa"/>
              <w:right w:w="2" w:type="dxa"/>
            </w:tcMar>
          </w:tcPr>
          <w:p w14:paraId="190E67FF" w14:textId="77777777" w:rsidR="00DB2533" w:rsidRPr="00241FDE" w:rsidRDefault="00DB2533" w:rsidP="006A0118">
            <w:pPr>
              <w:spacing w:before="40" w:after="40"/>
              <w:ind w:left="113"/>
              <w:rPr>
                <w:sz w:val="16"/>
                <w:szCs w:val="16"/>
              </w:rPr>
            </w:pPr>
          </w:p>
        </w:tc>
      </w:tr>
      <w:tr w:rsidR="00DB2533" w:rsidRPr="00241FDE" w14:paraId="25646F62" w14:textId="77777777" w:rsidTr="006378A3">
        <w:trPr>
          <w:cantSplit/>
          <w:jc w:val="center"/>
        </w:trPr>
        <w:tc>
          <w:tcPr>
            <w:tcW w:w="4354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" w:type="dxa"/>
              <w:left w:w="2" w:type="dxa"/>
              <w:bottom w:w="1" w:type="dxa"/>
              <w:right w:w="2" w:type="dxa"/>
            </w:tcMar>
          </w:tcPr>
          <w:p w14:paraId="4DAF4839" w14:textId="77777777" w:rsidR="00DB2533" w:rsidRPr="00241FDE" w:rsidRDefault="00000000" w:rsidP="006A0118">
            <w:pPr>
              <w:spacing w:before="40" w:after="40" w:line="240" w:lineRule="auto"/>
              <w:ind w:left="113"/>
              <w:rPr>
                <w:b/>
                <w:color w:val="0D617E"/>
                <w:sz w:val="16"/>
                <w:szCs w:val="16"/>
              </w:rPr>
            </w:pPr>
            <w:r w:rsidRPr="00241FDE">
              <w:rPr>
                <w:b/>
                <w:color w:val="0D617E"/>
                <w:sz w:val="16"/>
                <w:szCs w:val="16"/>
              </w:rPr>
              <w:t>Termen de execuție (luni)</w:t>
            </w:r>
          </w:p>
          <w:p w14:paraId="35E7A5B4" w14:textId="77777777" w:rsidR="006A0118" w:rsidRPr="00241FDE" w:rsidRDefault="006A0118" w:rsidP="000C2AE9">
            <w:pPr>
              <w:spacing w:before="40" w:after="120" w:line="240" w:lineRule="auto"/>
              <w:ind w:left="113"/>
              <w:rPr>
                <w:sz w:val="16"/>
                <w:szCs w:val="16"/>
              </w:rPr>
            </w:pPr>
          </w:p>
        </w:tc>
        <w:tc>
          <w:tcPr>
            <w:tcW w:w="3686" w:type="dxa"/>
            <w:gridSpan w:val="4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" w:type="dxa"/>
              <w:left w:w="2" w:type="dxa"/>
              <w:bottom w:w="1" w:type="dxa"/>
              <w:right w:w="2" w:type="dxa"/>
            </w:tcMar>
          </w:tcPr>
          <w:p w14:paraId="7E370AF4" w14:textId="77777777" w:rsidR="00DB2533" w:rsidRPr="00241FDE" w:rsidRDefault="00000000" w:rsidP="006A0118">
            <w:pPr>
              <w:spacing w:before="40" w:after="40" w:line="240" w:lineRule="auto"/>
              <w:ind w:left="113"/>
              <w:rPr>
                <w:b/>
                <w:color w:val="0D617E"/>
                <w:sz w:val="16"/>
                <w:szCs w:val="16"/>
              </w:rPr>
            </w:pPr>
            <w:r w:rsidRPr="00241FDE">
              <w:rPr>
                <w:b/>
                <w:color w:val="0D617E"/>
                <w:sz w:val="16"/>
                <w:szCs w:val="16"/>
              </w:rPr>
              <w:t>Data începerii lucrărilor</w:t>
            </w:r>
          </w:p>
          <w:p w14:paraId="12CCBDF0" w14:textId="77777777" w:rsidR="000C2AE9" w:rsidRPr="00241FDE" w:rsidRDefault="000C2AE9" w:rsidP="000C2AE9">
            <w:pPr>
              <w:spacing w:before="40" w:after="120" w:line="240" w:lineRule="auto"/>
              <w:ind w:left="113"/>
              <w:rPr>
                <w:sz w:val="16"/>
                <w:szCs w:val="16"/>
              </w:rPr>
            </w:pPr>
          </w:p>
        </w:tc>
        <w:tc>
          <w:tcPr>
            <w:tcW w:w="2940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" w:type="dxa"/>
              <w:left w:w="2" w:type="dxa"/>
              <w:bottom w:w="1" w:type="dxa"/>
              <w:right w:w="2" w:type="dxa"/>
            </w:tcMar>
          </w:tcPr>
          <w:p w14:paraId="0ADC4690" w14:textId="77777777" w:rsidR="00DB2533" w:rsidRPr="00241FDE" w:rsidRDefault="00000000" w:rsidP="006A0118">
            <w:pPr>
              <w:spacing w:before="40" w:after="40" w:line="240" w:lineRule="auto"/>
              <w:ind w:left="113"/>
              <w:rPr>
                <w:b/>
                <w:color w:val="0D617E"/>
                <w:sz w:val="16"/>
                <w:szCs w:val="16"/>
              </w:rPr>
            </w:pPr>
            <w:r w:rsidRPr="00241FDE">
              <w:rPr>
                <w:b/>
                <w:color w:val="0D617E"/>
                <w:sz w:val="16"/>
                <w:szCs w:val="16"/>
              </w:rPr>
              <w:t>Data finalizării lucrărilor</w:t>
            </w:r>
          </w:p>
          <w:p w14:paraId="539F67F8" w14:textId="77777777" w:rsidR="000C2AE9" w:rsidRPr="00241FDE" w:rsidRDefault="000C2AE9" w:rsidP="000C2AE9">
            <w:pPr>
              <w:spacing w:before="40" w:after="120" w:line="240" w:lineRule="auto"/>
              <w:ind w:left="113"/>
              <w:rPr>
                <w:sz w:val="16"/>
                <w:szCs w:val="16"/>
              </w:rPr>
            </w:pPr>
          </w:p>
        </w:tc>
      </w:tr>
      <w:tr w:rsidR="00DB2533" w:rsidRPr="00241FDE" w14:paraId="656B8E83" w14:textId="77777777" w:rsidTr="006A6BD8">
        <w:trPr>
          <w:cantSplit/>
          <w:jc w:val="center"/>
        </w:trPr>
        <w:tc>
          <w:tcPr>
            <w:tcW w:w="3645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E7E7E7"/>
            <w:tcMar>
              <w:top w:w="1" w:type="dxa"/>
              <w:left w:w="2" w:type="dxa"/>
              <w:bottom w:w="1" w:type="dxa"/>
              <w:right w:w="2" w:type="dxa"/>
            </w:tcMar>
          </w:tcPr>
          <w:p w14:paraId="1911D7B9" w14:textId="77777777" w:rsidR="00DB2533" w:rsidRPr="00241FDE" w:rsidRDefault="00000000" w:rsidP="000D416D">
            <w:pPr>
              <w:spacing w:before="40" w:after="40" w:line="240" w:lineRule="auto"/>
              <w:ind w:left="113"/>
              <w:rPr>
                <w:sz w:val="16"/>
                <w:szCs w:val="16"/>
              </w:rPr>
            </w:pPr>
            <w:r w:rsidRPr="00241FDE">
              <w:rPr>
                <w:b/>
                <w:sz w:val="16"/>
                <w:szCs w:val="16"/>
              </w:rPr>
              <w:t>2. ECHIPA DE PROIECTARE</w:t>
            </w:r>
          </w:p>
        </w:tc>
        <w:tc>
          <w:tcPr>
            <w:tcW w:w="1833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E7E7E7"/>
            <w:tcMar>
              <w:top w:w="1" w:type="dxa"/>
              <w:left w:w="2" w:type="dxa"/>
              <w:bottom w:w="1" w:type="dxa"/>
              <w:right w:w="2" w:type="dxa"/>
            </w:tcMar>
          </w:tcPr>
          <w:p w14:paraId="5C8D94DE" w14:textId="77777777" w:rsidR="00DB2533" w:rsidRPr="00241FDE" w:rsidRDefault="00000000" w:rsidP="000D416D">
            <w:pPr>
              <w:spacing w:before="40" w:after="120" w:line="240" w:lineRule="auto"/>
              <w:ind w:left="113"/>
              <w:rPr>
                <w:sz w:val="16"/>
                <w:szCs w:val="16"/>
              </w:rPr>
            </w:pPr>
            <w:r w:rsidRPr="00241FDE">
              <w:rPr>
                <w:sz w:val="16"/>
                <w:szCs w:val="16"/>
              </w:rPr>
              <w:t>Proiectant general</w:t>
            </w:r>
            <w:r w:rsidRPr="00241FDE">
              <w:rPr>
                <w:sz w:val="16"/>
                <w:szCs w:val="16"/>
              </w:rPr>
              <w:br/>
              <w:t>/ arhitectură</w:t>
            </w:r>
          </w:p>
        </w:tc>
        <w:tc>
          <w:tcPr>
            <w:tcW w:w="1834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E7E7E7"/>
            <w:tcMar>
              <w:top w:w="1" w:type="dxa"/>
              <w:left w:w="2" w:type="dxa"/>
              <w:bottom w:w="1" w:type="dxa"/>
              <w:right w:w="2" w:type="dxa"/>
            </w:tcMar>
          </w:tcPr>
          <w:p w14:paraId="3E94FF7C" w14:textId="77777777" w:rsidR="00DB2533" w:rsidRPr="00241FDE" w:rsidRDefault="00000000" w:rsidP="000D416D">
            <w:pPr>
              <w:spacing w:before="40" w:after="120" w:line="240" w:lineRule="auto"/>
              <w:ind w:left="113"/>
              <w:rPr>
                <w:sz w:val="16"/>
                <w:szCs w:val="16"/>
              </w:rPr>
            </w:pPr>
            <w:r w:rsidRPr="00241FDE">
              <w:rPr>
                <w:sz w:val="16"/>
                <w:szCs w:val="16"/>
              </w:rPr>
              <w:t>Proiectant de</w:t>
            </w:r>
            <w:r w:rsidRPr="00241FDE">
              <w:rPr>
                <w:sz w:val="16"/>
                <w:szCs w:val="16"/>
              </w:rPr>
              <w:br/>
              <w:t>structură</w:t>
            </w:r>
          </w:p>
        </w:tc>
        <w:tc>
          <w:tcPr>
            <w:tcW w:w="1834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E7E7E7"/>
            <w:tcMar>
              <w:top w:w="1" w:type="dxa"/>
              <w:left w:w="2" w:type="dxa"/>
              <w:bottom w:w="1" w:type="dxa"/>
              <w:right w:w="2" w:type="dxa"/>
            </w:tcMar>
          </w:tcPr>
          <w:p w14:paraId="751A1508" w14:textId="77777777" w:rsidR="00DB2533" w:rsidRPr="00241FDE" w:rsidRDefault="00000000" w:rsidP="000D416D">
            <w:pPr>
              <w:spacing w:before="40" w:after="120" w:line="240" w:lineRule="auto"/>
              <w:ind w:left="113"/>
              <w:rPr>
                <w:sz w:val="16"/>
                <w:szCs w:val="16"/>
              </w:rPr>
            </w:pPr>
            <w:r w:rsidRPr="00241FDE">
              <w:rPr>
                <w:sz w:val="16"/>
                <w:szCs w:val="16"/>
              </w:rPr>
              <w:t>Proiectant de</w:t>
            </w:r>
            <w:r w:rsidRPr="00241FDE">
              <w:rPr>
                <w:sz w:val="16"/>
                <w:szCs w:val="16"/>
              </w:rPr>
              <w:br/>
              <w:t>instalații</w:t>
            </w:r>
          </w:p>
        </w:tc>
        <w:tc>
          <w:tcPr>
            <w:tcW w:w="183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E7E7E7"/>
            <w:tcMar>
              <w:top w:w="1" w:type="dxa"/>
              <w:left w:w="2" w:type="dxa"/>
              <w:bottom w:w="1" w:type="dxa"/>
              <w:right w:w="2" w:type="dxa"/>
            </w:tcMar>
          </w:tcPr>
          <w:p w14:paraId="04A5BDB5" w14:textId="77777777" w:rsidR="00DB2533" w:rsidRPr="00241FDE" w:rsidRDefault="00000000" w:rsidP="000D416D">
            <w:pPr>
              <w:spacing w:before="40" w:after="120" w:line="240" w:lineRule="auto"/>
              <w:ind w:left="113"/>
              <w:rPr>
                <w:sz w:val="16"/>
                <w:szCs w:val="16"/>
              </w:rPr>
            </w:pPr>
            <w:r w:rsidRPr="00241FDE">
              <w:rPr>
                <w:sz w:val="16"/>
                <w:szCs w:val="16"/>
              </w:rPr>
              <w:t>Alți proiectanți /</w:t>
            </w:r>
            <w:r w:rsidRPr="00241FDE">
              <w:rPr>
                <w:sz w:val="16"/>
                <w:szCs w:val="16"/>
              </w:rPr>
              <w:br/>
              <w:t>verificatori atestați</w:t>
            </w:r>
          </w:p>
        </w:tc>
      </w:tr>
      <w:tr w:rsidR="00DB2533" w:rsidRPr="00241FDE" w14:paraId="46B03FB2" w14:textId="77777777" w:rsidTr="006A6BD8">
        <w:trPr>
          <w:cantSplit/>
          <w:jc w:val="center"/>
        </w:trPr>
        <w:tc>
          <w:tcPr>
            <w:tcW w:w="3645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" w:type="dxa"/>
              <w:left w:w="2" w:type="dxa"/>
              <w:bottom w:w="1" w:type="dxa"/>
              <w:right w:w="2" w:type="dxa"/>
            </w:tcMar>
          </w:tcPr>
          <w:p w14:paraId="2F25782D" w14:textId="77777777" w:rsidR="00DB2533" w:rsidRPr="00241FDE" w:rsidRDefault="00000000" w:rsidP="000D416D">
            <w:pPr>
              <w:spacing w:before="40" w:after="40" w:line="240" w:lineRule="auto"/>
              <w:ind w:left="113"/>
              <w:rPr>
                <w:b/>
                <w:color w:val="0D617E"/>
                <w:sz w:val="16"/>
                <w:szCs w:val="16"/>
              </w:rPr>
            </w:pPr>
            <w:r w:rsidRPr="00241FDE">
              <w:rPr>
                <w:b/>
                <w:color w:val="0D617E"/>
                <w:sz w:val="16"/>
                <w:szCs w:val="16"/>
              </w:rPr>
              <w:t>Firma / numele</w:t>
            </w:r>
          </w:p>
          <w:p w14:paraId="6A47158C" w14:textId="77777777" w:rsidR="000D416D" w:rsidRPr="00241FDE" w:rsidRDefault="000D416D" w:rsidP="000D416D">
            <w:pPr>
              <w:spacing w:before="40" w:after="40" w:line="240" w:lineRule="auto"/>
              <w:ind w:left="113"/>
              <w:rPr>
                <w:sz w:val="16"/>
                <w:szCs w:val="16"/>
              </w:rPr>
            </w:pPr>
          </w:p>
        </w:tc>
        <w:tc>
          <w:tcPr>
            <w:tcW w:w="1833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" w:type="dxa"/>
              <w:left w:w="2" w:type="dxa"/>
              <w:bottom w:w="1" w:type="dxa"/>
              <w:right w:w="2" w:type="dxa"/>
            </w:tcMar>
          </w:tcPr>
          <w:p w14:paraId="44129385" w14:textId="77777777" w:rsidR="00DB2533" w:rsidRPr="00241FDE" w:rsidRDefault="00DB2533" w:rsidP="000D416D">
            <w:pPr>
              <w:spacing w:before="40" w:after="40" w:line="240" w:lineRule="auto"/>
              <w:ind w:left="113"/>
              <w:rPr>
                <w:sz w:val="16"/>
                <w:szCs w:val="16"/>
              </w:rPr>
            </w:pPr>
          </w:p>
        </w:tc>
        <w:tc>
          <w:tcPr>
            <w:tcW w:w="1834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" w:type="dxa"/>
              <w:left w:w="2" w:type="dxa"/>
              <w:bottom w:w="1" w:type="dxa"/>
              <w:right w:w="2" w:type="dxa"/>
            </w:tcMar>
          </w:tcPr>
          <w:p w14:paraId="17B2323B" w14:textId="77777777" w:rsidR="00DB2533" w:rsidRPr="00241FDE" w:rsidRDefault="00DB2533" w:rsidP="000D416D">
            <w:pPr>
              <w:spacing w:before="40" w:after="40" w:line="240" w:lineRule="auto"/>
              <w:ind w:left="113"/>
              <w:rPr>
                <w:sz w:val="16"/>
                <w:szCs w:val="16"/>
              </w:rPr>
            </w:pPr>
          </w:p>
        </w:tc>
        <w:tc>
          <w:tcPr>
            <w:tcW w:w="1834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" w:type="dxa"/>
              <w:left w:w="2" w:type="dxa"/>
              <w:bottom w:w="1" w:type="dxa"/>
              <w:right w:w="2" w:type="dxa"/>
            </w:tcMar>
          </w:tcPr>
          <w:p w14:paraId="2A3DBDE7" w14:textId="77777777" w:rsidR="00DB2533" w:rsidRPr="00241FDE" w:rsidRDefault="00DB2533" w:rsidP="000D416D">
            <w:pPr>
              <w:spacing w:before="40" w:after="40" w:line="240" w:lineRule="auto"/>
              <w:ind w:left="113"/>
              <w:rPr>
                <w:sz w:val="16"/>
                <w:szCs w:val="16"/>
              </w:rPr>
            </w:pPr>
          </w:p>
        </w:tc>
        <w:tc>
          <w:tcPr>
            <w:tcW w:w="183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" w:type="dxa"/>
              <w:left w:w="2" w:type="dxa"/>
              <w:bottom w:w="1" w:type="dxa"/>
              <w:right w:w="2" w:type="dxa"/>
            </w:tcMar>
          </w:tcPr>
          <w:p w14:paraId="1DAB10CD" w14:textId="77777777" w:rsidR="00DB2533" w:rsidRPr="00241FDE" w:rsidRDefault="00DB2533" w:rsidP="000D416D">
            <w:pPr>
              <w:spacing w:before="40" w:after="40" w:line="240" w:lineRule="auto"/>
              <w:ind w:left="113"/>
              <w:rPr>
                <w:sz w:val="16"/>
                <w:szCs w:val="16"/>
              </w:rPr>
            </w:pPr>
          </w:p>
        </w:tc>
      </w:tr>
      <w:tr w:rsidR="00DB2533" w:rsidRPr="00241FDE" w14:paraId="089D94CC" w14:textId="77777777" w:rsidTr="006A6BD8">
        <w:trPr>
          <w:cantSplit/>
          <w:jc w:val="center"/>
        </w:trPr>
        <w:tc>
          <w:tcPr>
            <w:tcW w:w="3645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" w:type="dxa"/>
              <w:left w:w="2" w:type="dxa"/>
              <w:bottom w:w="1" w:type="dxa"/>
              <w:right w:w="2" w:type="dxa"/>
            </w:tcMar>
          </w:tcPr>
          <w:p w14:paraId="30D4B25E" w14:textId="77777777" w:rsidR="00DB2533" w:rsidRPr="00241FDE" w:rsidRDefault="00000000" w:rsidP="000D416D">
            <w:pPr>
              <w:spacing w:before="40" w:after="40" w:line="240" w:lineRule="auto"/>
              <w:ind w:left="113"/>
              <w:rPr>
                <w:i/>
                <w:color w:val="8A8A8A"/>
                <w:sz w:val="16"/>
                <w:szCs w:val="16"/>
              </w:rPr>
            </w:pPr>
            <w:r w:rsidRPr="00241FDE">
              <w:rPr>
                <w:b/>
                <w:color w:val="0D617E"/>
                <w:sz w:val="16"/>
                <w:szCs w:val="16"/>
              </w:rPr>
              <w:t>Specialistul</w:t>
            </w:r>
            <w:r w:rsidRPr="00241FDE">
              <w:rPr>
                <w:i/>
                <w:color w:val="8A8A8A"/>
                <w:sz w:val="16"/>
                <w:szCs w:val="16"/>
              </w:rPr>
              <w:br/>
              <w:t>arhitect cu drept de semnătură / inginer atestat /</w:t>
            </w:r>
            <w:r w:rsidRPr="00241FDE">
              <w:rPr>
                <w:i/>
                <w:color w:val="8A8A8A"/>
                <w:sz w:val="16"/>
                <w:szCs w:val="16"/>
              </w:rPr>
              <w:br/>
              <w:t>domeniu-atestat</w:t>
            </w:r>
          </w:p>
          <w:p w14:paraId="7288647B" w14:textId="77777777" w:rsidR="00CD3DA6" w:rsidRPr="00241FDE" w:rsidRDefault="00CD3DA6" w:rsidP="000D416D">
            <w:pPr>
              <w:spacing w:before="40" w:after="40" w:line="240" w:lineRule="auto"/>
              <w:ind w:left="113"/>
              <w:rPr>
                <w:sz w:val="16"/>
                <w:szCs w:val="16"/>
              </w:rPr>
            </w:pPr>
          </w:p>
        </w:tc>
        <w:tc>
          <w:tcPr>
            <w:tcW w:w="1833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" w:type="dxa"/>
              <w:left w:w="2" w:type="dxa"/>
              <w:bottom w:w="1" w:type="dxa"/>
              <w:right w:w="2" w:type="dxa"/>
            </w:tcMar>
          </w:tcPr>
          <w:p w14:paraId="7583B432" w14:textId="77777777" w:rsidR="00DB2533" w:rsidRPr="00241FDE" w:rsidRDefault="00DB2533" w:rsidP="000D416D">
            <w:pPr>
              <w:spacing w:before="40" w:after="40" w:line="240" w:lineRule="auto"/>
              <w:ind w:left="113"/>
              <w:rPr>
                <w:sz w:val="16"/>
                <w:szCs w:val="16"/>
              </w:rPr>
            </w:pPr>
          </w:p>
        </w:tc>
        <w:tc>
          <w:tcPr>
            <w:tcW w:w="1834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" w:type="dxa"/>
              <w:left w:w="2" w:type="dxa"/>
              <w:bottom w:w="1" w:type="dxa"/>
              <w:right w:w="2" w:type="dxa"/>
            </w:tcMar>
          </w:tcPr>
          <w:p w14:paraId="58A4E98F" w14:textId="77777777" w:rsidR="00DB2533" w:rsidRPr="00241FDE" w:rsidRDefault="00DB2533" w:rsidP="000D416D">
            <w:pPr>
              <w:spacing w:before="40" w:after="40" w:line="240" w:lineRule="auto"/>
              <w:ind w:left="113"/>
              <w:rPr>
                <w:sz w:val="16"/>
                <w:szCs w:val="16"/>
              </w:rPr>
            </w:pPr>
          </w:p>
        </w:tc>
        <w:tc>
          <w:tcPr>
            <w:tcW w:w="1834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" w:type="dxa"/>
              <w:left w:w="2" w:type="dxa"/>
              <w:bottom w:w="1" w:type="dxa"/>
              <w:right w:w="2" w:type="dxa"/>
            </w:tcMar>
          </w:tcPr>
          <w:p w14:paraId="49A0F57B" w14:textId="77777777" w:rsidR="00DB2533" w:rsidRPr="00241FDE" w:rsidRDefault="00DB2533" w:rsidP="000D416D">
            <w:pPr>
              <w:spacing w:before="40" w:after="40" w:line="240" w:lineRule="auto"/>
              <w:ind w:left="113"/>
              <w:rPr>
                <w:sz w:val="16"/>
                <w:szCs w:val="16"/>
              </w:rPr>
            </w:pPr>
          </w:p>
        </w:tc>
        <w:tc>
          <w:tcPr>
            <w:tcW w:w="183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" w:type="dxa"/>
              <w:left w:w="2" w:type="dxa"/>
              <w:bottom w:w="1" w:type="dxa"/>
              <w:right w:w="2" w:type="dxa"/>
            </w:tcMar>
          </w:tcPr>
          <w:p w14:paraId="3EF6440E" w14:textId="77777777" w:rsidR="00DB2533" w:rsidRPr="00241FDE" w:rsidRDefault="00DB2533" w:rsidP="000D416D">
            <w:pPr>
              <w:spacing w:before="40" w:after="40" w:line="240" w:lineRule="auto"/>
              <w:ind w:left="113"/>
              <w:rPr>
                <w:sz w:val="16"/>
                <w:szCs w:val="16"/>
              </w:rPr>
            </w:pPr>
          </w:p>
        </w:tc>
      </w:tr>
      <w:tr w:rsidR="00DB2533" w:rsidRPr="00241FDE" w14:paraId="32E913CB" w14:textId="77777777" w:rsidTr="006A6BD8">
        <w:trPr>
          <w:cantSplit/>
          <w:jc w:val="center"/>
        </w:trPr>
        <w:tc>
          <w:tcPr>
            <w:tcW w:w="3645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" w:type="dxa"/>
              <w:left w:w="2" w:type="dxa"/>
              <w:bottom w:w="1" w:type="dxa"/>
              <w:right w:w="2" w:type="dxa"/>
            </w:tcMar>
          </w:tcPr>
          <w:p w14:paraId="1DC5C8C5" w14:textId="77777777" w:rsidR="00DB2533" w:rsidRPr="00241FDE" w:rsidRDefault="00000000" w:rsidP="000D416D">
            <w:pPr>
              <w:spacing w:before="40" w:after="40" w:line="240" w:lineRule="auto"/>
              <w:ind w:left="113"/>
              <w:rPr>
                <w:b/>
                <w:color w:val="0D617E"/>
                <w:sz w:val="16"/>
                <w:szCs w:val="16"/>
              </w:rPr>
            </w:pPr>
            <w:r w:rsidRPr="00241FDE">
              <w:rPr>
                <w:b/>
                <w:color w:val="0D617E"/>
                <w:sz w:val="16"/>
                <w:szCs w:val="16"/>
              </w:rPr>
              <w:t>Telefon · e-mail</w:t>
            </w:r>
          </w:p>
          <w:p w14:paraId="20620312" w14:textId="77777777" w:rsidR="00CD3DA6" w:rsidRPr="00241FDE" w:rsidRDefault="00CD3DA6" w:rsidP="000D416D">
            <w:pPr>
              <w:spacing w:before="40" w:after="40" w:line="240" w:lineRule="auto"/>
              <w:ind w:left="113"/>
              <w:rPr>
                <w:sz w:val="16"/>
                <w:szCs w:val="16"/>
              </w:rPr>
            </w:pPr>
          </w:p>
        </w:tc>
        <w:tc>
          <w:tcPr>
            <w:tcW w:w="1833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" w:type="dxa"/>
              <w:left w:w="2" w:type="dxa"/>
              <w:bottom w:w="1" w:type="dxa"/>
              <w:right w:w="2" w:type="dxa"/>
            </w:tcMar>
          </w:tcPr>
          <w:p w14:paraId="6B1C7C6A" w14:textId="77777777" w:rsidR="00DB2533" w:rsidRPr="00241FDE" w:rsidRDefault="00DB2533" w:rsidP="000D416D">
            <w:pPr>
              <w:spacing w:before="40" w:after="40" w:line="240" w:lineRule="auto"/>
              <w:ind w:left="113"/>
              <w:rPr>
                <w:sz w:val="16"/>
                <w:szCs w:val="16"/>
              </w:rPr>
            </w:pPr>
          </w:p>
        </w:tc>
        <w:tc>
          <w:tcPr>
            <w:tcW w:w="1834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" w:type="dxa"/>
              <w:left w:w="2" w:type="dxa"/>
              <w:bottom w:w="1" w:type="dxa"/>
              <w:right w:w="2" w:type="dxa"/>
            </w:tcMar>
          </w:tcPr>
          <w:p w14:paraId="3EDDD529" w14:textId="77777777" w:rsidR="00DB2533" w:rsidRPr="00241FDE" w:rsidRDefault="00DB2533" w:rsidP="000D416D">
            <w:pPr>
              <w:spacing w:before="40" w:after="40" w:line="240" w:lineRule="auto"/>
              <w:ind w:left="113"/>
              <w:rPr>
                <w:sz w:val="16"/>
                <w:szCs w:val="16"/>
              </w:rPr>
            </w:pPr>
          </w:p>
        </w:tc>
        <w:tc>
          <w:tcPr>
            <w:tcW w:w="1834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" w:type="dxa"/>
              <w:left w:w="2" w:type="dxa"/>
              <w:bottom w:w="1" w:type="dxa"/>
              <w:right w:w="2" w:type="dxa"/>
            </w:tcMar>
          </w:tcPr>
          <w:p w14:paraId="5F475A0A" w14:textId="77777777" w:rsidR="00DB2533" w:rsidRPr="00241FDE" w:rsidRDefault="00DB2533" w:rsidP="000D416D">
            <w:pPr>
              <w:spacing w:before="40" w:after="40" w:line="240" w:lineRule="auto"/>
              <w:ind w:left="113"/>
              <w:rPr>
                <w:sz w:val="16"/>
                <w:szCs w:val="16"/>
              </w:rPr>
            </w:pPr>
          </w:p>
        </w:tc>
        <w:tc>
          <w:tcPr>
            <w:tcW w:w="183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" w:type="dxa"/>
              <w:left w:w="2" w:type="dxa"/>
              <w:bottom w:w="1" w:type="dxa"/>
              <w:right w:w="2" w:type="dxa"/>
            </w:tcMar>
          </w:tcPr>
          <w:p w14:paraId="4F560ACC" w14:textId="77777777" w:rsidR="00DB2533" w:rsidRPr="00241FDE" w:rsidRDefault="00DB2533" w:rsidP="000D416D">
            <w:pPr>
              <w:spacing w:before="40" w:after="40" w:line="240" w:lineRule="auto"/>
              <w:ind w:left="113"/>
              <w:rPr>
                <w:sz w:val="16"/>
                <w:szCs w:val="16"/>
              </w:rPr>
            </w:pPr>
          </w:p>
        </w:tc>
      </w:tr>
      <w:tr w:rsidR="006A6BD8" w:rsidRPr="00241FDE" w14:paraId="7A1715DD" w14:textId="77777777" w:rsidTr="001C7E13">
        <w:trPr>
          <w:cantSplit/>
          <w:jc w:val="center"/>
        </w:trPr>
        <w:tc>
          <w:tcPr>
            <w:tcW w:w="293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E7E7E7"/>
            <w:tcMar>
              <w:top w:w="1" w:type="dxa"/>
              <w:left w:w="2" w:type="dxa"/>
              <w:bottom w:w="1" w:type="dxa"/>
              <w:right w:w="2" w:type="dxa"/>
            </w:tcMar>
          </w:tcPr>
          <w:p w14:paraId="56B35BD3" w14:textId="77777777" w:rsidR="006A6BD8" w:rsidRPr="00241FDE" w:rsidRDefault="006A6BD8" w:rsidP="000D416D">
            <w:pPr>
              <w:spacing w:before="40" w:after="40" w:line="240" w:lineRule="auto"/>
              <w:ind w:left="113"/>
              <w:rPr>
                <w:sz w:val="16"/>
                <w:szCs w:val="16"/>
              </w:rPr>
            </w:pPr>
            <w:r w:rsidRPr="00241FDE">
              <w:rPr>
                <w:b/>
                <w:sz w:val="16"/>
                <w:szCs w:val="16"/>
              </w:rPr>
              <w:t>3. EXECUTANTUL</w:t>
            </w:r>
          </w:p>
        </w:tc>
        <w:tc>
          <w:tcPr>
            <w:tcW w:w="3402" w:type="dxa"/>
            <w:gridSpan w:val="4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E7E7E7"/>
          </w:tcPr>
          <w:p w14:paraId="1EDE2B24" w14:textId="77777777" w:rsidR="006A6BD8" w:rsidRPr="00241FDE" w:rsidRDefault="006A6BD8" w:rsidP="000D416D">
            <w:pPr>
              <w:spacing w:before="40" w:after="40" w:line="240" w:lineRule="auto"/>
              <w:ind w:left="113"/>
              <w:rPr>
                <w:sz w:val="16"/>
                <w:szCs w:val="16"/>
              </w:rPr>
            </w:pPr>
            <w:r w:rsidRPr="00241FDE">
              <w:rPr>
                <w:sz w:val="16"/>
                <w:szCs w:val="16"/>
              </w:rPr>
              <w:t>Constructor — antreprenor general /</w:t>
            </w:r>
            <w:r w:rsidRPr="00241FDE">
              <w:rPr>
                <w:sz w:val="16"/>
                <w:szCs w:val="16"/>
              </w:rPr>
              <w:br/>
              <w:t>executant</w:t>
            </w:r>
          </w:p>
        </w:tc>
        <w:tc>
          <w:tcPr>
            <w:tcW w:w="4641" w:type="dxa"/>
            <w:gridSpan w:val="4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E7E7E7"/>
            <w:tcMar>
              <w:top w:w="1" w:type="dxa"/>
              <w:left w:w="2" w:type="dxa"/>
              <w:bottom w:w="1" w:type="dxa"/>
              <w:right w:w="2" w:type="dxa"/>
            </w:tcMar>
          </w:tcPr>
          <w:p w14:paraId="4C29C929" w14:textId="77777777" w:rsidR="006A6BD8" w:rsidRPr="00241FDE" w:rsidRDefault="006A6BD8" w:rsidP="000D416D">
            <w:pPr>
              <w:spacing w:before="40" w:after="40" w:line="240" w:lineRule="auto"/>
              <w:ind w:left="113"/>
              <w:rPr>
                <w:sz w:val="16"/>
                <w:szCs w:val="16"/>
              </w:rPr>
            </w:pPr>
            <w:r w:rsidRPr="00241FDE">
              <w:rPr>
                <w:sz w:val="16"/>
                <w:szCs w:val="16"/>
              </w:rPr>
              <w:t>Diriginte de șantier / responsabil tehnic cu execuția</w:t>
            </w:r>
            <w:r w:rsidRPr="00241FDE">
              <w:rPr>
                <w:sz w:val="16"/>
                <w:szCs w:val="16"/>
              </w:rPr>
              <w:br/>
              <w:t>(RTE)</w:t>
            </w:r>
          </w:p>
        </w:tc>
      </w:tr>
      <w:tr w:rsidR="006A6BD8" w:rsidRPr="00241FDE" w14:paraId="492A967B" w14:textId="77777777" w:rsidTr="001C7E13">
        <w:trPr>
          <w:cantSplit/>
          <w:jc w:val="center"/>
        </w:trPr>
        <w:tc>
          <w:tcPr>
            <w:tcW w:w="293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" w:type="dxa"/>
              <w:left w:w="2" w:type="dxa"/>
              <w:bottom w:w="1" w:type="dxa"/>
              <w:right w:w="2" w:type="dxa"/>
            </w:tcMar>
          </w:tcPr>
          <w:p w14:paraId="79E3A519" w14:textId="77777777" w:rsidR="006A6BD8" w:rsidRPr="00241FDE" w:rsidRDefault="006A6BD8" w:rsidP="000D416D">
            <w:pPr>
              <w:spacing w:before="40" w:after="40" w:line="240" w:lineRule="auto"/>
              <w:ind w:left="113"/>
              <w:rPr>
                <w:b/>
                <w:color w:val="0D617E"/>
                <w:sz w:val="16"/>
                <w:szCs w:val="16"/>
              </w:rPr>
            </w:pPr>
            <w:r w:rsidRPr="00241FDE">
              <w:rPr>
                <w:b/>
                <w:color w:val="0D617E"/>
                <w:sz w:val="16"/>
                <w:szCs w:val="16"/>
              </w:rPr>
              <w:t>Firma / numele și prenumele</w:t>
            </w:r>
          </w:p>
          <w:p w14:paraId="0953EF55" w14:textId="77777777" w:rsidR="00B01406" w:rsidRPr="00241FDE" w:rsidRDefault="00B01406" w:rsidP="000D416D">
            <w:pPr>
              <w:spacing w:before="40" w:after="40" w:line="240" w:lineRule="auto"/>
              <w:ind w:left="113"/>
              <w:rPr>
                <w:b/>
                <w:color w:val="0D617E"/>
                <w:sz w:val="16"/>
                <w:szCs w:val="16"/>
              </w:rPr>
            </w:pPr>
          </w:p>
        </w:tc>
        <w:tc>
          <w:tcPr>
            <w:tcW w:w="3402" w:type="dxa"/>
            <w:gridSpan w:val="4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37C6106" w14:textId="77777777" w:rsidR="006A6BD8" w:rsidRPr="00241FDE" w:rsidRDefault="006A6BD8" w:rsidP="000D416D">
            <w:pPr>
              <w:spacing w:before="40" w:after="40" w:line="240" w:lineRule="auto"/>
              <w:ind w:left="113"/>
              <w:rPr>
                <w:sz w:val="16"/>
                <w:szCs w:val="16"/>
              </w:rPr>
            </w:pPr>
          </w:p>
        </w:tc>
        <w:tc>
          <w:tcPr>
            <w:tcW w:w="4641" w:type="dxa"/>
            <w:gridSpan w:val="4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" w:type="dxa"/>
              <w:left w:w="2" w:type="dxa"/>
              <w:bottom w:w="1" w:type="dxa"/>
              <w:right w:w="2" w:type="dxa"/>
            </w:tcMar>
          </w:tcPr>
          <w:p w14:paraId="35A2FF58" w14:textId="77777777" w:rsidR="006A6BD8" w:rsidRPr="00241FDE" w:rsidRDefault="006A6BD8" w:rsidP="000D416D">
            <w:pPr>
              <w:spacing w:before="40" w:after="40" w:line="240" w:lineRule="auto"/>
              <w:ind w:left="113"/>
              <w:rPr>
                <w:sz w:val="16"/>
                <w:szCs w:val="16"/>
              </w:rPr>
            </w:pPr>
          </w:p>
        </w:tc>
      </w:tr>
      <w:tr w:rsidR="006A6BD8" w:rsidRPr="00241FDE" w14:paraId="39D80FBD" w14:textId="77777777" w:rsidTr="001C7E13">
        <w:trPr>
          <w:cantSplit/>
          <w:jc w:val="center"/>
        </w:trPr>
        <w:tc>
          <w:tcPr>
            <w:tcW w:w="293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" w:type="dxa"/>
              <w:left w:w="2" w:type="dxa"/>
              <w:bottom w:w="1" w:type="dxa"/>
              <w:right w:w="2" w:type="dxa"/>
            </w:tcMar>
          </w:tcPr>
          <w:p w14:paraId="4AE12007" w14:textId="77777777" w:rsidR="006A6BD8" w:rsidRPr="00241FDE" w:rsidRDefault="006A6BD8" w:rsidP="000D416D">
            <w:pPr>
              <w:spacing w:before="40" w:after="40" w:line="240" w:lineRule="auto"/>
              <w:ind w:left="113"/>
              <w:rPr>
                <w:b/>
                <w:color w:val="0D617E"/>
                <w:sz w:val="16"/>
                <w:szCs w:val="16"/>
              </w:rPr>
            </w:pPr>
            <w:r w:rsidRPr="00241FDE">
              <w:rPr>
                <w:b/>
                <w:color w:val="0D617E"/>
                <w:sz w:val="16"/>
                <w:szCs w:val="16"/>
              </w:rPr>
              <w:t>Adresa</w:t>
            </w:r>
          </w:p>
          <w:p w14:paraId="6DDC1739" w14:textId="77777777" w:rsidR="00B01406" w:rsidRPr="00241FDE" w:rsidRDefault="00B01406" w:rsidP="000D416D">
            <w:pPr>
              <w:spacing w:before="40" w:after="40" w:line="240" w:lineRule="auto"/>
              <w:ind w:left="113"/>
              <w:rPr>
                <w:b/>
                <w:color w:val="0D617E"/>
                <w:sz w:val="16"/>
                <w:szCs w:val="16"/>
              </w:rPr>
            </w:pPr>
          </w:p>
        </w:tc>
        <w:tc>
          <w:tcPr>
            <w:tcW w:w="3402" w:type="dxa"/>
            <w:gridSpan w:val="4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564CAFB" w14:textId="77777777" w:rsidR="006A6BD8" w:rsidRPr="00241FDE" w:rsidRDefault="006A6BD8" w:rsidP="000D416D">
            <w:pPr>
              <w:spacing w:before="40" w:after="40" w:line="240" w:lineRule="auto"/>
              <w:ind w:left="113"/>
              <w:rPr>
                <w:sz w:val="16"/>
                <w:szCs w:val="16"/>
              </w:rPr>
            </w:pPr>
          </w:p>
        </w:tc>
        <w:tc>
          <w:tcPr>
            <w:tcW w:w="4641" w:type="dxa"/>
            <w:gridSpan w:val="4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" w:type="dxa"/>
              <w:left w:w="2" w:type="dxa"/>
              <w:bottom w:w="1" w:type="dxa"/>
              <w:right w:w="2" w:type="dxa"/>
            </w:tcMar>
          </w:tcPr>
          <w:p w14:paraId="66CBF738" w14:textId="77777777" w:rsidR="006A6BD8" w:rsidRPr="00241FDE" w:rsidRDefault="006A6BD8" w:rsidP="000D416D">
            <w:pPr>
              <w:spacing w:before="40" w:after="40" w:line="240" w:lineRule="auto"/>
              <w:ind w:left="113"/>
              <w:rPr>
                <w:sz w:val="16"/>
                <w:szCs w:val="16"/>
              </w:rPr>
            </w:pPr>
          </w:p>
        </w:tc>
      </w:tr>
      <w:tr w:rsidR="006A6BD8" w:rsidRPr="00241FDE" w14:paraId="2F65E123" w14:textId="77777777" w:rsidTr="001C7E13">
        <w:trPr>
          <w:cantSplit/>
          <w:jc w:val="center"/>
        </w:trPr>
        <w:tc>
          <w:tcPr>
            <w:tcW w:w="293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" w:type="dxa"/>
              <w:left w:w="2" w:type="dxa"/>
              <w:bottom w:w="1" w:type="dxa"/>
              <w:right w:w="2" w:type="dxa"/>
            </w:tcMar>
          </w:tcPr>
          <w:p w14:paraId="61742F54" w14:textId="77777777" w:rsidR="006A6BD8" w:rsidRPr="00241FDE" w:rsidRDefault="006A6BD8" w:rsidP="000D416D">
            <w:pPr>
              <w:spacing w:before="40" w:after="40" w:line="240" w:lineRule="auto"/>
              <w:ind w:left="113"/>
              <w:rPr>
                <w:b/>
                <w:color w:val="0D617E"/>
                <w:sz w:val="16"/>
                <w:szCs w:val="16"/>
              </w:rPr>
            </w:pPr>
            <w:r w:rsidRPr="00241FDE">
              <w:rPr>
                <w:b/>
                <w:color w:val="0D617E"/>
                <w:sz w:val="16"/>
                <w:szCs w:val="16"/>
              </w:rPr>
              <w:t>Autorizația / Atestatul nr.</w:t>
            </w:r>
          </w:p>
          <w:p w14:paraId="083FAEA9" w14:textId="77777777" w:rsidR="00B01406" w:rsidRPr="00241FDE" w:rsidRDefault="00B01406" w:rsidP="000D416D">
            <w:pPr>
              <w:spacing w:before="40" w:after="40" w:line="240" w:lineRule="auto"/>
              <w:ind w:left="113"/>
              <w:rPr>
                <w:b/>
                <w:color w:val="0D617E"/>
                <w:sz w:val="16"/>
                <w:szCs w:val="16"/>
              </w:rPr>
            </w:pPr>
          </w:p>
        </w:tc>
        <w:tc>
          <w:tcPr>
            <w:tcW w:w="3402" w:type="dxa"/>
            <w:gridSpan w:val="4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313A66DE" w14:textId="77777777" w:rsidR="006A6BD8" w:rsidRPr="00241FDE" w:rsidRDefault="006A6BD8" w:rsidP="000D416D">
            <w:pPr>
              <w:spacing w:before="40" w:after="40" w:line="240" w:lineRule="auto"/>
              <w:ind w:left="113"/>
              <w:rPr>
                <w:sz w:val="16"/>
                <w:szCs w:val="16"/>
              </w:rPr>
            </w:pPr>
          </w:p>
        </w:tc>
        <w:tc>
          <w:tcPr>
            <w:tcW w:w="4641" w:type="dxa"/>
            <w:gridSpan w:val="4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" w:type="dxa"/>
              <w:left w:w="2" w:type="dxa"/>
              <w:bottom w:w="1" w:type="dxa"/>
              <w:right w:w="2" w:type="dxa"/>
            </w:tcMar>
          </w:tcPr>
          <w:p w14:paraId="28891E8D" w14:textId="77777777" w:rsidR="006A6BD8" w:rsidRPr="00241FDE" w:rsidRDefault="006A6BD8" w:rsidP="000D416D">
            <w:pPr>
              <w:spacing w:before="40" w:after="40" w:line="240" w:lineRule="auto"/>
              <w:ind w:left="113"/>
              <w:rPr>
                <w:sz w:val="16"/>
                <w:szCs w:val="16"/>
              </w:rPr>
            </w:pPr>
          </w:p>
        </w:tc>
      </w:tr>
      <w:tr w:rsidR="006A6BD8" w:rsidRPr="00241FDE" w14:paraId="00B513F3" w14:textId="77777777" w:rsidTr="001C7E13">
        <w:trPr>
          <w:cantSplit/>
          <w:jc w:val="center"/>
        </w:trPr>
        <w:tc>
          <w:tcPr>
            <w:tcW w:w="293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" w:type="dxa"/>
              <w:left w:w="2" w:type="dxa"/>
              <w:bottom w:w="1" w:type="dxa"/>
              <w:right w:w="2" w:type="dxa"/>
            </w:tcMar>
          </w:tcPr>
          <w:p w14:paraId="1881CD9A" w14:textId="77777777" w:rsidR="006A6BD8" w:rsidRPr="00241FDE" w:rsidRDefault="006A6BD8" w:rsidP="000D416D">
            <w:pPr>
              <w:spacing w:before="40" w:after="40" w:line="240" w:lineRule="auto"/>
              <w:ind w:left="113"/>
              <w:rPr>
                <w:b/>
                <w:color w:val="0D617E"/>
                <w:sz w:val="16"/>
                <w:szCs w:val="16"/>
              </w:rPr>
            </w:pPr>
            <w:r w:rsidRPr="00241FDE">
              <w:rPr>
                <w:b/>
                <w:color w:val="0D617E"/>
                <w:sz w:val="16"/>
                <w:szCs w:val="16"/>
              </w:rPr>
              <w:t>Telefon · e-mail</w:t>
            </w:r>
          </w:p>
          <w:p w14:paraId="7BB3A688" w14:textId="77777777" w:rsidR="00B01406" w:rsidRPr="00241FDE" w:rsidRDefault="00B01406" w:rsidP="000D416D">
            <w:pPr>
              <w:spacing w:before="40" w:after="40" w:line="240" w:lineRule="auto"/>
              <w:ind w:left="113"/>
              <w:rPr>
                <w:b/>
                <w:color w:val="0D617E"/>
                <w:sz w:val="16"/>
                <w:szCs w:val="16"/>
              </w:rPr>
            </w:pPr>
          </w:p>
        </w:tc>
        <w:tc>
          <w:tcPr>
            <w:tcW w:w="3402" w:type="dxa"/>
            <w:gridSpan w:val="4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D317C53" w14:textId="77777777" w:rsidR="006A6BD8" w:rsidRPr="00241FDE" w:rsidRDefault="006A6BD8" w:rsidP="000D416D">
            <w:pPr>
              <w:spacing w:before="40" w:after="40" w:line="240" w:lineRule="auto"/>
              <w:ind w:left="113"/>
              <w:rPr>
                <w:sz w:val="16"/>
                <w:szCs w:val="16"/>
              </w:rPr>
            </w:pPr>
          </w:p>
        </w:tc>
        <w:tc>
          <w:tcPr>
            <w:tcW w:w="4641" w:type="dxa"/>
            <w:gridSpan w:val="4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" w:type="dxa"/>
              <w:left w:w="2" w:type="dxa"/>
              <w:bottom w:w="1" w:type="dxa"/>
              <w:right w:w="2" w:type="dxa"/>
            </w:tcMar>
          </w:tcPr>
          <w:p w14:paraId="1E7B7145" w14:textId="77777777" w:rsidR="006A6BD8" w:rsidRPr="00241FDE" w:rsidRDefault="006A6BD8" w:rsidP="000D416D">
            <w:pPr>
              <w:spacing w:before="40" w:after="40" w:line="240" w:lineRule="auto"/>
              <w:ind w:left="113"/>
              <w:rPr>
                <w:sz w:val="16"/>
                <w:szCs w:val="16"/>
              </w:rPr>
            </w:pPr>
          </w:p>
        </w:tc>
      </w:tr>
    </w:tbl>
    <w:p w14:paraId="3DCB0760" w14:textId="77777777" w:rsidR="00DB2533" w:rsidRDefault="00000000">
      <w:pPr>
        <w:spacing w:after="0" w:line="240" w:lineRule="auto"/>
        <w:rPr>
          <w:sz w:val="16"/>
          <w:szCs w:val="16"/>
        </w:rPr>
      </w:pPr>
      <w:r w:rsidRPr="002C0638">
        <w:rPr>
          <w:sz w:val="16"/>
          <w:szCs w:val="16"/>
        </w:rPr>
        <w:t> </w:t>
      </w:r>
    </w:p>
    <w:p w14:paraId="10283BC7" w14:textId="77777777" w:rsidR="00E54D57" w:rsidRDefault="00E54D57">
      <w:pPr>
        <w:spacing w:after="0" w:line="240" w:lineRule="auto"/>
        <w:rPr>
          <w:sz w:val="16"/>
          <w:szCs w:val="16"/>
        </w:rPr>
      </w:pPr>
    </w:p>
    <w:p w14:paraId="32FE4A0A" w14:textId="77777777" w:rsidR="00E54D57" w:rsidRDefault="00E54D57">
      <w:pPr>
        <w:spacing w:after="0" w:line="240" w:lineRule="auto"/>
        <w:rPr>
          <w:sz w:val="16"/>
          <w:szCs w:val="16"/>
        </w:rPr>
      </w:pPr>
    </w:p>
    <w:p w14:paraId="0B20764A" w14:textId="77777777" w:rsidR="00E54D57" w:rsidRDefault="00E54D57">
      <w:pPr>
        <w:spacing w:after="0" w:line="240" w:lineRule="auto"/>
        <w:rPr>
          <w:sz w:val="16"/>
          <w:szCs w:val="16"/>
        </w:rPr>
      </w:pPr>
    </w:p>
    <w:p w14:paraId="3A274E25" w14:textId="77777777" w:rsidR="00E54D57" w:rsidRPr="002C0638" w:rsidRDefault="00E54D57">
      <w:pPr>
        <w:spacing w:after="0" w:line="240" w:lineRule="auto"/>
        <w:rPr>
          <w:sz w:val="16"/>
          <w:szCs w:val="16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991"/>
      </w:tblGrid>
      <w:tr w:rsidR="00DB2533" w:rsidRPr="00241FDE" w14:paraId="215D4B0C" w14:textId="77777777" w:rsidTr="00CD3DA6">
        <w:trPr>
          <w:cantSplit/>
          <w:jc w:val="center"/>
        </w:trPr>
        <w:tc>
          <w:tcPr>
            <w:tcW w:w="1099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E7E7E7"/>
            <w:tcMar>
              <w:top w:w="1" w:type="dxa"/>
              <w:left w:w="2" w:type="dxa"/>
              <w:bottom w:w="1" w:type="dxa"/>
              <w:right w:w="2" w:type="dxa"/>
            </w:tcMar>
            <w:vAlign w:val="center"/>
          </w:tcPr>
          <w:p w14:paraId="30E6CD43" w14:textId="0387379A" w:rsidR="00DB2533" w:rsidRPr="00241FDE" w:rsidRDefault="00241FDE" w:rsidP="00CD3DA6">
            <w:pPr>
              <w:spacing w:before="40" w:after="40" w:line="240" w:lineRule="auto"/>
              <w:ind w:left="113"/>
              <w:rPr>
                <w:sz w:val="16"/>
                <w:szCs w:val="16"/>
              </w:rPr>
            </w:pPr>
            <w:r w:rsidRPr="00241FDE">
              <w:rPr>
                <w:b/>
                <w:sz w:val="16"/>
                <w:szCs w:val="16"/>
              </w:rPr>
              <w:t>PRECIZĂRI</w:t>
            </w:r>
            <w:r w:rsidR="00000000" w:rsidRPr="00241FDE">
              <w:rPr>
                <w:b/>
                <w:sz w:val="16"/>
                <w:szCs w:val="16"/>
              </w:rPr>
              <w:t xml:space="preserve"> PRIVIND PANOUL DE </w:t>
            </w:r>
            <w:r w:rsidRPr="00241FDE">
              <w:rPr>
                <w:b/>
                <w:sz w:val="16"/>
                <w:szCs w:val="16"/>
              </w:rPr>
              <w:t>IDENTIFICARE</w:t>
            </w:r>
            <w:r w:rsidR="00000000" w:rsidRPr="00241FDE">
              <w:rPr>
                <w:b/>
                <w:sz w:val="16"/>
                <w:szCs w:val="16"/>
              </w:rPr>
              <w:t xml:space="preserve"> A IN</w:t>
            </w:r>
            <w:r w:rsidR="00CD3DA6" w:rsidRPr="00241FDE">
              <w:rPr>
                <w:b/>
                <w:sz w:val="16"/>
                <w:szCs w:val="16"/>
              </w:rPr>
              <w:t>VE</w:t>
            </w:r>
            <w:r w:rsidR="00000000" w:rsidRPr="00241FDE">
              <w:rPr>
                <w:b/>
                <w:sz w:val="16"/>
                <w:szCs w:val="16"/>
              </w:rPr>
              <w:t>STIȚIEI</w:t>
            </w:r>
          </w:p>
        </w:tc>
      </w:tr>
      <w:tr w:rsidR="00DB2533" w:rsidRPr="00241FDE" w14:paraId="22AF9274" w14:textId="77777777" w:rsidTr="00CD3DA6">
        <w:trPr>
          <w:cantSplit/>
          <w:jc w:val="center"/>
        </w:trPr>
        <w:tc>
          <w:tcPr>
            <w:tcW w:w="1099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" w:type="dxa"/>
              <w:left w:w="2" w:type="dxa"/>
              <w:bottom w:w="1" w:type="dxa"/>
              <w:right w:w="2" w:type="dxa"/>
            </w:tcMar>
          </w:tcPr>
          <w:p w14:paraId="714F994D" w14:textId="77777777" w:rsidR="00BA0376" w:rsidRDefault="00000000" w:rsidP="00D50FCF">
            <w:pPr>
              <w:spacing w:before="40" w:after="40" w:line="264" w:lineRule="auto"/>
              <w:ind w:left="113"/>
              <w:rPr>
                <w:sz w:val="16"/>
                <w:szCs w:val="16"/>
              </w:rPr>
            </w:pPr>
            <w:r w:rsidRPr="00241FDE">
              <w:rPr>
                <w:sz w:val="16"/>
                <w:szCs w:val="16"/>
              </w:rPr>
              <w:t>1. Prezentul panou se confecționează din materiale rezistente la intemperii, la dimensiunea minimă de 60 × 90 cm, cu înălțimea literelor de minimum 5 cm</w:t>
            </w:r>
            <w:r w:rsidRPr="00241FDE">
              <w:rPr>
                <w:sz w:val="16"/>
                <w:szCs w:val="16"/>
              </w:rPr>
              <w:br/>
              <w:t>pentru titlu.</w:t>
            </w:r>
          </w:p>
          <w:p w14:paraId="1314DEAF" w14:textId="0B34528D" w:rsidR="00DB2533" w:rsidRPr="00241FDE" w:rsidRDefault="00000000" w:rsidP="00D50FCF">
            <w:pPr>
              <w:spacing w:before="40" w:after="40" w:line="264" w:lineRule="auto"/>
              <w:ind w:left="113"/>
              <w:rPr>
                <w:sz w:val="16"/>
                <w:szCs w:val="16"/>
              </w:rPr>
            </w:pPr>
            <w:r w:rsidRPr="00241FDE">
              <w:rPr>
                <w:sz w:val="16"/>
                <w:szCs w:val="16"/>
              </w:rPr>
              <w:t>2. Panoul se amplasează obligatoriu la loc vizibil de la drumul public, pe toată durata de execuție a lucrărilor (conform art. 298 alin. (5) din Legea</w:t>
            </w:r>
            <w:r w:rsidRPr="00241FDE">
              <w:rPr>
                <w:sz w:val="16"/>
                <w:szCs w:val="16"/>
              </w:rPr>
              <w:br/>
              <w:t>nr.169/2026 privind Codul amenajării teritoriului, urbanismului și construcțiilor).</w:t>
            </w:r>
          </w:p>
        </w:tc>
      </w:tr>
    </w:tbl>
    <w:p w14:paraId="44922C6E" w14:textId="77777777" w:rsidR="0067076D" w:rsidRPr="00241FDE" w:rsidRDefault="0067076D"/>
    <w:sectPr w:rsidR="0067076D" w:rsidRPr="00241FDE" w:rsidSect="00034616">
      <w:footerReference w:type="default" r:id="rId8"/>
      <w:pgSz w:w="11906" w:h="16838"/>
      <w:pgMar w:top="1066" w:right="1378" w:bottom="652" w:left="1168" w:header="283" w:footer="31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CE1246" w14:textId="77777777" w:rsidR="0067076D" w:rsidRPr="00241FDE" w:rsidRDefault="0067076D">
      <w:pPr>
        <w:spacing w:after="0" w:line="240" w:lineRule="auto"/>
      </w:pPr>
      <w:r w:rsidRPr="00241FDE">
        <w:separator/>
      </w:r>
    </w:p>
  </w:endnote>
  <w:endnote w:type="continuationSeparator" w:id="0">
    <w:p w14:paraId="7BDC4B6D" w14:textId="77777777" w:rsidR="0067076D" w:rsidRPr="00241FDE" w:rsidRDefault="0067076D">
      <w:pPr>
        <w:spacing w:after="0" w:line="240" w:lineRule="auto"/>
      </w:pPr>
      <w:r w:rsidRPr="00241FD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D26827" w14:textId="77777777" w:rsidR="00DB2533" w:rsidRPr="00241FDE" w:rsidRDefault="00000000">
    <w:pPr>
      <w:pStyle w:val="Footer"/>
      <w:tabs>
        <w:tab w:val="clear" w:pos="4680"/>
        <w:tab w:val="left" w:pos="4677"/>
      </w:tabs>
      <w:ind w:left="100"/>
      <w:rPr>
        <w:sz w:val="16"/>
        <w:szCs w:val="16"/>
      </w:rPr>
    </w:pPr>
    <w:r w:rsidRPr="00241FDE">
      <w:rPr>
        <w:color w:val="555555"/>
        <w:sz w:val="16"/>
        <w:szCs w:val="16"/>
      </w:rPr>
      <w:t>F_02 · versiunea 1.0</w:t>
    </w:r>
    <w:r w:rsidRPr="00241FDE">
      <w:rPr>
        <w:sz w:val="16"/>
        <w:szCs w:val="16"/>
      </w:rPr>
      <w:tab/>
    </w:r>
    <w:r w:rsidRPr="00241FDE">
      <w:rPr>
        <w:color w:val="555555"/>
        <w:sz w:val="16"/>
        <w:szCs w:val="16"/>
      </w:rPr>
      <w:t>pagina 1 din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CA69DD" w14:textId="77777777" w:rsidR="0067076D" w:rsidRPr="00241FDE" w:rsidRDefault="0067076D">
      <w:pPr>
        <w:spacing w:after="0" w:line="240" w:lineRule="auto"/>
      </w:pPr>
      <w:r w:rsidRPr="00241FDE">
        <w:separator/>
      </w:r>
    </w:p>
  </w:footnote>
  <w:footnote w:type="continuationSeparator" w:id="0">
    <w:p w14:paraId="2DE17605" w14:textId="77777777" w:rsidR="0067076D" w:rsidRPr="00241FDE" w:rsidRDefault="0067076D">
      <w:pPr>
        <w:spacing w:after="0" w:line="240" w:lineRule="auto"/>
      </w:pPr>
      <w:r w:rsidRPr="00241FDE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134442252">
    <w:abstractNumId w:val="8"/>
  </w:num>
  <w:num w:numId="2" w16cid:durableId="1737825440">
    <w:abstractNumId w:val="6"/>
  </w:num>
  <w:num w:numId="3" w16cid:durableId="596062561">
    <w:abstractNumId w:val="5"/>
  </w:num>
  <w:num w:numId="4" w16cid:durableId="952175903">
    <w:abstractNumId w:val="4"/>
  </w:num>
  <w:num w:numId="5" w16cid:durableId="714157398">
    <w:abstractNumId w:val="7"/>
  </w:num>
  <w:num w:numId="6" w16cid:durableId="1963539339">
    <w:abstractNumId w:val="3"/>
  </w:num>
  <w:num w:numId="7" w16cid:durableId="473571923">
    <w:abstractNumId w:val="2"/>
  </w:num>
  <w:num w:numId="8" w16cid:durableId="1564178075">
    <w:abstractNumId w:val="1"/>
  </w:num>
  <w:num w:numId="9" w16cid:durableId="13416668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5133C"/>
    <w:rsid w:val="0006063C"/>
    <w:rsid w:val="000C2AE9"/>
    <w:rsid w:val="000D416D"/>
    <w:rsid w:val="0015074B"/>
    <w:rsid w:val="00182668"/>
    <w:rsid w:val="001C7E13"/>
    <w:rsid w:val="00241FDE"/>
    <w:rsid w:val="0029639D"/>
    <w:rsid w:val="002C0638"/>
    <w:rsid w:val="002E28A5"/>
    <w:rsid w:val="00326F90"/>
    <w:rsid w:val="00364DA8"/>
    <w:rsid w:val="003E1FDD"/>
    <w:rsid w:val="0048456E"/>
    <w:rsid w:val="00514735"/>
    <w:rsid w:val="00557D39"/>
    <w:rsid w:val="006231A3"/>
    <w:rsid w:val="006378A3"/>
    <w:rsid w:val="0067076D"/>
    <w:rsid w:val="006A0118"/>
    <w:rsid w:val="006A6BD8"/>
    <w:rsid w:val="00AA1D8D"/>
    <w:rsid w:val="00AC77DF"/>
    <w:rsid w:val="00AE3D74"/>
    <w:rsid w:val="00B01406"/>
    <w:rsid w:val="00B47730"/>
    <w:rsid w:val="00BA0376"/>
    <w:rsid w:val="00CB0664"/>
    <w:rsid w:val="00CB53B7"/>
    <w:rsid w:val="00CD3DA6"/>
    <w:rsid w:val="00D50FCF"/>
    <w:rsid w:val="00DB2533"/>
    <w:rsid w:val="00E54D57"/>
    <w:rsid w:val="00FC693F"/>
    <w:rsid w:val="00FE6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12A7AE"/>
  <w14:defaultImageDpi w14:val="300"/>
  <w15:docId w15:val="{30D1CDE6-2EBA-43B2-829E-3382D9E61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14"/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233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1586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Radu Alexandru</cp:lastModifiedBy>
  <cp:revision>29</cp:revision>
  <dcterms:created xsi:type="dcterms:W3CDTF">2013-12-23T23:15:00Z</dcterms:created>
  <dcterms:modified xsi:type="dcterms:W3CDTF">2026-09-02T05:13:00Z</dcterms:modified>
  <cp:category/>
</cp:coreProperties>
</file>