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431AE" w:rsidRPr="00A431AE" w14:paraId="536CD8BD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D8DF071" w14:textId="77777777" w:rsidR="00A431AE" w:rsidRPr="00A431AE" w:rsidRDefault="00A431AE" w:rsidP="00A431AE">
            <w:pPr>
              <w:keepNext/>
              <w:jc w:val="center"/>
            </w:pPr>
            <w:r w:rsidRPr="00A431AE">
              <w:rPr>
                <w:noProof/>
              </w:rPr>
              <w:drawing>
                <wp:inline distT="0" distB="0" distL="0" distR="0" wp14:anchorId="5FEE6CFD" wp14:editId="58D81999">
                  <wp:extent cx="884555" cy="1199515"/>
                  <wp:effectExtent l="0" t="0" r="0" b="63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094DE93C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rPr>
                <w:b/>
                <w:color w:val="0D5F78"/>
              </w:rPr>
              <w:t>Județul</w:t>
            </w:r>
            <w:proofErr w:type="spellEnd"/>
          </w:p>
          <w:p w14:paraId="0CF94F88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t>Sălaj</w:t>
            </w:r>
            <w:proofErr w:type="spellEnd"/>
          </w:p>
        </w:tc>
      </w:tr>
      <w:tr w:rsidR="00A431AE" w:rsidRPr="00A431AE" w14:paraId="712CB63A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1C3BDAE" w14:textId="77777777" w:rsidR="00A431AE" w:rsidRPr="00A431AE" w:rsidRDefault="00A431AE" w:rsidP="00A431AE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1D5068B9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rPr>
                <w:b/>
                <w:color w:val="0D5F78"/>
              </w:rPr>
              <w:t>Autoritatea</w:t>
            </w:r>
            <w:proofErr w:type="spellEnd"/>
            <w:r w:rsidRPr="00A431AE">
              <w:rPr>
                <w:b/>
                <w:color w:val="0D5F78"/>
              </w:rPr>
              <w:t xml:space="preserve"> </w:t>
            </w:r>
            <w:proofErr w:type="spellStart"/>
            <w:r w:rsidRPr="00A431AE">
              <w:rPr>
                <w:b/>
                <w:color w:val="0D5F78"/>
              </w:rPr>
              <w:t>administrației</w:t>
            </w:r>
            <w:proofErr w:type="spellEnd"/>
            <w:r w:rsidRPr="00A431AE">
              <w:rPr>
                <w:b/>
                <w:color w:val="0D5F78"/>
              </w:rPr>
              <w:t xml:space="preserve"> </w:t>
            </w:r>
            <w:proofErr w:type="spellStart"/>
            <w:r w:rsidRPr="00A431AE">
              <w:rPr>
                <w:b/>
                <w:color w:val="0D5F78"/>
              </w:rPr>
              <w:t>publice</w:t>
            </w:r>
            <w:proofErr w:type="spellEnd"/>
          </w:p>
          <w:p w14:paraId="30CE30A3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t>Primăria</w:t>
            </w:r>
            <w:proofErr w:type="spellEnd"/>
            <w:r w:rsidRPr="00A431AE">
              <w:t xml:space="preserve"> </w:t>
            </w:r>
            <w:proofErr w:type="spellStart"/>
            <w:r w:rsidRPr="00A431AE">
              <w:t>Municipiului</w:t>
            </w:r>
            <w:proofErr w:type="spellEnd"/>
            <w:r w:rsidRPr="00A431AE">
              <w:t xml:space="preserve"> </w:t>
            </w:r>
            <w:proofErr w:type="spellStart"/>
            <w:r w:rsidRPr="00A431AE">
              <w:t>Zalău</w:t>
            </w:r>
            <w:proofErr w:type="spellEnd"/>
          </w:p>
        </w:tc>
      </w:tr>
      <w:tr w:rsidR="00A431AE" w:rsidRPr="00A431AE" w14:paraId="42D2584F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B57C72E" w14:textId="77777777" w:rsidR="00A431AE" w:rsidRPr="00A431AE" w:rsidRDefault="00A431AE" w:rsidP="00A431AE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1811025" w14:textId="77777777" w:rsidR="00A431AE" w:rsidRPr="00A431AE" w:rsidRDefault="00A431AE" w:rsidP="00A431AE">
            <w:pPr>
              <w:keepNext/>
              <w:rPr>
                <w:lang w:val="fr-FR"/>
              </w:rPr>
            </w:pPr>
            <w:r w:rsidRPr="00A431AE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A431AE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A431AE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431AE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A431AE">
              <w:rPr>
                <w:b/>
                <w:color w:val="0D5F78"/>
                <w:lang w:val="fr-FR"/>
              </w:rPr>
              <w:t xml:space="preserve"> (CIF)</w:t>
            </w:r>
          </w:p>
          <w:p w14:paraId="5F552C83" w14:textId="77777777" w:rsidR="00A431AE" w:rsidRPr="00A431AE" w:rsidRDefault="00A431AE" w:rsidP="00A431AE">
            <w:pPr>
              <w:keepNext/>
              <w:rPr>
                <w:lang w:val="fr-FR"/>
              </w:rPr>
            </w:pPr>
            <w:r w:rsidRPr="00A431AE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61998BF5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rPr>
                <w:b/>
                <w:color w:val="0D5F78"/>
              </w:rPr>
              <w:t>Adresa</w:t>
            </w:r>
            <w:proofErr w:type="spellEnd"/>
            <w:r w:rsidRPr="00A431AE">
              <w:rPr>
                <w:b/>
                <w:color w:val="0D5F78"/>
              </w:rPr>
              <w:t xml:space="preserve"> </w:t>
            </w:r>
            <w:proofErr w:type="spellStart"/>
            <w:r w:rsidRPr="00A431AE">
              <w:rPr>
                <w:b/>
                <w:color w:val="0D5F78"/>
              </w:rPr>
              <w:t>oficială</w:t>
            </w:r>
            <w:proofErr w:type="spellEnd"/>
          </w:p>
          <w:p w14:paraId="5A9B2532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t>Piața</w:t>
            </w:r>
            <w:proofErr w:type="spellEnd"/>
            <w:r w:rsidRPr="00A431AE">
              <w:t xml:space="preserve"> Iuliu Maniu, nr. 3, tel. 0260 610550, e-mail: primaria@zalausj.ro</w:t>
            </w:r>
          </w:p>
          <w:p w14:paraId="0CEEDE49" w14:textId="77777777" w:rsidR="00A431AE" w:rsidRPr="00A431AE" w:rsidRDefault="00A431AE" w:rsidP="00A431AE">
            <w:pPr>
              <w:keepNext/>
            </w:pPr>
          </w:p>
        </w:tc>
      </w:tr>
      <w:tr w:rsidR="00A431AE" w:rsidRPr="00A431AE" w14:paraId="0871CFA7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A92949C" w14:textId="77777777" w:rsidR="00A431AE" w:rsidRPr="00A431AE" w:rsidRDefault="00A431AE" w:rsidP="00A431AE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45BEA36" w14:textId="77777777" w:rsidR="00A431AE" w:rsidRPr="00A431AE" w:rsidRDefault="00A431AE" w:rsidP="00A431AE">
            <w:pPr>
              <w:keepNext/>
            </w:pPr>
            <w:proofErr w:type="spellStart"/>
            <w:r w:rsidRPr="00A431AE">
              <w:rPr>
                <w:b/>
                <w:color w:val="0D5F78"/>
              </w:rPr>
              <w:t>Număr</w:t>
            </w:r>
            <w:proofErr w:type="spellEnd"/>
            <w:r w:rsidRPr="00A431AE">
              <w:rPr>
                <w:b/>
                <w:color w:val="0D5F78"/>
              </w:rPr>
              <w:t xml:space="preserve"> de </w:t>
            </w:r>
            <w:proofErr w:type="spellStart"/>
            <w:r w:rsidRPr="00A431AE">
              <w:rPr>
                <w:b/>
                <w:color w:val="0D5F78"/>
              </w:rPr>
              <w:t>înregistrare</w:t>
            </w:r>
            <w:proofErr w:type="spellEnd"/>
          </w:p>
          <w:p w14:paraId="5534BC4F" w14:textId="77777777" w:rsidR="00A431AE" w:rsidRPr="00A431AE" w:rsidRDefault="00A431AE" w:rsidP="00A431AE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6329005C" w14:textId="77777777" w:rsidR="00A431AE" w:rsidRPr="00A431AE" w:rsidRDefault="00A431AE" w:rsidP="00A431AE">
            <w:pPr>
              <w:keepNext/>
            </w:pPr>
            <w:r w:rsidRPr="00A431AE">
              <w:rPr>
                <w:b/>
                <w:color w:val="0D5F78"/>
              </w:rPr>
              <w:t>Data</w:t>
            </w:r>
          </w:p>
          <w:p w14:paraId="36FFA536" w14:textId="77777777" w:rsidR="00A431AE" w:rsidRPr="00A431AE" w:rsidRDefault="00A431AE" w:rsidP="00A431AE">
            <w:pPr>
              <w:keepNext/>
            </w:pPr>
          </w:p>
        </w:tc>
      </w:tr>
      <w:tr w:rsidR="00A431AE" w:rsidRPr="00A431AE" w14:paraId="2AB0E92F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1137F4A4" w14:textId="77777777" w:rsidR="00A431AE" w:rsidRPr="00A431AE" w:rsidRDefault="00A431AE" w:rsidP="00A431AE">
            <w:pPr>
              <w:rPr>
                <w:lang w:val="fr-FR"/>
              </w:rPr>
            </w:pPr>
            <w:r w:rsidRPr="00A431AE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A431AE">
              <w:rPr>
                <w:i/>
                <w:color w:val="595959"/>
                <w:lang w:val="fr-FR"/>
              </w:rPr>
              <w:t>se</w:t>
            </w:r>
            <w:proofErr w:type="gramEnd"/>
            <w:r w:rsidRPr="00A431A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scrie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în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A431AE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431AE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p w14:paraId="0EFADD9B" w14:textId="77777777" w:rsidR="00C85C0B" w:rsidRPr="003A7070" w:rsidRDefault="00000000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finalizarea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notificate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și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solicitarea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participării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reprezentantului</w:t>
      </w:r>
      <w:proofErr w:type="spellEnd"/>
      <w:r>
        <w:rPr>
          <w:sz w:val="19"/>
        </w:rPr>
        <w:t xml:space="preserve"> UAT la </w:t>
      </w:r>
      <w:proofErr w:type="spellStart"/>
      <w:r>
        <w:rPr>
          <w:sz w:val="19"/>
        </w:rPr>
        <w:t>recepție</w:t>
      </w:r>
      <w:proofErr w:type="spellEnd"/>
    </w:p>
    <w:p w14:paraId="279D8DA9" w14:textId="77777777" w:rsidR="00C85C0B" w:rsidRDefault="00C85C0B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000000">
            <w:pPr>
              <w:keepNext/>
              <w:rPr>
                <w:lang w:val="fr-FR"/>
              </w:rPr>
            </w:pPr>
            <w:proofErr w:type="spellStart"/>
            <w:r w:rsidRPr="00150E80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61E6056" w14:textId="77777777" w:rsidR="00C85C0B" w:rsidRPr="00150E80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150E80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150E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comunei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sector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150E8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150E80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150E80">
              <w:rPr>
                <w:lang w:val="fr-FR"/>
              </w:rPr>
              <w:t>Cererea</w:t>
            </w:r>
            <w:proofErr w:type="spellEnd"/>
            <w:r w:rsidRPr="00150E80">
              <w:rPr>
                <w:lang w:val="fr-FR"/>
              </w:rPr>
              <w:t xml:space="preserve"> va fi </w:t>
            </w:r>
            <w:proofErr w:type="spellStart"/>
            <w:r w:rsidRPr="00150E80">
              <w:rPr>
                <w:lang w:val="fr-FR"/>
              </w:rPr>
              <w:t>transmisă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către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președintele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consiliului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județean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general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de </w:t>
            </w:r>
            <w:proofErr w:type="spellStart"/>
            <w:r w:rsidRPr="00150E80">
              <w:rPr>
                <w:lang w:val="fr-FR"/>
              </w:rPr>
              <w:t>sector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sau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primarul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municipiului</w:t>
            </w:r>
            <w:proofErr w:type="spellEnd"/>
            <w:r w:rsidRPr="00150E80">
              <w:rPr>
                <w:lang w:val="fr-FR"/>
              </w:rPr>
              <w:t xml:space="preserve"> / </w:t>
            </w:r>
            <w:proofErr w:type="spellStart"/>
            <w:r w:rsidRPr="00150E80">
              <w:rPr>
                <w:lang w:val="fr-FR"/>
              </w:rPr>
              <w:t>orașului</w:t>
            </w:r>
            <w:proofErr w:type="spellEnd"/>
            <w:r w:rsidRPr="00150E80">
              <w:rPr>
                <w:lang w:val="fr-FR"/>
              </w:rPr>
              <w:t xml:space="preserve"> / </w:t>
            </w:r>
            <w:proofErr w:type="spellStart"/>
            <w:r w:rsidRPr="00150E80">
              <w:rPr>
                <w:lang w:val="fr-FR"/>
              </w:rPr>
              <w:t>comunei</w:t>
            </w:r>
            <w:proofErr w:type="spellEnd"/>
            <w:r w:rsidRPr="00150E80">
              <w:rPr>
                <w:lang w:val="fr-FR"/>
              </w:rPr>
              <w:t xml:space="preserve">, </w:t>
            </w:r>
            <w:proofErr w:type="spellStart"/>
            <w:r w:rsidRPr="00150E80">
              <w:rPr>
                <w:lang w:val="fr-FR"/>
              </w:rPr>
              <w:t>după</w:t>
            </w:r>
            <w:proofErr w:type="spellEnd"/>
            <w:r w:rsidRPr="00150E80">
              <w:rPr>
                <w:lang w:val="fr-FR"/>
              </w:rPr>
              <w:t xml:space="preserve"> </w:t>
            </w:r>
            <w:proofErr w:type="spellStart"/>
            <w:r w:rsidRPr="00150E80">
              <w:rPr>
                <w:lang w:val="fr-FR"/>
              </w:rPr>
              <w:t>caz</w:t>
            </w:r>
            <w:proofErr w:type="spellEnd"/>
            <w:r w:rsidRPr="00150E80">
              <w:rPr>
                <w:lang w:val="fr-FR"/>
              </w:rPr>
              <w:t>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000000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000000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000000"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notificării</w:t>
            </w:r>
            <w:proofErr w:type="spellEnd"/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000000"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cod</w:t>
            </w:r>
            <w:proofErr w:type="gramEnd"/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000000">
            <w:proofErr w:type="spellStart"/>
            <w:r>
              <w:rPr>
                <w:b/>
                <w:color w:val="0D5F78"/>
              </w:rPr>
              <w:t>Imobilul</w:t>
            </w:r>
            <w:proofErr w:type="spellEnd"/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începerii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</w:p>
          <w:p w14:paraId="2D6D470D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 xml:space="preserve">se </w:t>
            </w:r>
            <w:proofErr w:type="spellStart"/>
            <w:r>
              <w:rPr>
                <w:i/>
                <w:color w:val="7A7A7A"/>
              </w:rPr>
              <w:t>declară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aici</w:t>
            </w:r>
            <w:proofErr w:type="spellEnd"/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finalizării</w:t>
            </w:r>
            <w:proofErr w:type="spellEnd"/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propusă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pentru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recepție</w:t>
            </w:r>
            <w:proofErr w:type="spellEnd"/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locul</w:t>
            </w:r>
            <w:proofErr w:type="spellEnd"/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proofErr w:type="spellStart"/>
            <w:r w:rsidRPr="00150E80">
              <w:t>privind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Codul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amenajării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teritoriului</w:t>
            </w:r>
            <w:proofErr w:type="spellEnd"/>
            <w:r w:rsidRPr="00150E80">
              <w:t xml:space="preserve">, </w:t>
            </w:r>
            <w:proofErr w:type="spellStart"/>
            <w:r w:rsidRPr="00150E80">
              <w:t>urbanismului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și</w:t>
            </w:r>
            <w:proofErr w:type="spellEnd"/>
            <w:r w:rsidRPr="00150E80">
              <w:t xml:space="preserve"> </w:t>
            </w:r>
            <w:proofErr w:type="spellStart"/>
            <w:r w:rsidRPr="00150E80">
              <w:t>construcțiilor</w:t>
            </w:r>
            <w:proofErr w:type="spellEnd"/>
            <w:r>
              <w:t xml:space="preserve"> nu </w:t>
            </w:r>
            <w:proofErr w:type="spellStart"/>
            <w:r>
              <w:t>instituie</w:t>
            </w:r>
            <w:proofErr w:type="spellEnd"/>
            <w:r>
              <w:t xml:space="preserve"> o </w:t>
            </w:r>
            <w:proofErr w:type="spellStart"/>
            <w:r>
              <w:t>înștiințare</w:t>
            </w:r>
            <w:proofErr w:type="spellEnd"/>
            <w:r>
              <w:t xml:space="preserve"> </w:t>
            </w:r>
            <w:proofErr w:type="spellStart"/>
            <w:r>
              <w:t>distinctă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începerea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notificate</w:t>
            </w:r>
            <w:proofErr w:type="spellEnd"/>
            <w:r>
              <w:t xml:space="preserve">; data </w:t>
            </w:r>
            <w:proofErr w:type="spellStart"/>
            <w:r>
              <w:t>începerii</w:t>
            </w:r>
            <w:proofErr w:type="spellEnd"/>
            <w:r>
              <w:t xml:space="preserve"> se </w:t>
            </w:r>
            <w:proofErr w:type="spellStart"/>
            <w:r>
              <w:t>declară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prezentul</w:t>
            </w:r>
            <w:proofErr w:type="spellEnd"/>
            <w:r>
              <w:t xml:space="preserve"> formular </w:t>
            </w:r>
            <w:proofErr w:type="spellStart"/>
            <w:r>
              <w:t>și</w:t>
            </w:r>
            <w:proofErr w:type="spellEnd"/>
            <w:r>
              <w:t xml:space="preserve"> se </w:t>
            </w:r>
            <w:proofErr w:type="spellStart"/>
            <w:r>
              <w:t>consemnează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procesul</w:t>
            </w:r>
            <w:proofErr w:type="spellEnd"/>
            <w:r>
              <w:t xml:space="preserve">-verbal de </w:t>
            </w:r>
            <w:proofErr w:type="spellStart"/>
            <w:r>
              <w:t>recepție</w:t>
            </w:r>
            <w:proofErr w:type="spellEnd"/>
            <w:r>
              <w:t>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000000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02D7" w14:textId="77777777" w:rsidR="003E56B4" w:rsidRDefault="003E56B4">
      <w:r>
        <w:separator/>
      </w:r>
    </w:p>
  </w:endnote>
  <w:endnote w:type="continuationSeparator" w:id="0">
    <w:p w14:paraId="1EF484A4" w14:textId="77777777" w:rsidR="003E56B4" w:rsidRDefault="003E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726" w14:textId="77777777" w:rsidR="00C85C0B" w:rsidRDefault="00000000">
    <w:pPr>
      <w:pStyle w:val="Footer"/>
      <w:tabs>
        <w:tab w:val="right" w:pos="9639"/>
      </w:tabs>
    </w:pPr>
    <w:r>
      <w:rPr>
        <w:color w:val="595959"/>
      </w:rPr>
      <w:t xml:space="preserve">F_NOT_07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2D33" w14:textId="77777777" w:rsidR="003E56B4" w:rsidRDefault="003E56B4">
      <w:r>
        <w:separator/>
      </w:r>
    </w:p>
  </w:footnote>
  <w:footnote w:type="continuationSeparator" w:id="0">
    <w:p w14:paraId="18660F72" w14:textId="77777777" w:rsidR="003E56B4" w:rsidRDefault="003E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0E80"/>
    <w:rsid w:val="0029639D"/>
    <w:rsid w:val="00326F90"/>
    <w:rsid w:val="003A7070"/>
    <w:rsid w:val="003E56B4"/>
    <w:rsid w:val="003F0F62"/>
    <w:rsid w:val="005C02E4"/>
    <w:rsid w:val="00630C9D"/>
    <w:rsid w:val="00886D17"/>
    <w:rsid w:val="00A431AE"/>
    <w:rsid w:val="00AA1D8D"/>
    <w:rsid w:val="00B47730"/>
    <w:rsid w:val="00B94163"/>
    <w:rsid w:val="00C85C0B"/>
    <w:rsid w:val="00CB0664"/>
    <w:rsid w:val="00E471B2"/>
    <w:rsid w:val="00E61A6B"/>
    <w:rsid w:val="00F674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A431AE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3</cp:revision>
  <dcterms:created xsi:type="dcterms:W3CDTF">2013-12-23T23:15:00Z</dcterms:created>
  <dcterms:modified xsi:type="dcterms:W3CDTF">2026-09-02T06:03:00Z</dcterms:modified>
  <cp:category/>
</cp:coreProperties>
</file>