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D9613E" w:rsidRPr="00607E24" w14:paraId="06D2A627" w14:textId="77777777" w:rsidTr="00AD7D53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63A48564" w14:textId="77777777" w:rsidR="00D9613E" w:rsidRPr="00607E24" w:rsidRDefault="00D9613E" w:rsidP="00AD7D53">
            <w:pPr>
              <w:keepNext/>
              <w:jc w:val="center"/>
            </w:pPr>
            <w:r w:rsidRPr="00607E24">
              <w:rPr>
                <w:noProof/>
              </w:rPr>
              <w:drawing>
                <wp:inline distT="0" distB="0" distL="0" distR="0" wp14:anchorId="001405D7" wp14:editId="1B30B8C3">
                  <wp:extent cx="884555" cy="1199515"/>
                  <wp:effectExtent l="0" t="0" r="0" b="63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399E418B" w14:textId="77777777" w:rsidR="00D9613E" w:rsidRPr="00607E24" w:rsidRDefault="00D9613E" w:rsidP="00AD7D53">
            <w:pPr>
              <w:keepNext/>
            </w:pPr>
            <w:proofErr w:type="spellStart"/>
            <w:r w:rsidRPr="00607E24">
              <w:rPr>
                <w:b/>
                <w:color w:val="0D5F78"/>
              </w:rPr>
              <w:t>Județul</w:t>
            </w:r>
            <w:proofErr w:type="spellEnd"/>
          </w:p>
          <w:p w14:paraId="074540C6" w14:textId="77777777" w:rsidR="00D9613E" w:rsidRPr="00607E24" w:rsidRDefault="00D9613E" w:rsidP="00AD7D53">
            <w:pPr>
              <w:keepNext/>
            </w:pPr>
            <w:proofErr w:type="spellStart"/>
            <w:r w:rsidRPr="00607E24">
              <w:t>Sălaj</w:t>
            </w:r>
            <w:proofErr w:type="spellEnd"/>
          </w:p>
        </w:tc>
      </w:tr>
      <w:tr w:rsidR="00D9613E" w:rsidRPr="00607E24" w14:paraId="25F701F7" w14:textId="77777777" w:rsidTr="00AD7D53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A3CDED0" w14:textId="77777777" w:rsidR="00D9613E" w:rsidRPr="00607E24" w:rsidRDefault="00D9613E" w:rsidP="00AD7D53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6C3CB7B0" w14:textId="77777777" w:rsidR="00D9613E" w:rsidRPr="00607E24" w:rsidRDefault="00D9613E" w:rsidP="00AD7D53">
            <w:pPr>
              <w:keepNext/>
            </w:pPr>
            <w:proofErr w:type="spellStart"/>
            <w:r w:rsidRPr="00607E24">
              <w:rPr>
                <w:b/>
                <w:color w:val="0D5F78"/>
              </w:rPr>
              <w:t>Autoritatea</w:t>
            </w:r>
            <w:proofErr w:type="spellEnd"/>
            <w:r w:rsidRPr="00607E24">
              <w:rPr>
                <w:b/>
                <w:color w:val="0D5F78"/>
              </w:rPr>
              <w:t xml:space="preserve"> </w:t>
            </w:r>
            <w:proofErr w:type="spellStart"/>
            <w:r w:rsidRPr="00607E24">
              <w:rPr>
                <w:b/>
                <w:color w:val="0D5F78"/>
              </w:rPr>
              <w:t>administrației</w:t>
            </w:r>
            <w:proofErr w:type="spellEnd"/>
            <w:r w:rsidRPr="00607E24">
              <w:rPr>
                <w:b/>
                <w:color w:val="0D5F78"/>
              </w:rPr>
              <w:t xml:space="preserve"> </w:t>
            </w:r>
            <w:proofErr w:type="spellStart"/>
            <w:r w:rsidRPr="00607E24">
              <w:rPr>
                <w:b/>
                <w:color w:val="0D5F78"/>
              </w:rPr>
              <w:t>publice</w:t>
            </w:r>
            <w:proofErr w:type="spellEnd"/>
          </w:p>
          <w:p w14:paraId="705FCAE1" w14:textId="77777777" w:rsidR="00D9613E" w:rsidRPr="00607E24" w:rsidRDefault="00D9613E" w:rsidP="00AD7D53">
            <w:pPr>
              <w:keepNext/>
            </w:pPr>
            <w:proofErr w:type="spellStart"/>
            <w:r w:rsidRPr="00607E24">
              <w:t>Primăria</w:t>
            </w:r>
            <w:proofErr w:type="spellEnd"/>
            <w:r w:rsidRPr="00607E24">
              <w:t xml:space="preserve"> </w:t>
            </w:r>
            <w:proofErr w:type="spellStart"/>
            <w:r w:rsidRPr="00607E24">
              <w:t>Municipiului</w:t>
            </w:r>
            <w:proofErr w:type="spellEnd"/>
            <w:r w:rsidRPr="00607E24">
              <w:t xml:space="preserve"> </w:t>
            </w:r>
            <w:proofErr w:type="spellStart"/>
            <w:r w:rsidRPr="00607E24">
              <w:t>Zalău</w:t>
            </w:r>
            <w:proofErr w:type="spellEnd"/>
          </w:p>
        </w:tc>
      </w:tr>
      <w:tr w:rsidR="00D9613E" w:rsidRPr="00607E24" w14:paraId="713345EF" w14:textId="77777777" w:rsidTr="00AD7D53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10132DAF" w14:textId="77777777" w:rsidR="00D9613E" w:rsidRPr="00607E24" w:rsidRDefault="00D9613E" w:rsidP="00AD7D53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4ACC5AF4" w14:textId="77777777" w:rsidR="00D9613E" w:rsidRPr="00607E24" w:rsidRDefault="00D9613E" w:rsidP="00AD7D53">
            <w:pPr>
              <w:keepNext/>
              <w:rPr>
                <w:lang w:val="fr-FR"/>
              </w:rPr>
            </w:pPr>
            <w:r w:rsidRPr="00607E24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607E24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607E24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607E24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607E24">
              <w:rPr>
                <w:b/>
                <w:color w:val="0D5F78"/>
                <w:lang w:val="fr-FR"/>
              </w:rPr>
              <w:t xml:space="preserve"> (CIF)</w:t>
            </w:r>
          </w:p>
          <w:p w14:paraId="1CCA2E51" w14:textId="77777777" w:rsidR="00D9613E" w:rsidRPr="00607E24" w:rsidRDefault="00D9613E" w:rsidP="00AD7D53">
            <w:pPr>
              <w:keepNext/>
              <w:rPr>
                <w:lang w:val="fr-FR"/>
              </w:rPr>
            </w:pPr>
            <w:r w:rsidRPr="00607E24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135F8D94" w14:textId="77777777" w:rsidR="00D9613E" w:rsidRPr="00607E24" w:rsidRDefault="00D9613E" w:rsidP="00AD7D53">
            <w:pPr>
              <w:keepNext/>
            </w:pPr>
            <w:proofErr w:type="spellStart"/>
            <w:r w:rsidRPr="00607E24">
              <w:rPr>
                <w:b/>
                <w:color w:val="0D5F78"/>
              </w:rPr>
              <w:t>Adresa</w:t>
            </w:r>
            <w:proofErr w:type="spellEnd"/>
            <w:r w:rsidRPr="00607E24">
              <w:rPr>
                <w:b/>
                <w:color w:val="0D5F78"/>
              </w:rPr>
              <w:t xml:space="preserve"> </w:t>
            </w:r>
            <w:proofErr w:type="spellStart"/>
            <w:r w:rsidRPr="00607E24">
              <w:rPr>
                <w:b/>
                <w:color w:val="0D5F78"/>
              </w:rPr>
              <w:t>oficială</w:t>
            </w:r>
            <w:proofErr w:type="spellEnd"/>
          </w:p>
          <w:p w14:paraId="53C72A6D" w14:textId="77777777" w:rsidR="00D9613E" w:rsidRPr="00607E24" w:rsidRDefault="00D9613E" w:rsidP="00AD7D53">
            <w:pPr>
              <w:keepNext/>
            </w:pPr>
            <w:proofErr w:type="spellStart"/>
            <w:r w:rsidRPr="00607E24">
              <w:t>Piața</w:t>
            </w:r>
            <w:proofErr w:type="spellEnd"/>
            <w:r w:rsidRPr="00607E24">
              <w:t xml:space="preserve"> Iuliu Maniu, nr. 3, tel. 0260 610550, e-mail: primaria@zalausj.ro</w:t>
            </w:r>
          </w:p>
          <w:p w14:paraId="1AB37243" w14:textId="77777777" w:rsidR="00D9613E" w:rsidRPr="00607E24" w:rsidRDefault="00D9613E" w:rsidP="00AD7D53">
            <w:pPr>
              <w:keepNext/>
            </w:pPr>
          </w:p>
        </w:tc>
      </w:tr>
      <w:tr w:rsidR="00D9613E" w:rsidRPr="00607E24" w14:paraId="28E34D88" w14:textId="77777777" w:rsidTr="00AD7D53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70EDA9C" w14:textId="77777777" w:rsidR="00D9613E" w:rsidRPr="00607E24" w:rsidRDefault="00D9613E" w:rsidP="00AD7D53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6FE56504" w14:textId="77777777" w:rsidR="00D9613E" w:rsidRPr="00607E24" w:rsidRDefault="00D9613E" w:rsidP="00AD7D53">
            <w:pPr>
              <w:keepNext/>
            </w:pPr>
            <w:proofErr w:type="spellStart"/>
            <w:r w:rsidRPr="00607E24">
              <w:rPr>
                <w:b/>
                <w:color w:val="0D5F78"/>
              </w:rPr>
              <w:t>Număr</w:t>
            </w:r>
            <w:proofErr w:type="spellEnd"/>
            <w:r w:rsidRPr="00607E24">
              <w:rPr>
                <w:b/>
                <w:color w:val="0D5F78"/>
              </w:rPr>
              <w:t xml:space="preserve"> de </w:t>
            </w:r>
            <w:proofErr w:type="spellStart"/>
            <w:r w:rsidRPr="00607E24">
              <w:rPr>
                <w:b/>
                <w:color w:val="0D5F78"/>
              </w:rPr>
              <w:t>înregistrare</w:t>
            </w:r>
            <w:proofErr w:type="spellEnd"/>
          </w:p>
          <w:p w14:paraId="4E613C32" w14:textId="77777777" w:rsidR="00D9613E" w:rsidRPr="00607E24" w:rsidRDefault="00D9613E" w:rsidP="00AD7D53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034F19D1" w14:textId="77777777" w:rsidR="00D9613E" w:rsidRPr="00607E24" w:rsidRDefault="00D9613E" w:rsidP="00AD7D53">
            <w:pPr>
              <w:keepNext/>
            </w:pPr>
            <w:r w:rsidRPr="00607E24">
              <w:rPr>
                <w:b/>
                <w:color w:val="0D5F78"/>
              </w:rPr>
              <w:t>Data</w:t>
            </w:r>
          </w:p>
          <w:p w14:paraId="0C9E1DA0" w14:textId="77777777" w:rsidR="00D9613E" w:rsidRPr="00607E24" w:rsidRDefault="00D9613E" w:rsidP="00AD7D53">
            <w:pPr>
              <w:keepNext/>
            </w:pPr>
          </w:p>
        </w:tc>
      </w:tr>
      <w:tr w:rsidR="00D9613E" w:rsidRPr="00607E24" w14:paraId="420CCCA7" w14:textId="77777777" w:rsidTr="00AD7D53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3322330A" w14:textId="77777777" w:rsidR="00D9613E" w:rsidRPr="00607E24" w:rsidRDefault="00D9613E" w:rsidP="00AD7D53">
            <w:pPr>
              <w:rPr>
                <w:lang w:val="fr-FR"/>
              </w:rPr>
            </w:pPr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607E24">
              <w:rPr>
                <w:i/>
                <w:color w:val="595959"/>
                <w:lang w:val="fr-FR"/>
              </w:rPr>
              <w:t>se</w:t>
            </w:r>
            <w:proofErr w:type="gramEnd"/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scrie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în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607E24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607E24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8FEB982" w14:textId="77777777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ÎNȘTIINȚARE</w:t>
      </w:r>
    </w:p>
    <w:p w14:paraId="3F1F960E" w14:textId="77777777" w:rsidR="00AD35FD" w:rsidRDefault="00000000">
      <w:pPr>
        <w:spacing w:after="120"/>
        <w:jc w:val="center"/>
      </w:pPr>
      <w:r>
        <w:rPr>
          <w:sz w:val="19"/>
        </w:rPr>
        <w:t>privind încheierea execuției lucrărilor</w:t>
      </w:r>
    </w:p>
    <w:p w14:paraId="39CC6B28" w14:textId="77777777" w:rsidR="00AD35FD" w:rsidRDefault="00AD35FD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D35FD" w:rsidRPr="007050CD" w14:paraId="6E6DD37F" w14:textId="77777777">
        <w:trPr>
          <w:cantSplit/>
          <w:trHeight w:val="510"/>
        </w:trPr>
        <w:tc>
          <w:tcPr>
            <w:tcW w:w="9636" w:type="dxa"/>
          </w:tcPr>
          <w:p w14:paraId="29E26C9F" w14:textId="77777777" w:rsidR="00AD35FD" w:rsidRPr="007050CD" w:rsidRDefault="00AD35FD" w:rsidP="007050CD">
            <w:pPr>
              <w:keepNext/>
              <w:rPr>
                <w:lang w:val="fr-FR"/>
              </w:rPr>
            </w:pPr>
          </w:p>
        </w:tc>
      </w:tr>
      <w:tr w:rsidR="00AD35FD" w:rsidRPr="007050CD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169ECA0F" w:rsidR="00AD35FD" w:rsidRPr="005E6036" w:rsidRDefault="00000000">
            <w:pPr>
              <w:spacing w:line="228" w:lineRule="auto"/>
            </w:pPr>
            <w:proofErr w:type="spellStart"/>
            <w:r w:rsidRPr="005E6036">
              <w:t>Cererea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va</w:t>
            </w:r>
            <w:proofErr w:type="spellEnd"/>
            <w:r w:rsidRPr="005E6036">
              <w:t xml:space="preserve"> fi</w:t>
            </w:r>
            <w:r w:rsidR="007050CD" w:rsidRPr="005E6036">
              <w:t xml:space="preserve"> </w:t>
            </w:r>
            <w:proofErr w:type="spellStart"/>
            <w:r w:rsidR="007050CD" w:rsidRPr="005E6036">
              <w:t>adresată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către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președintele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consiliului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județean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general,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de sector </w:t>
            </w:r>
            <w:proofErr w:type="spellStart"/>
            <w:r w:rsidRPr="005E6036">
              <w:t>sau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municipiului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orașului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comunei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după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caz</w:t>
            </w:r>
            <w:proofErr w:type="spellEnd"/>
            <w:r w:rsidRPr="005E6036">
              <w:t>.</w:t>
            </w:r>
          </w:p>
        </w:tc>
      </w:tr>
    </w:tbl>
    <w:p w14:paraId="51D38FA9" w14:textId="77777777" w:rsidR="00AD35FD" w:rsidRPr="005E6036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Default="00000000">
            <w:pPr>
              <w:keepNext/>
            </w:pPr>
            <w:r w:rsidRPr="005E603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D35FD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460DBA2" w14:textId="77777777" w:rsidR="00AD35FD" w:rsidRDefault="00AD35FD">
            <w:pPr>
              <w:keepNext/>
            </w:pPr>
          </w:p>
        </w:tc>
        <w:tc>
          <w:tcPr>
            <w:tcW w:w="4015" w:type="dxa"/>
            <w:gridSpan w:val="3"/>
          </w:tcPr>
          <w:p w14:paraId="62D69012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5C61E18C" w14:textId="77777777" w:rsidR="00AD35FD" w:rsidRDefault="00AD35FD">
            <w:pPr>
              <w:keepNext/>
            </w:pPr>
          </w:p>
        </w:tc>
      </w:tr>
      <w:tr w:rsidR="00AD35FD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D35FD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04A3F5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2B6D286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5B2CC0F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5"/>
          </w:tcPr>
          <w:p w14:paraId="074B257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68E9A4D7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6665BF0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85EFB42" w14:textId="77777777" w:rsidR="00AD35FD" w:rsidRDefault="00AD35FD">
            <w:pPr>
              <w:keepNext/>
            </w:pPr>
          </w:p>
        </w:tc>
      </w:tr>
      <w:tr w:rsidR="00AD35FD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D35FD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176509F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4"/>
          </w:tcPr>
          <w:p w14:paraId="12FFC18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8AF07E4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DCE9F1A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BA8A3A" w14:textId="77777777" w:rsidR="00AD35FD" w:rsidRDefault="00AD35FD">
            <w:pPr>
              <w:keepNext/>
            </w:pPr>
          </w:p>
        </w:tc>
      </w:tr>
      <w:tr w:rsidR="00AD35FD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BA56E68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1489889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B4ABA2F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7CD5A464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109255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35CA800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49F3CE7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5BF03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A6186C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7A7CC00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EDFEC25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0F72F70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487B61C5" w14:textId="77777777" w:rsidR="00AD35FD" w:rsidRDefault="00AD35FD">
            <w:pPr>
              <w:keepNext/>
            </w:pPr>
          </w:p>
        </w:tc>
      </w:tr>
      <w:tr w:rsidR="00AD35FD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D35FD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Default="00000000">
            <w:r>
              <w:rPr>
                <w:b/>
                <w:color w:val="0D5F78"/>
              </w:rPr>
              <w:t>Telefon / fax</w:t>
            </w:r>
          </w:p>
          <w:p w14:paraId="39CC712B" w14:textId="77777777" w:rsidR="00AD35FD" w:rsidRDefault="00AD35FD"/>
        </w:tc>
        <w:tc>
          <w:tcPr>
            <w:tcW w:w="5621" w:type="dxa"/>
            <w:gridSpan w:val="5"/>
          </w:tcPr>
          <w:p w14:paraId="731E3EAF" w14:textId="77777777" w:rsidR="00AD35FD" w:rsidRDefault="00000000">
            <w:r>
              <w:rPr>
                <w:b/>
                <w:color w:val="0D5F78"/>
              </w:rPr>
              <w:t>E-mail</w:t>
            </w:r>
          </w:p>
          <w:p w14:paraId="6A57A506" w14:textId="77777777" w:rsidR="00AD35FD" w:rsidRDefault="00AD35FD"/>
        </w:tc>
      </w:tr>
    </w:tbl>
    <w:p w14:paraId="4D9D1FE5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5E6036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7050CD" w:rsidRDefault="00000000">
            <w:pPr>
              <w:keepNext/>
              <w:rPr>
                <w:lang w:val="fr-FR"/>
              </w:rPr>
            </w:pPr>
            <w:r w:rsidRPr="007050CD">
              <w:rPr>
                <w:b/>
                <w:sz w:val="16"/>
                <w:lang w:val="fr-FR"/>
              </w:rPr>
              <w:t xml:space="preserve"> 3. </w:t>
            </w:r>
            <w:r w:rsidRPr="007050CD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D35FD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D760159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331EAC7E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ACC2CAC" w14:textId="77777777" w:rsidR="00AD35FD" w:rsidRDefault="00AD35FD">
            <w:pPr>
              <w:keepNext/>
            </w:pPr>
          </w:p>
        </w:tc>
        <w:tc>
          <w:tcPr>
            <w:tcW w:w="5621" w:type="dxa"/>
          </w:tcPr>
          <w:p w14:paraId="45DAA69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7035BC1B" w14:textId="77777777" w:rsidR="00AD35FD" w:rsidRDefault="00AD35FD">
            <w:pPr>
              <w:keepNext/>
            </w:pPr>
          </w:p>
        </w:tc>
      </w:tr>
      <w:tr w:rsidR="00AD35FD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D35FD" w:rsidRPr="005E6036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și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din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5D07F1A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</w:tr>
      <w:tr w:rsidR="00AD35FD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3EFD05AE" w14:textId="77777777" w:rsidR="00AD35FD" w:rsidRDefault="00AD35FD"/>
        </w:tc>
      </w:tr>
    </w:tbl>
    <w:p w14:paraId="6F25DA33" w14:textId="48CBC554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ADUC LA CUNOȘTINȚĂ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Default="00000000">
            <w:r>
              <w:rPr>
                <w:b/>
                <w:color w:val="0D5F78"/>
              </w:rPr>
              <w:t>Că la data de</w:t>
            </w:r>
          </w:p>
          <w:p w14:paraId="5CE18A2B" w14:textId="77777777" w:rsidR="00AD35FD" w:rsidRDefault="00AD35FD"/>
        </w:tc>
        <w:tc>
          <w:tcPr>
            <w:tcW w:w="1606" w:type="dxa"/>
          </w:tcPr>
          <w:p w14:paraId="537E7015" w14:textId="77777777" w:rsidR="00AD35FD" w:rsidRDefault="00000000">
            <w:r>
              <w:rPr>
                <w:b/>
                <w:color w:val="0D5F78"/>
              </w:rPr>
              <w:t>ora</w:t>
            </w:r>
          </w:p>
          <w:p w14:paraId="349EB503" w14:textId="77777777" w:rsidR="00AD35FD" w:rsidRDefault="00AD35FD"/>
        </w:tc>
        <w:tc>
          <w:tcPr>
            <w:tcW w:w="5621" w:type="dxa"/>
          </w:tcPr>
          <w:p w14:paraId="479316B2" w14:textId="77777777" w:rsidR="00AD35FD" w:rsidRPr="007050CD" w:rsidRDefault="00000000">
            <w:pPr>
              <w:rPr>
                <w:lang w:val="fr-FR"/>
              </w:rPr>
            </w:pPr>
            <w:proofErr w:type="gramStart"/>
            <w:r w:rsidRPr="007050CD">
              <w:rPr>
                <w:b/>
                <w:color w:val="0D5F78"/>
                <w:lang w:val="fr-FR"/>
              </w:rPr>
              <w:t>au</w:t>
            </w:r>
            <w:proofErr w:type="gram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fost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finalizate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70DA8600" w14:textId="77777777" w:rsidR="00AD35FD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jos</w:t>
            </w:r>
          </w:p>
          <w:p w14:paraId="0A5397F4" w14:textId="77777777" w:rsidR="00AD35FD" w:rsidRDefault="00AD35FD"/>
        </w:tc>
      </w:tr>
    </w:tbl>
    <w:p w14:paraId="46459DEB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35FD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D35FD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3613F305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365ED67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6F56704A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21EB7A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F784361" w14:textId="77777777" w:rsidR="00AD35FD" w:rsidRDefault="00AD35FD">
            <w:pPr>
              <w:keepNext/>
            </w:pPr>
          </w:p>
        </w:tc>
      </w:tr>
      <w:tr w:rsidR="00AD35FD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492DB3D9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3"/>
          </w:tcPr>
          <w:p w14:paraId="79596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B7FC7B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0B5DE63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C554BE8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5F4DD62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81D6BF6" w14:textId="77777777" w:rsidR="00AD35FD" w:rsidRDefault="00AD35FD">
            <w:pPr>
              <w:keepNext/>
            </w:pPr>
          </w:p>
        </w:tc>
      </w:tr>
      <w:tr w:rsidR="00AD35FD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Număr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cadastral</w:t>
            </w:r>
          </w:p>
          <w:p w14:paraId="75CF10B0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7050CD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e-Terra</w:t>
            </w:r>
          </w:p>
          <w:p w14:paraId="23C0206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7460EFF8" w14:textId="77777777" w:rsidR="00AD35FD" w:rsidRDefault="00AD35FD">
            <w:pPr>
              <w:keepNext/>
            </w:pPr>
          </w:p>
        </w:tc>
      </w:tr>
    </w:tbl>
    <w:p w14:paraId="4310081F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CONVOCAREA COMISIEI DE RECEPȚIE</w:t>
            </w:r>
          </w:p>
        </w:tc>
      </w:tr>
      <w:tr w:rsidR="00AD35FD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7050CD" w:rsidRDefault="00000000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 xml:space="preserve">Se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convoacă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comisia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recepție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terminarea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lucrărilor</w:t>
            </w:r>
            <w:proofErr w:type="spellEnd"/>
            <w:r w:rsidRPr="007050CD">
              <w:rPr>
                <w:b/>
                <w:color w:val="0D5F78"/>
                <w:lang w:val="fr-FR"/>
              </w:rPr>
              <w:t>, la data</w:t>
            </w:r>
          </w:p>
          <w:p w14:paraId="3C5ABEF2" w14:textId="77777777" w:rsidR="00AD35FD" w:rsidRPr="007050CD" w:rsidRDefault="00AD35FD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005C1153" w14:textId="77777777" w:rsidR="00AD35FD" w:rsidRDefault="00000000">
            <w:r>
              <w:rPr>
                <w:b/>
                <w:color w:val="0D5F78"/>
              </w:rPr>
              <w:t>ora</w:t>
            </w:r>
          </w:p>
          <w:p w14:paraId="67115499" w14:textId="77777777" w:rsidR="00AD35FD" w:rsidRDefault="00AD35FD"/>
        </w:tc>
      </w:tr>
    </w:tbl>
    <w:p w14:paraId="2CA6B2E0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D35FD" w14:paraId="70E41EEA" w14:textId="77777777">
        <w:trPr>
          <w:cantSplit/>
          <w:trHeight w:val="510"/>
        </w:trPr>
        <w:tc>
          <w:tcPr>
            <w:tcW w:w="1606" w:type="dxa"/>
          </w:tcPr>
          <w:p w14:paraId="246FD708" w14:textId="77777777" w:rsidR="00AD35FD" w:rsidRDefault="00000000">
            <w:r>
              <w:rPr>
                <w:b/>
                <w:color w:val="0D5F78"/>
              </w:rPr>
              <w:t>Data</w:t>
            </w:r>
          </w:p>
          <w:p w14:paraId="71990700" w14:textId="77777777" w:rsidR="00AD35FD" w:rsidRDefault="00AD35FD"/>
        </w:tc>
        <w:tc>
          <w:tcPr>
            <w:tcW w:w="4818" w:type="dxa"/>
          </w:tcPr>
          <w:p w14:paraId="16AE7494" w14:textId="77777777" w:rsidR="00AD35FD" w:rsidRDefault="00000000">
            <w:r>
              <w:rPr>
                <w:b/>
                <w:color w:val="0D5F78"/>
              </w:rPr>
              <w:t>Titularul autorizației</w:t>
            </w:r>
          </w:p>
          <w:p w14:paraId="3DBB02B2" w14:textId="77777777" w:rsidR="00AD35FD" w:rsidRDefault="00AD35FD"/>
        </w:tc>
        <w:tc>
          <w:tcPr>
            <w:tcW w:w="3212" w:type="dxa"/>
          </w:tcPr>
          <w:p w14:paraId="4A633198" w14:textId="77777777" w:rsidR="00AD35FD" w:rsidRDefault="00000000">
            <w:r>
              <w:rPr>
                <w:b/>
                <w:color w:val="0D5F78"/>
              </w:rPr>
              <w:t>Semnătura</w:t>
            </w:r>
          </w:p>
          <w:p w14:paraId="5A726045" w14:textId="77777777" w:rsidR="00AD35FD" w:rsidRDefault="00AD35FD"/>
        </w:tc>
      </w:tr>
    </w:tbl>
    <w:p w14:paraId="7A82EDC4" w14:textId="77777777" w:rsidR="00AD35FD" w:rsidRDefault="00AD35FD">
      <w:pPr>
        <w:spacing w:line="168" w:lineRule="auto"/>
      </w:pPr>
    </w:p>
    <w:sectPr w:rsidR="00AD35FD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9949" w14:textId="77777777" w:rsidR="00BD5CFD" w:rsidRDefault="00BD5CFD">
      <w:r>
        <w:separator/>
      </w:r>
    </w:p>
  </w:endnote>
  <w:endnote w:type="continuationSeparator" w:id="0">
    <w:p w14:paraId="79D82481" w14:textId="77777777" w:rsidR="00BD5CFD" w:rsidRDefault="00BD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1F6F" w14:textId="7C30F0FC" w:rsidR="00AD35FD" w:rsidRDefault="00000000">
    <w:pPr>
      <w:pStyle w:val="Footer"/>
      <w:tabs>
        <w:tab w:val="right" w:pos="9639"/>
      </w:tabs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7050C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7050C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E18B9" w14:textId="77777777" w:rsidR="00BD5CFD" w:rsidRDefault="00BD5CFD">
      <w:r>
        <w:separator/>
      </w:r>
    </w:p>
  </w:footnote>
  <w:footnote w:type="continuationSeparator" w:id="0">
    <w:p w14:paraId="70A05631" w14:textId="77777777" w:rsidR="00BD5CFD" w:rsidRDefault="00BD5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549725">
    <w:abstractNumId w:val="8"/>
  </w:num>
  <w:num w:numId="2" w16cid:durableId="1043405023">
    <w:abstractNumId w:val="6"/>
  </w:num>
  <w:num w:numId="3" w16cid:durableId="2058121501">
    <w:abstractNumId w:val="5"/>
  </w:num>
  <w:num w:numId="4" w16cid:durableId="822626475">
    <w:abstractNumId w:val="4"/>
  </w:num>
  <w:num w:numId="5" w16cid:durableId="729963553">
    <w:abstractNumId w:val="7"/>
  </w:num>
  <w:num w:numId="6" w16cid:durableId="1701200132">
    <w:abstractNumId w:val="3"/>
  </w:num>
  <w:num w:numId="7" w16cid:durableId="1146553551">
    <w:abstractNumId w:val="2"/>
  </w:num>
  <w:num w:numId="8" w16cid:durableId="224266935">
    <w:abstractNumId w:val="1"/>
  </w:num>
  <w:num w:numId="9" w16cid:durableId="187892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6E6F"/>
    <w:rsid w:val="0029639D"/>
    <w:rsid w:val="00326F90"/>
    <w:rsid w:val="00346833"/>
    <w:rsid w:val="005E6036"/>
    <w:rsid w:val="006C103E"/>
    <w:rsid w:val="007050CD"/>
    <w:rsid w:val="008E3393"/>
    <w:rsid w:val="00AA1D8D"/>
    <w:rsid w:val="00AD35FD"/>
    <w:rsid w:val="00B47730"/>
    <w:rsid w:val="00B769B5"/>
    <w:rsid w:val="00BD5CFD"/>
    <w:rsid w:val="00CB0664"/>
    <w:rsid w:val="00D9613E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384F2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D9613E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2</cp:revision>
  <dcterms:created xsi:type="dcterms:W3CDTF">2013-12-23T23:15:00Z</dcterms:created>
  <dcterms:modified xsi:type="dcterms:W3CDTF">2026-09-02T06:26:00Z</dcterms:modified>
  <cp:category/>
</cp:coreProperties>
</file>