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0" w:type="auto"/>
        <w:tblInd w:w="0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607E24" w:rsidRPr="00607E24" w14:paraId="2818F0E0" w14:textId="77777777">
        <w:trPr>
          <w:cantSplit/>
          <w:trHeight w:val="510"/>
        </w:trPr>
        <w:tc>
          <w:tcPr>
            <w:tcW w:w="1606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178E8096" w14:textId="77777777" w:rsidR="00607E24" w:rsidRPr="00607E24" w:rsidRDefault="00607E24" w:rsidP="00607E24">
            <w:pPr>
              <w:keepNext/>
              <w:jc w:val="center"/>
            </w:pPr>
            <w:r w:rsidRPr="00607E24">
              <w:rPr>
                <w:noProof/>
              </w:rPr>
              <w:drawing>
                <wp:inline distT="0" distB="0" distL="0" distR="0" wp14:anchorId="24C0E690" wp14:editId="1759EFDE">
                  <wp:extent cx="884555" cy="1199515"/>
                  <wp:effectExtent l="0" t="0" r="0" b="635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11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50E7C7D1" w14:textId="77777777" w:rsidR="00607E24" w:rsidRPr="00607E24" w:rsidRDefault="00607E24" w:rsidP="00607E24">
            <w:pPr>
              <w:keepNext/>
            </w:pPr>
            <w:proofErr w:type="spellStart"/>
            <w:r w:rsidRPr="00607E24">
              <w:rPr>
                <w:b/>
                <w:color w:val="0D5F78"/>
              </w:rPr>
              <w:t>Județul</w:t>
            </w:r>
            <w:proofErr w:type="spellEnd"/>
          </w:p>
          <w:p w14:paraId="66E98825" w14:textId="77777777" w:rsidR="00607E24" w:rsidRPr="00607E24" w:rsidRDefault="00607E24" w:rsidP="00607E24">
            <w:pPr>
              <w:keepNext/>
            </w:pPr>
            <w:proofErr w:type="spellStart"/>
            <w:r w:rsidRPr="00607E24">
              <w:t>Sălaj</w:t>
            </w:r>
            <w:proofErr w:type="spellEnd"/>
          </w:p>
        </w:tc>
      </w:tr>
      <w:tr w:rsidR="00607E24" w:rsidRPr="00607E24" w14:paraId="309B7AC1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5FDD7766" w14:textId="77777777" w:rsidR="00607E24" w:rsidRPr="00607E24" w:rsidRDefault="00607E24" w:rsidP="00607E24"/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4E3A5C78" w14:textId="77777777" w:rsidR="00607E24" w:rsidRPr="00607E24" w:rsidRDefault="00607E24" w:rsidP="00607E24">
            <w:pPr>
              <w:keepNext/>
            </w:pPr>
            <w:proofErr w:type="spellStart"/>
            <w:r w:rsidRPr="00607E24">
              <w:rPr>
                <w:b/>
                <w:color w:val="0D5F78"/>
              </w:rPr>
              <w:t>Autoritatea</w:t>
            </w:r>
            <w:proofErr w:type="spellEnd"/>
            <w:r w:rsidRPr="00607E24">
              <w:rPr>
                <w:b/>
                <w:color w:val="0D5F78"/>
              </w:rPr>
              <w:t xml:space="preserve"> </w:t>
            </w:r>
            <w:proofErr w:type="spellStart"/>
            <w:r w:rsidRPr="00607E24">
              <w:rPr>
                <w:b/>
                <w:color w:val="0D5F78"/>
              </w:rPr>
              <w:t>administrației</w:t>
            </w:r>
            <w:proofErr w:type="spellEnd"/>
            <w:r w:rsidRPr="00607E24">
              <w:rPr>
                <w:b/>
                <w:color w:val="0D5F78"/>
              </w:rPr>
              <w:t xml:space="preserve"> </w:t>
            </w:r>
            <w:proofErr w:type="spellStart"/>
            <w:r w:rsidRPr="00607E24">
              <w:rPr>
                <w:b/>
                <w:color w:val="0D5F78"/>
              </w:rPr>
              <w:t>publice</w:t>
            </w:r>
            <w:proofErr w:type="spellEnd"/>
          </w:p>
          <w:p w14:paraId="2FFA4E52" w14:textId="77777777" w:rsidR="00607E24" w:rsidRPr="00607E24" w:rsidRDefault="00607E24" w:rsidP="00607E24">
            <w:pPr>
              <w:keepNext/>
            </w:pPr>
            <w:proofErr w:type="spellStart"/>
            <w:r w:rsidRPr="00607E24">
              <w:t>Primăria</w:t>
            </w:r>
            <w:proofErr w:type="spellEnd"/>
            <w:r w:rsidRPr="00607E24">
              <w:t xml:space="preserve"> </w:t>
            </w:r>
            <w:proofErr w:type="spellStart"/>
            <w:r w:rsidRPr="00607E24">
              <w:t>Municipiului</w:t>
            </w:r>
            <w:proofErr w:type="spellEnd"/>
            <w:r w:rsidRPr="00607E24">
              <w:t xml:space="preserve"> </w:t>
            </w:r>
            <w:proofErr w:type="spellStart"/>
            <w:r w:rsidRPr="00607E24">
              <w:t>Zalău</w:t>
            </w:r>
            <w:proofErr w:type="spellEnd"/>
          </w:p>
        </w:tc>
      </w:tr>
      <w:tr w:rsidR="00607E24" w:rsidRPr="00607E24" w14:paraId="50A4F875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57C10538" w14:textId="77777777" w:rsidR="00607E24" w:rsidRPr="00607E24" w:rsidRDefault="00607E24" w:rsidP="00607E24"/>
        </w:tc>
        <w:tc>
          <w:tcPr>
            <w:tcW w:w="2409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22F21DA5" w14:textId="77777777" w:rsidR="00607E24" w:rsidRPr="00607E24" w:rsidRDefault="00607E24" w:rsidP="00607E24">
            <w:pPr>
              <w:keepNext/>
              <w:rPr>
                <w:lang w:val="fr-FR"/>
              </w:rPr>
            </w:pPr>
            <w:r w:rsidRPr="00607E24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607E24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607E24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607E24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607E24">
              <w:rPr>
                <w:b/>
                <w:color w:val="0D5F78"/>
                <w:lang w:val="fr-FR"/>
              </w:rPr>
              <w:t xml:space="preserve"> (CIF)</w:t>
            </w:r>
          </w:p>
          <w:p w14:paraId="3D6816C9" w14:textId="77777777" w:rsidR="00607E24" w:rsidRPr="00607E24" w:rsidRDefault="00607E24" w:rsidP="00607E24">
            <w:pPr>
              <w:keepNext/>
              <w:rPr>
                <w:lang w:val="fr-FR"/>
              </w:rPr>
            </w:pPr>
            <w:r w:rsidRPr="00607E24">
              <w:t>4291786</w:t>
            </w:r>
          </w:p>
        </w:tc>
        <w:tc>
          <w:tcPr>
            <w:tcW w:w="5621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5D3F00AC" w14:textId="77777777" w:rsidR="00607E24" w:rsidRPr="00607E24" w:rsidRDefault="00607E24" w:rsidP="00607E24">
            <w:pPr>
              <w:keepNext/>
            </w:pPr>
            <w:proofErr w:type="spellStart"/>
            <w:r w:rsidRPr="00607E24">
              <w:rPr>
                <w:b/>
                <w:color w:val="0D5F78"/>
              </w:rPr>
              <w:t>Adresa</w:t>
            </w:r>
            <w:proofErr w:type="spellEnd"/>
            <w:r w:rsidRPr="00607E24">
              <w:rPr>
                <w:b/>
                <w:color w:val="0D5F78"/>
              </w:rPr>
              <w:t xml:space="preserve"> </w:t>
            </w:r>
            <w:proofErr w:type="spellStart"/>
            <w:r w:rsidRPr="00607E24">
              <w:rPr>
                <w:b/>
                <w:color w:val="0D5F78"/>
              </w:rPr>
              <w:t>oficială</w:t>
            </w:r>
            <w:proofErr w:type="spellEnd"/>
          </w:p>
          <w:p w14:paraId="5509B6A7" w14:textId="77777777" w:rsidR="00607E24" w:rsidRPr="00607E24" w:rsidRDefault="00607E24" w:rsidP="00607E24">
            <w:pPr>
              <w:keepNext/>
            </w:pPr>
            <w:proofErr w:type="spellStart"/>
            <w:r w:rsidRPr="00607E24">
              <w:t>Piața</w:t>
            </w:r>
            <w:proofErr w:type="spellEnd"/>
            <w:r w:rsidRPr="00607E24">
              <w:t xml:space="preserve"> Iuliu Maniu, nr. 3, tel. 0260 610550, e-mail: primaria@zalausj.ro</w:t>
            </w:r>
          </w:p>
          <w:p w14:paraId="70B0FB48" w14:textId="77777777" w:rsidR="00607E24" w:rsidRPr="00607E24" w:rsidRDefault="00607E24" w:rsidP="00607E24">
            <w:pPr>
              <w:keepNext/>
            </w:pPr>
          </w:p>
        </w:tc>
      </w:tr>
      <w:tr w:rsidR="00607E24" w:rsidRPr="00607E24" w14:paraId="76C36348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63DC91B8" w14:textId="77777777" w:rsidR="00607E24" w:rsidRPr="00607E24" w:rsidRDefault="00607E24" w:rsidP="00607E24"/>
        </w:tc>
        <w:tc>
          <w:tcPr>
            <w:tcW w:w="481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1FCF2B4B" w14:textId="77777777" w:rsidR="00607E24" w:rsidRPr="00607E24" w:rsidRDefault="00607E24" w:rsidP="00607E24">
            <w:pPr>
              <w:keepNext/>
            </w:pPr>
            <w:proofErr w:type="spellStart"/>
            <w:r w:rsidRPr="00607E24">
              <w:rPr>
                <w:b/>
                <w:color w:val="0D5F78"/>
              </w:rPr>
              <w:t>Număr</w:t>
            </w:r>
            <w:proofErr w:type="spellEnd"/>
            <w:r w:rsidRPr="00607E24">
              <w:rPr>
                <w:b/>
                <w:color w:val="0D5F78"/>
              </w:rPr>
              <w:t xml:space="preserve"> de </w:t>
            </w:r>
            <w:proofErr w:type="spellStart"/>
            <w:r w:rsidRPr="00607E24">
              <w:rPr>
                <w:b/>
                <w:color w:val="0D5F78"/>
              </w:rPr>
              <w:t>înregistrare</w:t>
            </w:r>
            <w:proofErr w:type="spellEnd"/>
          </w:p>
          <w:p w14:paraId="69BCA1DA" w14:textId="77777777" w:rsidR="00607E24" w:rsidRPr="00607E24" w:rsidRDefault="00607E24" w:rsidP="00607E24">
            <w:pPr>
              <w:keepNext/>
            </w:pPr>
          </w:p>
        </w:tc>
        <w:tc>
          <w:tcPr>
            <w:tcW w:w="321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049A1E96" w14:textId="77777777" w:rsidR="00607E24" w:rsidRPr="00607E24" w:rsidRDefault="00607E24" w:rsidP="00607E24">
            <w:pPr>
              <w:keepNext/>
            </w:pPr>
            <w:r w:rsidRPr="00607E24">
              <w:rPr>
                <w:b/>
                <w:color w:val="0D5F78"/>
              </w:rPr>
              <w:t>Data</w:t>
            </w:r>
          </w:p>
          <w:p w14:paraId="279413AC" w14:textId="77777777" w:rsidR="00607E24" w:rsidRPr="00607E24" w:rsidRDefault="00607E24" w:rsidP="00607E24">
            <w:pPr>
              <w:keepNext/>
            </w:pPr>
          </w:p>
        </w:tc>
      </w:tr>
      <w:tr w:rsidR="00607E24" w:rsidRPr="00607E24" w14:paraId="53E21EB5" w14:textId="77777777">
        <w:trPr>
          <w:cantSplit/>
        </w:trPr>
        <w:tc>
          <w:tcPr>
            <w:tcW w:w="963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40C4AB08" w14:textId="77777777" w:rsidR="00607E24" w:rsidRPr="00607E24" w:rsidRDefault="00607E24" w:rsidP="00607E24">
            <w:pPr>
              <w:rPr>
                <w:lang w:val="fr-FR"/>
              </w:rPr>
            </w:pPr>
            <w:r w:rsidRPr="00607E24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607E24">
              <w:rPr>
                <w:i/>
                <w:color w:val="595959"/>
                <w:lang w:val="fr-FR"/>
              </w:rPr>
              <w:t>se</w:t>
            </w:r>
            <w:proofErr w:type="gramEnd"/>
            <w:r w:rsidRPr="00607E24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607E24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607E24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607E24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607E24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607E24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607E24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607E24">
              <w:rPr>
                <w:i/>
                <w:color w:val="595959"/>
                <w:lang w:val="fr-FR"/>
              </w:rPr>
              <w:t>scrie</w:t>
            </w:r>
            <w:proofErr w:type="spellEnd"/>
            <w:r w:rsidRPr="00607E24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607E24">
              <w:rPr>
                <w:i/>
                <w:color w:val="595959"/>
                <w:lang w:val="fr-FR"/>
              </w:rPr>
              <w:t>în</w:t>
            </w:r>
            <w:proofErr w:type="spellEnd"/>
            <w:r w:rsidRPr="00607E24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607E24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607E24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607E24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109DC34E" w14:textId="77777777" w:rsidR="00A11ECC" w:rsidRPr="00E6757A" w:rsidRDefault="00A11ECC">
      <w:pPr>
        <w:spacing w:line="168" w:lineRule="auto"/>
        <w:rPr>
          <w:lang w:val="fr-FR"/>
        </w:rPr>
      </w:pPr>
    </w:p>
    <w:p w14:paraId="0F5A4CDF" w14:textId="77777777" w:rsidR="00A11ECC" w:rsidRPr="00182EDC" w:rsidRDefault="00000000">
      <w:pPr>
        <w:spacing w:before="140" w:after="40"/>
        <w:jc w:val="center"/>
        <w:rPr>
          <w:sz w:val="28"/>
          <w:szCs w:val="28"/>
        </w:rPr>
      </w:pPr>
      <w:r w:rsidRPr="00182EDC">
        <w:rPr>
          <w:b/>
          <w:sz w:val="28"/>
          <w:szCs w:val="28"/>
        </w:rPr>
        <w:t>ÎNȘTIINȚARE</w:t>
      </w:r>
    </w:p>
    <w:p w14:paraId="1643D012" w14:textId="77777777" w:rsidR="00A11ECC" w:rsidRDefault="00000000">
      <w:pPr>
        <w:spacing w:after="120"/>
        <w:jc w:val="center"/>
      </w:pPr>
      <w:r>
        <w:rPr>
          <w:sz w:val="19"/>
        </w:rPr>
        <w:t>privind începerea execuției lucrărilor</w:t>
      </w:r>
    </w:p>
    <w:p w14:paraId="4291F9D6" w14:textId="77777777" w:rsidR="00A11ECC" w:rsidRDefault="00A11ECC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11ECC" w14:paraId="7612C26F" w14:textId="77777777">
        <w:trPr>
          <w:cantSplit/>
        </w:trPr>
        <w:tc>
          <w:tcPr>
            <w:tcW w:w="9636" w:type="dxa"/>
            <w:shd w:val="clear" w:color="auto" w:fill="F4F4F4"/>
          </w:tcPr>
          <w:p w14:paraId="752A6287" w14:textId="77777777" w:rsidR="00A11ECC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A11ECC" w:rsidRPr="00182EDC" w14:paraId="37740068" w14:textId="77777777">
        <w:trPr>
          <w:cantSplit/>
          <w:trHeight w:val="510"/>
        </w:trPr>
        <w:tc>
          <w:tcPr>
            <w:tcW w:w="9636" w:type="dxa"/>
          </w:tcPr>
          <w:p w14:paraId="48BA2405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r w:rsidRPr="00E6757A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2804ABDC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E6757A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E6757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comunei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sector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5641DACE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</w:tr>
      <w:tr w:rsidR="00A11ECC" w:rsidRPr="00182EDC" w14:paraId="57F07BFF" w14:textId="77777777">
        <w:trPr>
          <w:cantSplit/>
        </w:trPr>
        <w:tc>
          <w:tcPr>
            <w:tcW w:w="9636" w:type="dxa"/>
            <w:shd w:val="clear" w:color="auto" w:fill="F4F4F4"/>
          </w:tcPr>
          <w:p w14:paraId="78405B03" w14:textId="77777777" w:rsidR="00A11ECC" w:rsidRPr="00E6757A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E6757A">
              <w:rPr>
                <w:lang w:val="fr-FR"/>
              </w:rPr>
              <w:t>Cererea</w:t>
            </w:r>
            <w:proofErr w:type="spellEnd"/>
            <w:r w:rsidRPr="00E6757A">
              <w:rPr>
                <w:lang w:val="fr-FR"/>
              </w:rPr>
              <w:t xml:space="preserve"> va fi </w:t>
            </w:r>
            <w:proofErr w:type="spellStart"/>
            <w:r w:rsidRPr="00E6757A">
              <w:rPr>
                <w:lang w:val="fr-FR"/>
              </w:rPr>
              <w:t>transmisă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către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președintele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consiliului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județean</w:t>
            </w:r>
            <w:proofErr w:type="spellEnd"/>
            <w:r w:rsidRPr="00E6757A">
              <w:rPr>
                <w:lang w:val="fr-FR"/>
              </w:rPr>
              <w:t xml:space="preserve">, </w:t>
            </w:r>
            <w:proofErr w:type="spellStart"/>
            <w:r w:rsidRPr="00E6757A">
              <w:rPr>
                <w:lang w:val="fr-FR"/>
              </w:rPr>
              <w:t>primarul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general</w:t>
            </w:r>
            <w:proofErr w:type="spellEnd"/>
            <w:r w:rsidRPr="00E6757A">
              <w:rPr>
                <w:lang w:val="fr-FR"/>
              </w:rPr>
              <w:t xml:space="preserve">, </w:t>
            </w:r>
            <w:proofErr w:type="spellStart"/>
            <w:r w:rsidRPr="00E6757A">
              <w:rPr>
                <w:lang w:val="fr-FR"/>
              </w:rPr>
              <w:t>primarul</w:t>
            </w:r>
            <w:proofErr w:type="spellEnd"/>
            <w:r w:rsidRPr="00E6757A">
              <w:rPr>
                <w:lang w:val="fr-FR"/>
              </w:rPr>
              <w:t xml:space="preserve"> de </w:t>
            </w:r>
            <w:proofErr w:type="spellStart"/>
            <w:r w:rsidRPr="00E6757A">
              <w:rPr>
                <w:lang w:val="fr-FR"/>
              </w:rPr>
              <w:t>sector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sau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primarul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municipiului</w:t>
            </w:r>
            <w:proofErr w:type="spellEnd"/>
            <w:r w:rsidRPr="00E6757A">
              <w:rPr>
                <w:lang w:val="fr-FR"/>
              </w:rPr>
              <w:t xml:space="preserve"> / </w:t>
            </w:r>
            <w:proofErr w:type="spellStart"/>
            <w:r w:rsidRPr="00E6757A">
              <w:rPr>
                <w:lang w:val="fr-FR"/>
              </w:rPr>
              <w:t>orașului</w:t>
            </w:r>
            <w:proofErr w:type="spellEnd"/>
            <w:r w:rsidRPr="00E6757A">
              <w:rPr>
                <w:lang w:val="fr-FR"/>
              </w:rPr>
              <w:t xml:space="preserve"> / </w:t>
            </w:r>
            <w:proofErr w:type="spellStart"/>
            <w:r w:rsidRPr="00E6757A">
              <w:rPr>
                <w:lang w:val="fr-FR"/>
              </w:rPr>
              <w:t>comunei</w:t>
            </w:r>
            <w:proofErr w:type="spellEnd"/>
            <w:r w:rsidRPr="00E6757A">
              <w:rPr>
                <w:lang w:val="fr-FR"/>
              </w:rPr>
              <w:t xml:space="preserve">, </w:t>
            </w:r>
            <w:proofErr w:type="spellStart"/>
            <w:r w:rsidRPr="00E6757A">
              <w:rPr>
                <w:lang w:val="fr-FR"/>
              </w:rPr>
              <w:t>după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caz</w:t>
            </w:r>
            <w:proofErr w:type="spellEnd"/>
            <w:r w:rsidRPr="00E6757A">
              <w:rPr>
                <w:lang w:val="fr-FR"/>
              </w:rPr>
              <w:t>.</w:t>
            </w:r>
          </w:p>
        </w:tc>
      </w:tr>
    </w:tbl>
    <w:p w14:paraId="3FD1D3DB" w14:textId="77777777" w:rsidR="00A11ECC" w:rsidRPr="00E6757A" w:rsidRDefault="00A11ECC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A11ECC" w14:paraId="34B777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FB959D0" w14:textId="77777777" w:rsidR="00A11ECC" w:rsidRDefault="00000000">
            <w:pPr>
              <w:keepNext/>
            </w:pPr>
            <w:r w:rsidRPr="00E6757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A11ECC" w14:paraId="5E841B0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D80803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45C36B89" w14:textId="77777777" w:rsidR="00A11ECC" w:rsidRDefault="00A11ECC">
            <w:pPr>
              <w:keepNext/>
            </w:pPr>
          </w:p>
        </w:tc>
        <w:tc>
          <w:tcPr>
            <w:tcW w:w="4015" w:type="dxa"/>
            <w:gridSpan w:val="3"/>
          </w:tcPr>
          <w:p w14:paraId="75015164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4E9C5560" w14:textId="77777777" w:rsidR="00A11ECC" w:rsidRDefault="00A11ECC">
            <w:pPr>
              <w:keepNext/>
            </w:pPr>
          </w:p>
        </w:tc>
      </w:tr>
      <w:tr w:rsidR="00A11ECC" w14:paraId="5222187E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D0D4BD0" w14:textId="77777777" w:rsidR="00A11ECC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A11ECC" w14:paraId="7E1FD110" w14:textId="77777777">
        <w:trPr>
          <w:cantSplit/>
          <w:trHeight w:val="510"/>
        </w:trPr>
        <w:tc>
          <w:tcPr>
            <w:tcW w:w="1606" w:type="dxa"/>
          </w:tcPr>
          <w:p w14:paraId="011280E1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DE6E8D1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5E7E72CA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3406A505" w14:textId="77777777" w:rsidR="00A11ECC" w:rsidRDefault="00A11ECC">
            <w:pPr>
              <w:keepNext/>
            </w:pPr>
          </w:p>
        </w:tc>
        <w:tc>
          <w:tcPr>
            <w:tcW w:w="4818" w:type="dxa"/>
            <w:gridSpan w:val="5"/>
          </w:tcPr>
          <w:p w14:paraId="7DF5916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50D7D510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0315ACF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1986321" w14:textId="77777777" w:rsidR="00A11ECC" w:rsidRDefault="00A11ECC">
            <w:pPr>
              <w:keepNext/>
            </w:pPr>
          </w:p>
        </w:tc>
      </w:tr>
      <w:tr w:rsidR="00A11ECC" w14:paraId="2B7C18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5A44F1F" w14:textId="77777777" w:rsidR="00A11ECC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A11ECC" w14:paraId="71035973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2D50C9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52501A06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4"/>
          </w:tcPr>
          <w:p w14:paraId="660341FA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2606FFF2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75959E8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07EED8E4" w14:textId="77777777" w:rsidR="00A11ECC" w:rsidRDefault="00A11ECC">
            <w:pPr>
              <w:keepNext/>
            </w:pPr>
          </w:p>
        </w:tc>
      </w:tr>
      <w:tr w:rsidR="00A11ECC" w14:paraId="7BDBDAA6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88B7A94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9EA4587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7B7A03A3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2EA7BE1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489F1D5C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1B363C39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0AB11C78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479DDF31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0E882C1A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191097FF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2CA3CE1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2326ABB1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1D955C86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060B5581" w14:textId="77777777" w:rsidR="00A11ECC" w:rsidRDefault="00A11ECC">
            <w:pPr>
              <w:keepNext/>
            </w:pPr>
          </w:p>
        </w:tc>
      </w:tr>
      <w:tr w:rsidR="00A11ECC" w14:paraId="4DC3EAC3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C6019A0" w14:textId="77777777" w:rsidR="00A11ECC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A11ECC" w14:paraId="018EC0C9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121A4C" w14:textId="77777777" w:rsidR="00A11ECC" w:rsidRDefault="00000000">
            <w:r>
              <w:rPr>
                <w:b/>
                <w:color w:val="0D5F78"/>
              </w:rPr>
              <w:t>Telefon / fax</w:t>
            </w:r>
          </w:p>
          <w:p w14:paraId="0187BF30" w14:textId="77777777" w:rsidR="00A11ECC" w:rsidRDefault="00A11ECC"/>
        </w:tc>
        <w:tc>
          <w:tcPr>
            <w:tcW w:w="5621" w:type="dxa"/>
            <w:gridSpan w:val="5"/>
          </w:tcPr>
          <w:p w14:paraId="4FBE455D" w14:textId="77777777" w:rsidR="00A11ECC" w:rsidRDefault="00000000">
            <w:r>
              <w:rPr>
                <w:b/>
                <w:color w:val="0D5F78"/>
              </w:rPr>
              <w:t>E-mail</w:t>
            </w:r>
          </w:p>
          <w:p w14:paraId="5177F214" w14:textId="77777777" w:rsidR="00A11ECC" w:rsidRDefault="00A11ECC"/>
        </w:tc>
      </w:tr>
    </w:tbl>
    <w:p w14:paraId="5C86987D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A11ECC" w:rsidRPr="00182EDC" w14:paraId="1367784F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294D977" w14:textId="77777777" w:rsidR="00A11ECC" w:rsidRPr="00E6757A" w:rsidRDefault="00000000">
            <w:pPr>
              <w:keepNext/>
              <w:rPr>
                <w:lang w:val="fr-FR"/>
              </w:rPr>
            </w:pPr>
            <w:r w:rsidRPr="00E6757A">
              <w:rPr>
                <w:b/>
                <w:sz w:val="16"/>
                <w:lang w:val="fr-FR"/>
              </w:rPr>
              <w:t xml:space="preserve"> 3. </w:t>
            </w:r>
            <w:r w:rsidRPr="00E6757A">
              <w:rPr>
                <w:b/>
                <w:color w:val="000000"/>
                <w:sz w:val="18"/>
                <w:lang w:val="fr-FR"/>
              </w:rPr>
              <w:t>TITULAR AL AUTORIZAȚIEI DE CONSTRUIRE / DESFIINȚARE</w:t>
            </w:r>
          </w:p>
        </w:tc>
      </w:tr>
      <w:tr w:rsidR="00A11ECC" w14:paraId="459283F5" w14:textId="77777777">
        <w:trPr>
          <w:cantSplit/>
          <w:trHeight w:val="510"/>
        </w:trPr>
        <w:tc>
          <w:tcPr>
            <w:tcW w:w="1606" w:type="dxa"/>
          </w:tcPr>
          <w:p w14:paraId="037F2C8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40DB982C" w14:textId="77777777" w:rsidR="00A11ECC" w:rsidRDefault="00A11ECC">
            <w:pPr>
              <w:keepNext/>
            </w:pPr>
          </w:p>
        </w:tc>
        <w:tc>
          <w:tcPr>
            <w:tcW w:w="2409" w:type="dxa"/>
          </w:tcPr>
          <w:p w14:paraId="4369B01E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48964A76" w14:textId="77777777" w:rsidR="00A11ECC" w:rsidRDefault="00A11ECC">
            <w:pPr>
              <w:keepNext/>
            </w:pPr>
          </w:p>
        </w:tc>
        <w:tc>
          <w:tcPr>
            <w:tcW w:w="5621" w:type="dxa"/>
          </w:tcPr>
          <w:p w14:paraId="48B3695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Emisă de</w:t>
            </w:r>
          </w:p>
          <w:p w14:paraId="25DDB5C1" w14:textId="77777777" w:rsidR="00A11ECC" w:rsidRDefault="00A11ECC">
            <w:pPr>
              <w:keepNext/>
            </w:pPr>
          </w:p>
        </w:tc>
      </w:tr>
      <w:tr w:rsidR="00A11ECC" w14:paraId="5C8E1AD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0DD157D" w14:textId="77777777" w:rsidR="00A11ECC" w:rsidRDefault="00000000">
            <w:pPr>
              <w:keepNext/>
            </w:pPr>
            <w:r>
              <w:rPr>
                <w:sz w:val="16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A11ECC" w:rsidRPr="00182EDC" w14:paraId="3EFBA0A3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2A7F641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r w:rsidRPr="00E6757A">
              <w:rPr>
                <w:b/>
                <w:color w:val="0D5F78"/>
                <w:lang w:val="fr-FR"/>
              </w:rPr>
              <w:t>Denumirea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lucrării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capacitatea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și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categoria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lucrări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din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autorizație</w:t>
            </w:r>
            <w:proofErr w:type="spellEnd"/>
          </w:p>
          <w:p w14:paraId="109F0125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</w:tr>
      <w:tr w:rsidR="00A11ECC" w14:paraId="795F9BF6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64E6FE5" w14:textId="77777777" w:rsidR="00A11ECC" w:rsidRDefault="00000000"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valoare</w:t>
            </w:r>
            <w:proofErr w:type="spellEnd"/>
            <w:r>
              <w:rPr>
                <w:b/>
                <w:color w:val="0D5F78"/>
              </w:rPr>
              <w:t xml:space="preserve"> de (lei)</w:t>
            </w:r>
          </w:p>
          <w:p w14:paraId="1A278680" w14:textId="77777777" w:rsidR="00A11ECC" w:rsidRDefault="00A11ECC"/>
        </w:tc>
      </w:tr>
    </w:tbl>
    <w:p w14:paraId="63EF26CC" w14:textId="77777777" w:rsidR="00A11ECC" w:rsidRDefault="00A11ECC">
      <w:pPr>
        <w:spacing w:line="168" w:lineRule="auto"/>
      </w:pPr>
    </w:p>
    <w:p w14:paraId="504C3BAB" w14:textId="7646A303" w:rsidR="00A11ECC" w:rsidRPr="00182EDC" w:rsidRDefault="00E6757A" w:rsidP="00E6757A">
      <w:pPr>
        <w:tabs>
          <w:tab w:val="center" w:pos="4819"/>
          <w:tab w:val="left" w:pos="7608"/>
        </w:tabs>
        <w:spacing w:before="140" w:after="40"/>
        <w:rPr>
          <w:sz w:val="28"/>
          <w:szCs w:val="28"/>
        </w:rPr>
      </w:pPr>
      <w:r>
        <w:rPr>
          <w:b/>
          <w:sz w:val="34"/>
        </w:rPr>
        <w:tab/>
      </w:r>
      <w:r w:rsidRPr="00182EDC">
        <w:rPr>
          <w:b/>
          <w:sz w:val="28"/>
          <w:szCs w:val="28"/>
        </w:rPr>
        <w:t>ADUC LA CUNOȘTINȚĂ</w:t>
      </w:r>
      <w:r w:rsidRPr="00182EDC">
        <w:rPr>
          <w:b/>
          <w:sz w:val="28"/>
          <w:szCs w:val="28"/>
        </w:rPr>
        <w:tab/>
      </w:r>
    </w:p>
    <w:p w14:paraId="1799DE9F" w14:textId="77777777" w:rsidR="00A11ECC" w:rsidRDefault="00A11ECC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A11ECC" w14:paraId="47D7F709" w14:textId="77777777">
        <w:trPr>
          <w:cantSplit/>
          <w:trHeight w:val="510"/>
        </w:trPr>
        <w:tc>
          <w:tcPr>
            <w:tcW w:w="2409" w:type="dxa"/>
          </w:tcPr>
          <w:p w14:paraId="04FE48E4" w14:textId="77777777" w:rsidR="00A11ECC" w:rsidRDefault="00000000">
            <w:r>
              <w:rPr>
                <w:b/>
                <w:color w:val="0D5F78"/>
              </w:rPr>
              <w:t>Că la data de</w:t>
            </w:r>
          </w:p>
          <w:p w14:paraId="2A3EFF1D" w14:textId="77777777" w:rsidR="00A11ECC" w:rsidRDefault="00A11ECC"/>
        </w:tc>
        <w:tc>
          <w:tcPr>
            <w:tcW w:w="1606" w:type="dxa"/>
          </w:tcPr>
          <w:p w14:paraId="4DCDBC6C" w14:textId="77777777" w:rsidR="00A11ECC" w:rsidRDefault="00000000">
            <w:r>
              <w:rPr>
                <w:b/>
                <w:color w:val="0D5F78"/>
              </w:rPr>
              <w:t>ora</w:t>
            </w:r>
          </w:p>
          <w:p w14:paraId="68C2609C" w14:textId="77777777" w:rsidR="00A11ECC" w:rsidRDefault="00A11ECC"/>
        </w:tc>
        <w:tc>
          <w:tcPr>
            <w:tcW w:w="5621" w:type="dxa"/>
          </w:tcPr>
          <w:p w14:paraId="040137A9" w14:textId="77777777" w:rsidR="00A11ECC" w:rsidRPr="00E6757A" w:rsidRDefault="00000000">
            <w:pPr>
              <w:rPr>
                <w:lang w:val="fr-FR"/>
              </w:rPr>
            </w:pPr>
            <w:proofErr w:type="gramStart"/>
            <w:r w:rsidRPr="00E6757A">
              <w:rPr>
                <w:b/>
                <w:color w:val="0D5F78"/>
                <w:lang w:val="fr-FR"/>
              </w:rPr>
              <w:t>vor</w:t>
            </w:r>
            <w:proofErr w:type="gram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începe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lucrările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construcții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autorizate</w:t>
            </w:r>
            <w:proofErr w:type="spellEnd"/>
          </w:p>
          <w:p w14:paraId="3DC112F4" w14:textId="77777777" w:rsidR="00A11ECC" w:rsidRDefault="00000000">
            <w:proofErr w:type="spellStart"/>
            <w:r>
              <w:rPr>
                <w:i/>
                <w:color w:val="7A7A7A"/>
              </w:rPr>
              <w:t>pentru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imobilul</w:t>
            </w:r>
            <w:proofErr w:type="spellEnd"/>
            <w:r>
              <w:rPr>
                <w:i/>
                <w:color w:val="7A7A7A"/>
              </w:rPr>
              <w:t xml:space="preserve"> de </w:t>
            </w:r>
            <w:proofErr w:type="spellStart"/>
            <w:r>
              <w:rPr>
                <w:i/>
                <w:color w:val="7A7A7A"/>
              </w:rPr>
              <w:t>mai</w:t>
            </w:r>
            <w:proofErr w:type="spellEnd"/>
            <w:r>
              <w:rPr>
                <w:i/>
                <w:color w:val="7A7A7A"/>
              </w:rPr>
              <w:t xml:space="preserve"> jos</w:t>
            </w:r>
          </w:p>
          <w:p w14:paraId="3300FC33" w14:textId="77777777" w:rsidR="00A11ECC" w:rsidRDefault="00A11ECC"/>
        </w:tc>
      </w:tr>
    </w:tbl>
    <w:p w14:paraId="432CEB30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A11ECC" w14:paraId="26100B20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2D475EE4" w14:textId="77777777" w:rsidR="00A11ECC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11ECC" w14:paraId="7ACF282A" w14:textId="77777777">
        <w:trPr>
          <w:cantSplit/>
        </w:trPr>
        <w:tc>
          <w:tcPr>
            <w:tcW w:w="9636" w:type="dxa"/>
            <w:gridSpan w:val="6"/>
          </w:tcPr>
          <w:p w14:paraId="50878A3D" w14:textId="77777777" w:rsidR="00A11ECC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A11ECC" w14:paraId="049C9151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844C39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010FC309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54B9E1A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7A126BAD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2FB9D75E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0787ED05" w14:textId="77777777" w:rsidR="00A11ECC" w:rsidRDefault="00A11ECC">
            <w:pPr>
              <w:keepNext/>
            </w:pPr>
          </w:p>
        </w:tc>
      </w:tr>
      <w:tr w:rsidR="00A11ECC" w14:paraId="36DAE126" w14:textId="77777777">
        <w:trPr>
          <w:cantSplit/>
          <w:trHeight w:val="510"/>
        </w:trPr>
        <w:tc>
          <w:tcPr>
            <w:tcW w:w="1606" w:type="dxa"/>
          </w:tcPr>
          <w:p w14:paraId="057F824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7B4C970" w14:textId="77777777" w:rsidR="00A11ECC" w:rsidRDefault="00A11ECC">
            <w:pPr>
              <w:keepNext/>
            </w:pPr>
          </w:p>
        </w:tc>
        <w:tc>
          <w:tcPr>
            <w:tcW w:w="4818" w:type="dxa"/>
            <w:gridSpan w:val="3"/>
          </w:tcPr>
          <w:p w14:paraId="3DA08EA7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538D62A6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720E6D2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E7EF5EB" w14:textId="77777777" w:rsidR="00A11ECC" w:rsidRDefault="00A11ECC">
            <w:pPr>
              <w:keepNext/>
            </w:pPr>
          </w:p>
        </w:tc>
        <w:tc>
          <w:tcPr>
            <w:tcW w:w="2409" w:type="dxa"/>
          </w:tcPr>
          <w:p w14:paraId="57AD1668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26416C0C" w14:textId="77777777" w:rsidR="00A11ECC" w:rsidRDefault="00A11ECC">
            <w:pPr>
              <w:keepNext/>
            </w:pPr>
          </w:p>
        </w:tc>
      </w:tr>
      <w:tr w:rsidR="00A11ECC" w14:paraId="4C590D10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05FC5203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r w:rsidRPr="00E6757A">
              <w:rPr>
                <w:b/>
                <w:color w:val="0D5F78"/>
                <w:lang w:val="fr-FR"/>
              </w:rPr>
              <w:t>Număr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cadastral</w:t>
            </w:r>
          </w:p>
          <w:p w14:paraId="3BE30373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E6757A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E6757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în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e-Terra</w:t>
            </w:r>
          </w:p>
          <w:p w14:paraId="0F081BC3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451DB82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202F2988" w14:textId="77777777" w:rsidR="00A11ECC" w:rsidRDefault="00A11ECC">
            <w:pPr>
              <w:keepNext/>
            </w:pPr>
          </w:p>
        </w:tc>
      </w:tr>
    </w:tbl>
    <w:p w14:paraId="30B8E0EC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A11ECC" w14:paraId="031C2B49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F999CAB" w14:textId="77777777" w:rsidR="00A11ECC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A11ECC" w14:paraId="70317068" w14:textId="77777777">
        <w:trPr>
          <w:cantSplit/>
          <w:trHeight w:val="510"/>
        </w:trPr>
        <w:tc>
          <w:tcPr>
            <w:tcW w:w="1606" w:type="dxa"/>
          </w:tcPr>
          <w:p w14:paraId="6AB536DB" w14:textId="77777777" w:rsidR="00A11ECC" w:rsidRDefault="00000000">
            <w:r>
              <w:rPr>
                <w:b/>
                <w:color w:val="0D5F78"/>
              </w:rPr>
              <w:t>Data</w:t>
            </w:r>
          </w:p>
          <w:p w14:paraId="45065743" w14:textId="77777777" w:rsidR="00A11ECC" w:rsidRDefault="00A11ECC"/>
        </w:tc>
        <w:tc>
          <w:tcPr>
            <w:tcW w:w="4818" w:type="dxa"/>
          </w:tcPr>
          <w:p w14:paraId="1F4E7ECE" w14:textId="77777777" w:rsidR="00A11ECC" w:rsidRDefault="00000000">
            <w:r>
              <w:rPr>
                <w:b/>
                <w:color w:val="0D5F78"/>
              </w:rPr>
              <w:t>Titularul autorizației</w:t>
            </w:r>
          </w:p>
          <w:p w14:paraId="21637A08" w14:textId="77777777" w:rsidR="00A11ECC" w:rsidRDefault="00A11ECC"/>
        </w:tc>
        <w:tc>
          <w:tcPr>
            <w:tcW w:w="3212" w:type="dxa"/>
          </w:tcPr>
          <w:p w14:paraId="004D4C8B" w14:textId="77777777" w:rsidR="00A11ECC" w:rsidRDefault="00000000">
            <w:r>
              <w:rPr>
                <w:b/>
                <w:color w:val="0D5F78"/>
              </w:rPr>
              <w:t>Semnătura</w:t>
            </w:r>
          </w:p>
          <w:p w14:paraId="307E167C" w14:textId="77777777" w:rsidR="00A11ECC" w:rsidRDefault="00A11ECC"/>
        </w:tc>
      </w:tr>
    </w:tbl>
    <w:p w14:paraId="33B23A72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11ECC" w:rsidRPr="00182EDC" w14:paraId="5723B871" w14:textId="77777777">
        <w:trPr>
          <w:cantSplit/>
        </w:trPr>
        <w:tc>
          <w:tcPr>
            <w:tcW w:w="9636" w:type="dxa"/>
            <w:shd w:val="clear" w:color="auto" w:fill="F4F4F4"/>
          </w:tcPr>
          <w:p w14:paraId="5778FA35" w14:textId="77777777" w:rsidR="00A11ECC" w:rsidRPr="00E6757A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E6757A">
              <w:rPr>
                <w:lang w:val="fr-FR"/>
              </w:rPr>
              <w:t>Formularul</w:t>
            </w:r>
            <w:proofErr w:type="spellEnd"/>
            <w:r w:rsidRPr="00E6757A">
              <w:rPr>
                <w:lang w:val="fr-FR"/>
              </w:rPr>
              <w:t xml:space="preserve"> se </w:t>
            </w:r>
            <w:proofErr w:type="spellStart"/>
            <w:r w:rsidRPr="00E6757A">
              <w:rPr>
                <w:lang w:val="fr-FR"/>
              </w:rPr>
              <w:t>anexează</w:t>
            </w:r>
            <w:proofErr w:type="spellEnd"/>
            <w:r w:rsidRPr="00E6757A">
              <w:rPr>
                <w:lang w:val="fr-FR"/>
              </w:rPr>
              <w:t xml:space="preserve"> la </w:t>
            </w:r>
            <w:proofErr w:type="spellStart"/>
            <w:r w:rsidRPr="00E6757A">
              <w:rPr>
                <w:lang w:val="fr-FR"/>
              </w:rPr>
              <w:t>autorizația</w:t>
            </w:r>
            <w:proofErr w:type="spellEnd"/>
            <w:r w:rsidRPr="00E6757A">
              <w:rPr>
                <w:lang w:val="fr-FR"/>
              </w:rPr>
              <w:t xml:space="preserve"> de construire / </w:t>
            </w:r>
            <w:proofErr w:type="spellStart"/>
            <w:r w:rsidRPr="00E6757A">
              <w:rPr>
                <w:lang w:val="fr-FR"/>
              </w:rPr>
              <w:t>desființare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în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două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exemplare</w:t>
            </w:r>
            <w:proofErr w:type="spellEnd"/>
            <w:r w:rsidRPr="00E6757A">
              <w:rPr>
                <w:lang w:val="fr-FR"/>
              </w:rPr>
              <w:t xml:space="preserve">. </w:t>
            </w:r>
            <w:proofErr w:type="spellStart"/>
            <w:r w:rsidRPr="00E6757A">
              <w:rPr>
                <w:lang w:val="fr-FR"/>
              </w:rPr>
              <w:t>Titularul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autorizației</w:t>
            </w:r>
            <w:proofErr w:type="spellEnd"/>
            <w:r w:rsidRPr="00E6757A">
              <w:rPr>
                <w:lang w:val="fr-FR"/>
              </w:rPr>
              <w:t xml:space="preserve"> este </w:t>
            </w:r>
            <w:proofErr w:type="spellStart"/>
            <w:r w:rsidRPr="00E6757A">
              <w:rPr>
                <w:lang w:val="fr-FR"/>
              </w:rPr>
              <w:t>obligat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să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păstreze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pe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șantier</w:t>
            </w:r>
            <w:proofErr w:type="spellEnd"/>
            <w:r w:rsidRPr="00E6757A">
              <w:rPr>
                <w:lang w:val="fr-FR"/>
              </w:rPr>
              <w:t xml:space="preserve"> un </w:t>
            </w:r>
            <w:proofErr w:type="spellStart"/>
            <w:r w:rsidRPr="00E6757A">
              <w:rPr>
                <w:lang w:val="fr-FR"/>
              </w:rPr>
              <w:t>exemplar</w:t>
            </w:r>
            <w:proofErr w:type="spellEnd"/>
            <w:r w:rsidRPr="00E6757A">
              <w:rPr>
                <w:lang w:val="fr-FR"/>
              </w:rPr>
              <w:t xml:space="preserve"> al </w:t>
            </w:r>
            <w:proofErr w:type="spellStart"/>
            <w:r w:rsidRPr="00E6757A">
              <w:rPr>
                <w:lang w:val="fr-FR"/>
              </w:rPr>
              <w:t>acestei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înștiințări</w:t>
            </w:r>
            <w:proofErr w:type="spellEnd"/>
            <w:r w:rsidRPr="00E6757A">
              <w:rPr>
                <w:lang w:val="fr-FR"/>
              </w:rPr>
              <w:t xml:space="preserve">, </w:t>
            </w:r>
            <w:proofErr w:type="spellStart"/>
            <w:r w:rsidRPr="00E6757A">
              <w:rPr>
                <w:lang w:val="fr-FR"/>
              </w:rPr>
              <w:t>cu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numărul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și</w:t>
            </w:r>
            <w:proofErr w:type="spellEnd"/>
            <w:r w:rsidRPr="00E6757A">
              <w:rPr>
                <w:lang w:val="fr-FR"/>
              </w:rPr>
              <w:t xml:space="preserve"> data </w:t>
            </w:r>
            <w:proofErr w:type="spellStart"/>
            <w:r w:rsidRPr="00E6757A">
              <w:rPr>
                <w:lang w:val="fr-FR"/>
              </w:rPr>
              <w:t>înregistrării</w:t>
            </w:r>
            <w:proofErr w:type="spellEnd"/>
            <w:r w:rsidRPr="00E6757A">
              <w:rPr>
                <w:lang w:val="fr-FR"/>
              </w:rPr>
              <w:t xml:space="preserve"> la </w:t>
            </w:r>
            <w:proofErr w:type="spellStart"/>
            <w:r w:rsidRPr="00E6757A">
              <w:rPr>
                <w:lang w:val="fr-FR"/>
              </w:rPr>
              <w:t>autoritatea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emitentă</w:t>
            </w:r>
            <w:proofErr w:type="spellEnd"/>
            <w:r w:rsidRPr="00E6757A">
              <w:rPr>
                <w:lang w:val="fr-FR"/>
              </w:rPr>
              <w:t>.</w:t>
            </w:r>
          </w:p>
        </w:tc>
      </w:tr>
    </w:tbl>
    <w:p w14:paraId="1067A431" w14:textId="77777777" w:rsidR="00A11ECC" w:rsidRPr="00E6757A" w:rsidRDefault="00A11ECC">
      <w:pPr>
        <w:spacing w:line="168" w:lineRule="auto"/>
        <w:rPr>
          <w:lang w:val="fr-FR"/>
        </w:rPr>
      </w:pPr>
    </w:p>
    <w:sectPr w:rsidR="00A11ECC" w:rsidRPr="00E6757A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69CB0" w14:textId="77777777" w:rsidR="0045145B" w:rsidRDefault="0045145B">
      <w:r>
        <w:separator/>
      </w:r>
    </w:p>
  </w:endnote>
  <w:endnote w:type="continuationSeparator" w:id="0">
    <w:p w14:paraId="1D0327CB" w14:textId="77777777" w:rsidR="0045145B" w:rsidRDefault="0045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FAD8D" w14:textId="547B7A71" w:rsidR="00A11ECC" w:rsidRDefault="00000000">
    <w:pPr>
      <w:pStyle w:val="Footer"/>
      <w:tabs>
        <w:tab w:val="right" w:pos="9639"/>
      </w:tabs>
    </w:pPr>
    <w:r>
      <w:rPr>
        <w:color w:val="595959"/>
      </w:rPr>
      <w:t>F_A_0</w:t>
    </w:r>
    <w:r w:rsidR="00182EDC">
      <w:rPr>
        <w:color w:val="595959"/>
      </w:rPr>
      <w:t>8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E6757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E6757A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BA171" w14:textId="77777777" w:rsidR="0045145B" w:rsidRDefault="0045145B">
      <w:r>
        <w:separator/>
      </w:r>
    </w:p>
  </w:footnote>
  <w:footnote w:type="continuationSeparator" w:id="0">
    <w:p w14:paraId="3BFFB564" w14:textId="77777777" w:rsidR="0045145B" w:rsidRDefault="00451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9611888">
    <w:abstractNumId w:val="8"/>
  </w:num>
  <w:num w:numId="2" w16cid:durableId="1429814677">
    <w:abstractNumId w:val="6"/>
  </w:num>
  <w:num w:numId="3" w16cid:durableId="1434588032">
    <w:abstractNumId w:val="5"/>
  </w:num>
  <w:num w:numId="4" w16cid:durableId="862592027">
    <w:abstractNumId w:val="4"/>
  </w:num>
  <w:num w:numId="5" w16cid:durableId="1345128852">
    <w:abstractNumId w:val="7"/>
  </w:num>
  <w:num w:numId="6" w16cid:durableId="629365156">
    <w:abstractNumId w:val="3"/>
  </w:num>
  <w:num w:numId="7" w16cid:durableId="482157275">
    <w:abstractNumId w:val="2"/>
  </w:num>
  <w:num w:numId="8" w16cid:durableId="1442381932">
    <w:abstractNumId w:val="1"/>
  </w:num>
  <w:num w:numId="9" w16cid:durableId="1382054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01C0"/>
    <w:rsid w:val="00123DA8"/>
    <w:rsid w:val="0015074B"/>
    <w:rsid w:val="00182EDC"/>
    <w:rsid w:val="001F772B"/>
    <w:rsid w:val="0029639D"/>
    <w:rsid w:val="00326F90"/>
    <w:rsid w:val="0045145B"/>
    <w:rsid w:val="00607E24"/>
    <w:rsid w:val="006C103E"/>
    <w:rsid w:val="00A11ECC"/>
    <w:rsid w:val="00AA1D8D"/>
    <w:rsid w:val="00AC5B10"/>
    <w:rsid w:val="00B47730"/>
    <w:rsid w:val="00C0495D"/>
    <w:rsid w:val="00CB0664"/>
    <w:rsid w:val="00CC210C"/>
    <w:rsid w:val="00DD34D1"/>
    <w:rsid w:val="00E61A6B"/>
    <w:rsid w:val="00E675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E95A5D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1">
    <w:name w:val="Table Grid1"/>
    <w:basedOn w:val="TableNormal"/>
    <w:next w:val="TableGrid"/>
    <w:uiPriority w:val="59"/>
    <w:rsid w:val="00607E24"/>
    <w:pPr>
      <w:spacing w:after="0" w:line="240" w:lineRule="auto"/>
    </w:pPr>
    <w:rPr>
      <w:rFonts w:ascii="Cambria" w:eastAsia="MS Mincho" w:hAnsi="Cambr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Borz Daniel</cp:lastModifiedBy>
  <cp:revision>3</cp:revision>
  <dcterms:created xsi:type="dcterms:W3CDTF">2013-12-23T23:15:00Z</dcterms:created>
  <dcterms:modified xsi:type="dcterms:W3CDTF">2026-09-02T06:04:00Z</dcterms:modified>
  <cp:category/>
</cp:coreProperties>
</file>